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6"/>
        <w:gridCol w:w="4111"/>
        <w:gridCol w:w="1758"/>
        <w:gridCol w:w="1701"/>
      </w:tblGrid>
      <w:tr w:rsidR="0082148E" w:rsidRPr="00B3569B" w14:paraId="209EE28A" w14:textId="77777777" w:rsidTr="00DD3B96">
        <w:trPr>
          <w:trHeight w:val="693"/>
          <w:jc w:val="center"/>
        </w:trPr>
        <w:tc>
          <w:tcPr>
            <w:tcW w:w="2746" w:type="dxa"/>
            <w:vMerge w:val="restart"/>
          </w:tcPr>
          <w:p w14:paraId="5ABF8C09" w14:textId="605235EA" w:rsidR="00974AA9" w:rsidRPr="00B3569B" w:rsidRDefault="0082148E" w:rsidP="005024B4">
            <w:pPr>
              <w:spacing w:line="240" w:lineRule="auto"/>
              <w:jc w:val="center"/>
              <w:rPr>
                <w:rFonts w:asciiTheme="minorHAnsi" w:hAnsiTheme="minorHAnsi" w:cstheme="majorHAnsi"/>
                <w:color w:val="000000" w:themeColor="text1"/>
              </w:rPr>
            </w:pPr>
            <w:r>
              <w:rPr>
                <w:noProof/>
              </w:rPr>
              <w:drawing>
                <wp:anchor distT="0" distB="0" distL="114300" distR="114300" simplePos="0" relativeHeight="251666944" behindDoc="0" locked="0" layoutInCell="1" allowOverlap="1" wp14:anchorId="4CEB4985" wp14:editId="6BAE099D">
                  <wp:simplePos x="0" y="0"/>
                  <wp:positionH relativeFrom="column">
                    <wp:posOffset>71120</wp:posOffset>
                  </wp:positionH>
                  <wp:positionV relativeFrom="paragraph">
                    <wp:posOffset>424180</wp:posOffset>
                  </wp:positionV>
                  <wp:extent cx="1470660" cy="708660"/>
                  <wp:effectExtent l="0" t="0" r="0" b="0"/>
                  <wp:wrapTopAndBottom/>
                  <wp:docPr id="2"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111" w:type="dxa"/>
          </w:tcPr>
          <w:p w14:paraId="016C2CA2" w14:textId="77777777" w:rsidR="00974AA9" w:rsidRPr="00B3569B" w:rsidRDefault="00974AA9" w:rsidP="006A014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758" w:type="dxa"/>
          </w:tcPr>
          <w:p w14:paraId="2DF903E4" w14:textId="77777777" w:rsidR="00974AA9" w:rsidRPr="00B3569B" w:rsidRDefault="00974AA9" w:rsidP="006A014C">
            <w:pPr>
              <w:pStyle w:val="NoSpacing"/>
              <w:jc w:val="center"/>
              <w:rPr>
                <w:rFonts w:cstheme="majorHAnsi"/>
                <w:color w:val="000000" w:themeColor="text1"/>
              </w:rPr>
            </w:pPr>
            <w:r w:rsidRPr="00B3569B">
              <w:rPr>
                <w:rFonts w:cstheme="majorHAnsi"/>
                <w:color w:val="000000" w:themeColor="text1"/>
              </w:rPr>
              <w:t>Document ID:</w:t>
            </w:r>
          </w:p>
        </w:tc>
        <w:tc>
          <w:tcPr>
            <w:tcW w:w="1701" w:type="dxa"/>
          </w:tcPr>
          <w:p w14:paraId="45170EC8" w14:textId="77777777" w:rsidR="00974AA9" w:rsidRPr="00B3569B" w:rsidRDefault="00974AA9" w:rsidP="006A014C">
            <w:pPr>
              <w:pStyle w:val="NoSpacing"/>
              <w:jc w:val="center"/>
              <w:rPr>
                <w:rFonts w:cstheme="majorHAnsi"/>
                <w:color w:val="000000" w:themeColor="text1"/>
              </w:rPr>
            </w:pPr>
            <w:r w:rsidRPr="00B3569B">
              <w:rPr>
                <w:rFonts w:cstheme="majorHAnsi"/>
                <w:color w:val="000000" w:themeColor="text1"/>
              </w:rPr>
              <w:t>SMSA-HW01</w:t>
            </w:r>
          </w:p>
        </w:tc>
      </w:tr>
      <w:tr w:rsidR="0082148E" w:rsidRPr="00B3569B" w14:paraId="75A1F2B2" w14:textId="77777777" w:rsidTr="00DD3B96">
        <w:trPr>
          <w:trHeight w:val="321"/>
          <w:jc w:val="center"/>
        </w:trPr>
        <w:tc>
          <w:tcPr>
            <w:tcW w:w="2746" w:type="dxa"/>
            <w:vMerge/>
          </w:tcPr>
          <w:p w14:paraId="0A659C0E" w14:textId="77777777" w:rsidR="00974AA9" w:rsidRPr="00B3569B" w:rsidRDefault="00974AA9" w:rsidP="005024B4">
            <w:pPr>
              <w:spacing w:line="240" w:lineRule="auto"/>
              <w:rPr>
                <w:rFonts w:asciiTheme="minorHAnsi" w:hAnsiTheme="minorHAnsi" w:cstheme="majorHAnsi"/>
                <w:color w:val="000000" w:themeColor="text1"/>
              </w:rPr>
            </w:pPr>
          </w:p>
        </w:tc>
        <w:tc>
          <w:tcPr>
            <w:tcW w:w="4111" w:type="dxa"/>
            <w:vMerge w:val="restart"/>
          </w:tcPr>
          <w:p w14:paraId="77208958" w14:textId="77777777" w:rsidR="00974AA9" w:rsidRPr="00B3569B" w:rsidRDefault="00974AA9" w:rsidP="006A014C">
            <w:pPr>
              <w:spacing w:line="240" w:lineRule="auto"/>
              <w:jc w:val="center"/>
              <w:rPr>
                <w:rFonts w:asciiTheme="minorHAnsi" w:hAnsiTheme="minorHAnsi" w:cstheme="majorHAnsi"/>
                <w:b/>
                <w:color w:val="000000" w:themeColor="text1"/>
              </w:rPr>
            </w:pPr>
          </w:p>
          <w:p w14:paraId="3641E104" w14:textId="77777777" w:rsidR="00974AA9" w:rsidRPr="00B3569B" w:rsidRDefault="00974AA9" w:rsidP="006A014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758" w:type="dxa"/>
          </w:tcPr>
          <w:p w14:paraId="18622D99" w14:textId="77777777" w:rsidR="00974AA9" w:rsidRPr="0082148E" w:rsidRDefault="00974AA9" w:rsidP="006A014C">
            <w:pPr>
              <w:pStyle w:val="NoSpacing"/>
              <w:jc w:val="center"/>
              <w:rPr>
                <w:rFonts w:cstheme="majorHAnsi"/>
                <w:color w:val="000000" w:themeColor="text1"/>
                <w:sz w:val="20"/>
                <w:szCs w:val="20"/>
              </w:rPr>
            </w:pPr>
            <w:r w:rsidRPr="0082148E">
              <w:rPr>
                <w:rFonts w:cstheme="majorHAnsi"/>
                <w:color w:val="000000" w:themeColor="text1"/>
                <w:sz w:val="20"/>
                <w:szCs w:val="20"/>
              </w:rPr>
              <w:t>Revision No:</w:t>
            </w:r>
          </w:p>
        </w:tc>
        <w:tc>
          <w:tcPr>
            <w:tcW w:w="1701" w:type="dxa"/>
          </w:tcPr>
          <w:p w14:paraId="097C0394" w14:textId="54167C1B" w:rsidR="00974AA9" w:rsidRPr="00B3569B" w:rsidRDefault="00A13822" w:rsidP="006A014C">
            <w:pPr>
              <w:pStyle w:val="NoSpacing"/>
              <w:jc w:val="center"/>
              <w:rPr>
                <w:rFonts w:cstheme="majorHAnsi"/>
                <w:color w:val="000000" w:themeColor="text1"/>
              </w:rPr>
            </w:pPr>
            <w:r>
              <w:rPr>
                <w:rFonts w:cstheme="majorHAnsi"/>
                <w:color w:val="000000" w:themeColor="text1"/>
              </w:rPr>
              <w:t>02</w:t>
            </w:r>
          </w:p>
        </w:tc>
      </w:tr>
      <w:tr w:rsidR="0082148E" w:rsidRPr="00B3569B" w14:paraId="4130F754" w14:textId="77777777" w:rsidTr="009B2D58">
        <w:trPr>
          <w:trHeight w:val="365"/>
          <w:jc w:val="center"/>
        </w:trPr>
        <w:tc>
          <w:tcPr>
            <w:tcW w:w="2746" w:type="dxa"/>
            <w:vMerge/>
          </w:tcPr>
          <w:p w14:paraId="60E87DC4" w14:textId="77777777" w:rsidR="00974AA9" w:rsidRPr="00B3569B" w:rsidRDefault="00974AA9" w:rsidP="005024B4">
            <w:pPr>
              <w:spacing w:line="240" w:lineRule="auto"/>
              <w:rPr>
                <w:rFonts w:asciiTheme="minorHAnsi" w:hAnsiTheme="minorHAnsi" w:cstheme="majorHAnsi"/>
                <w:color w:val="000000" w:themeColor="text1"/>
              </w:rPr>
            </w:pPr>
          </w:p>
        </w:tc>
        <w:tc>
          <w:tcPr>
            <w:tcW w:w="4111" w:type="dxa"/>
            <w:vMerge/>
          </w:tcPr>
          <w:p w14:paraId="522D9FA5" w14:textId="77777777" w:rsidR="00974AA9" w:rsidRPr="00B3569B" w:rsidRDefault="00974AA9" w:rsidP="006A014C">
            <w:pPr>
              <w:spacing w:line="240" w:lineRule="auto"/>
              <w:jc w:val="center"/>
              <w:rPr>
                <w:rFonts w:asciiTheme="minorHAnsi" w:hAnsiTheme="minorHAnsi" w:cstheme="majorHAnsi"/>
                <w:color w:val="000000" w:themeColor="text1"/>
              </w:rPr>
            </w:pPr>
          </w:p>
        </w:tc>
        <w:tc>
          <w:tcPr>
            <w:tcW w:w="1758" w:type="dxa"/>
          </w:tcPr>
          <w:p w14:paraId="3B5255CF" w14:textId="77777777" w:rsidR="00974AA9" w:rsidRPr="0082148E" w:rsidRDefault="00974AA9" w:rsidP="006A014C">
            <w:pPr>
              <w:pStyle w:val="NoSpacing"/>
              <w:jc w:val="center"/>
              <w:rPr>
                <w:rFonts w:cstheme="majorHAnsi"/>
                <w:color w:val="000000" w:themeColor="text1"/>
                <w:sz w:val="20"/>
                <w:szCs w:val="20"/>
              </w:rPr>
            </w:pPr>
            <w:r w:rsidRPr="0082148E">
              <w:rPr>
                <w:rFonts w:cstheme="majorHAnsi"/>
                <w:color w:val="000000" w:themeColor="text1"/>
                <w:sz w:val="20"/>
                <w:szCs w:val="20"/>
              </w:rPr>
              <w:t>Effective Date:</w:t>
            </w:r>
          </w:p>
        </w:tc>
        <w:tc>
          <w:tcPr>
            <w:tcW w:w="1701" w:type="dxa"/>
          </w:tcPr>
          <w:p w14:paraId="60B2AA02" w14:textId="0C1A890E" w:rsidR="00974AA9" w:rsidRPr="00B3569B" w:rsidRDefault="009B2D58" w:rsidP="006A014C">
            <w:pPr>
              <w:pStyle w:val="NoSpacing"/>
              <w:jc w:val="center"/>
              <w:rPr>
                <w:rFonts w:cstheme="majorHAnsi"/>
                <w:color w:val="000000" w:themeColor="text1"/>
              </w:rPr>
            </w:pPr>
            <w:r>
              <w:rPr>
                <w:rFonts w:cstheme="majorHAnsi"/>
                <w:color w:val="000000" w:themeColor="text1"/>
              </w:rPr>
              <w:t>01</w:t>
            </w:r>
            <w:r w:rsidR="00A13822">
              <w:rPr>
                <w:rFonts w:cstheme="majorHAnsi"/>
                <w:color w:val="000000" w:themeColor="text1"/>
              </w:rPr>
              <w:t>/7/2026</w:t>
            </w:r>
          </w:p>
        </w:tc>
      </w:tr>
      <w:tr w:rsidR="0082148E" w:rsidRPr="00B3569B" w14:paraId="3CAD3BD0" w14:textId="77777777" w:rsidTr="00DD3B96">
        <w:trPr>
          <w:trHeight w:val="344"/>
          <w:jc w:val="center"/>
        </w:trPr>
        <w:tc>
          <w:tcPr>
            <w:tcW w:w="2746" w:type="dxa"/>
            <w:vMerge/>
          </w:tcPr>
          <w:p w14:paraId="0E8D1AE0" w14:textId="77777777" w:rsidR="00974AA9" w:rsidRPr="00B3569B" w:rsidRDefault="00974AA9" w:rsidP="005024B4">
            <w:pPr>
              <w:spacing w:line="240" w:lineRule="auto"/>
              <w:rPr>
                <w:rFonts w:asciiTheme="minorHAnsi" w:hAnsiTheme="minorHAnsi" w:cstheme="majorHAnsi"/>
                <w:color w:val="000000" w:themeColor="text1"/>
              </w:rPr>
            </w:pPr>
          </w:p>
        </w:tc>
        <w:tc>
          <w:tcPr>
            <w:tcW w:w="4111" w:type="dxa"/>
            <w:vMerge/>
          </w:tcPr>
          <w:p w14:paraId="564CB02E" w14:textId="77777777" w:rsidR="00974AA9" w:rsidRPr="00B3569B" w:rsidRDefault="00974AA9" w:rsidP="006A014C">
            <w:pPr>
              <w:spacing w:line="240" w:lineRule="auto"/>
              <w:jc w:val="center"/>
              <w:rPr>
                <w:rFonts w:asciiTheme="minorHAnsi" w:hAnsiTheme="minorHAnsi" w:cstheme="majorHAnsi"/>
                <w:color w:val="000000" w:themeColor="text1"/>
              </w:rPr>
            </w:pPr>
          </w:p>
        </w:tc>
        <w:tc>
          <w:tcPr>
            <w:tcW w:w="1758" w:type="dxa"/>
          </w:tcPr>
          <w:p w14:paraId="570FC660" w14:textId="77777777" w:rsidR="00974AA9" w:rsidRPr="0082148E" w:rsidRDefault="00974AA9" w:rsidP="006A014C">
            <w:pPr>
              <w:pStyle w:val="NoSpacing"/>
              <w:jc w:val="center"/>
              <w:rPr>
                <w:rFonts w:cstheme="majorHAnsi"/>
                <w:color w:val="000000" w:themeColor="text1"/>
                <w:sz w:val="20"/>
                <w:szCs w:val="20"/>
              </w:rPr>
            </w:pPr>
            <w:r w:rsidRPr="0082148E">
              <w:rPr>
                <w:rFonts w:cstheme="majorHAnsi"/>
                <w:color w:val="000000" w:themeColor="text1"/>
                <w:sz w:val="20"/>
                <w:szCs w:val="20"/>
              </w:rPr>
              <w:t>Next Revision Date:</w:t>
            </w:r>
          </w:p>
        </w:tc>
        <w:tc>
          <w:tcPr>
            <w:tcW w:w="1701" w:type="dxa"/>
          </w:tcPr>
          <w:p w14:paraId="133A3FC6" w14:textId="5433D1AE" w:rsidR="00974AA9" w:rsidRPr="00B3569B" w:rsidRDefault="009B2D58" w:rsidP="006A014C">
            <w:pPr>
              <w:pStyle w:val="NoSpacing"/>
              <w:jc w:val="center"/>
              <w:rPr>
                <w:rFonts w:cstheme="majorHAnsi"/>
                <w:color w:val="000000" w:themeColor="text1"/>
              </w:rPr>
            </w:pPr>
            <w:r>
              <w:rPr>
                <w:rFonts w:cstheme="majorHAnsi"/>
                <w:color w:val="000000" w:themeColor="text1"/>
              </w:rPr>
              <w:t>30</w:t>
            </w:r>
            <w:r w:rsidR="00A13822">
              <w:rPr>
                <w:rFonts w:cstheme="majorHAnsi"/>
                <w:color w:val="000000" w:themeColor="text1"/>
              </w:rPr>
              <w:t>/</w:t>
            </w:r>
            <w:r>
              <w:rPr>
                <w:rFonts w:cstheme="majorHAnsi"/>
                <w:color w:val="000000" w:themeColor="text1"/>
              </w:rPr>
              <w:t>06</w:t>
            </w:r>
            <w:r w:rsidR="00A13822">
              <w:rPr>
                <w:rFonts w:cstheme="majorHAnsi"/>
                <w:color w:val="000000" w:themeColor="text1"/>
              </w:rPr>
              <w:t>/202</w:t>
            </w:r>
            <w:r>
              <w:rPr>
                <w:rFonts w:cstheme="majorHAnsi"/>
                <w:color w:val="000000" w:themeColor="text1"/>
              </w:rPr>
              <w:t>9</w:t>
            </w:r>
          </w:p>
        </w:tc>
      </w:tr>
      <w:tr w:rsidR="0082148E" w:rsidRPr="00B3569B" w14:paraId="6E0FCF84" w14:textId="77777777" w:rsidTr="00DD3B96">
        <w:trPr>
          <w:trHeight w:val="182"/>
          <w:jc w:val="center"/>
        </w:trPr>
        <w:tc>
          <w:tcPr>
            <w:tcW w:w="2746" w:type="dxa"/>
            <w:vMerge/>
          </w:tcPr>
          <w:p w14:paraId="5CDC6CD5" w14:textId="77777777" w:rsidR="00974AA9" w:rsidRPr="00B3569B" w:rsidRDefault="00974AA9" w:rsidP="005024B4">
            <w:pPr>
              <w:spacing w:line="240" w:lineRule="auto"/>
              <w:rPr>
                <w:rFonts w:asciiTheme="minorHAnsi" w:hAnsiTheme="minorHAnsi" w:cstheme="majorHAnsi"/>
                <w:color w:val="000000" w:themeColor="text1"/>
              </w:rPr>
            </w:pPr>
          </w:p>
        </w:tc>
        <w:tc>
          <w:tcPr>
            <w:tcW w:w="4111" w:type="dxa"/>
            <w:vMerge/>
          </w:tcPr>
          <w:p w14:paraId="0F481228" w14:textId="77777777" w:rsidR="00974AA9" w:rsidRPr="00B3569B" w:rsidRDefault="00974AA9" w:rsidP="006A014C">
            <w:pPr>
              <w:spacing w:line="240" w:lineRule="auto"/>
              <w:jc w:val="center"/>
              <w:rPr>
                <w:rFonts w:asciiTheme="minorHAnsi" w:hAnsiTheme="minorHAnsi" w:cstheme="majorHAnsi"/>
                <w:color w:val="000000" w:themeColor="text1"/>
              </w:rPr>
            </w:pPr>
          </w:p>
        </w:tc>
        <w:tc>
          <w:tcPr>
            <w:tcW w:w="1758" w:type="dxa"/>
          </w:tcPr>
          <w:p w14:paraId="5AED35C9" w14:textId="77777777" w:rsidR="00974AA9" w:rsidRPr="0082148E" w:rsidRDefault="00974AA9" w:rsidP="006A014C">
            <w:pPr>
              <w:pStyle w:val="NoSpacing"/>
              <w:jc w:val="center"/>
              <w:rPr>
                <w:rFonts w:cstheme="majorHAnsi"/>
                <w:color w:val="000000" w:themeColor="text1"/>
                <w:sz w:val="20"/>
                <w:szCs w:val="20"/>
              </w:rPr>
            </w:pPr>
            <w:r w:rsidRPr="0082148E">
              <w:rPr>
                <w:rFonts w:cstheme="majorHAnsi"/>
                <w:color w:val="000000" w:themeColor="text1"/>
                <w:sz w:val="20"/>
                <w:szCs w:val="20"/>
              </w:rPr>
              <w:t>Function:</w:t>
            </w:r>
          </w:p>
        </w:tc>
        <w:tc>
          <w:tcPr>
            <w:tcW w:w="1701" w:type="dxa"/>
          </w:tcPr>
          <w:p w14:paraId="59355522" w14:textId="77777777" w:rsidR="00974AA9" w:rsidRPr="00B3569B" w:rsidRDefault="00974AA9" w:rsidP="006A014C">
            <w:pPr>
              <w:pStyle w:val="NoSpacing"/>
              <w:jc w:val="center"/>
              <w:rPr>
                <w:rFonts w:cstheme="majorHAnsi"/>
                <w:color w:val="000000" w:themeColor="text1"/>
              </w:rPr>
            </w:pPr>
            <w:r w:rsidRPr="00B3569B">
              <w:rPr>
                <w:rFonts w:cstheme="majorHAnsi"/>
                <w:color w:val="000000" w:themeColor="text1"/>
              </w:rPr>
              <w:t>Warehouse</w:t>
            </w:r>
          </w:p>
        </w:tc>
      </w:tr>
      <w:tr w:rsidR="0082148E" w:rsidRPr="00B3569B" w14:paraId="7368610B" w14:textId="77777777" w:rsidTr="00DD3B96">
        <w:trPr>
          <w:trHeight w:val="203"/>
          <w:jc w:val="center"/>
        </w:trPr>
        <w:tc>
          <w:tcPr>
            <w:tcW w:w="2746" w:type="dxa"/>
            <w:vMerge/>
          </w:tcPr>
          <w:p w14:paraId="6F98F6CF" w14:textId="77777777" w:rsidR="00974AA9" w:rsidRPr="00B3569B" w:rsidRDefault="00974AA9" w:rsidP="005024B4">
            <w:pPr>
              <w:spacing w:line="240" w:lineRule="auto"/>
              <w:rPr>
                <w:rFonts w:asciiTheme="minorHAnsi" w:hAnsiTheme="minorHAnsi" w:cstheme="majorHAnsi"/>
                <w:color w:val="000000" w:themeColor="text1"/>
              </w:rPr>
            </w:pPr>
          </w:p>
        </w:tc>
        <w:tc>
          <w:tcPr>
            <w:tcW w:w="4111" w:type="dxa"/>
            <w:vMerge/>
          </w:tcPr>
          <w:p w14:paraId="5A4146C7" w14:textId="77777777" w:rsidR="00974AA9" w:rsidRPr="00B3569B" w:rsidRDefault="00974AA9" w:rsidP="006A014C">
            <w:pPr>
              <w:spacing w:line="240" w:lineRule="auto"/>
              <w:jc w:val="center"/>
              <w:rPr>
                <w:rFonts w:asciiTheme="minorHAnsi" w:hAnsiTheme="minorHAnsi" w:cstheme="majorHAnsi"/>
                <w:color w:val="000000" w:themeColor="text1"/>
              </w:rPr>
            </w:pPr>
          </w:p>
        </w:tc>
        <w:tc>
          <w:tcPr>
            <w:tcW w:w="1758" w:type="dxa"/>
          </w:tcPr>
          <w:p w14:paraId="15452992" w14:textId="77777777" w:rsidR="00974AA9" w:rsidRPr="0082148E" w:rsidRDefault="00974AA9" w:rsidP="006A014C">
            <w:pPr>
              <w:pStyle w:val="NoSpacing"/>
              <w:jc w:val="center"/>
              <w:rPr>
                <w:rFonts w:cstheme="majorHAnsi"/>
                <w:color w:val="000000" w:themeColor="text1"/>
                <w:sz w:val="20"/>
                <w:szCs w:val="20"/>
              </w:rPr>
            </w:pPr>
            <w:r w:rsidRPr="0082148E">
              <w:rPr>
                <w:rFonts w:cstheme="majorHAnsi"/>
                <w:color w:val="000000" w:themeColor="text1"/>
                <w:sz w:val="20"/>
                <w:szCs w:val="20"/>
              </w:rPr>
              <w:t>Page:</w:t>
            </w:r>
          </w:p>
        </w:tc>
        <w:tc>
          <w:tcPr>
            <w:tcW w:w="1701" w:type="dxa"/>
          </w:tcPr>
          <w:p w14:paraId="19588163" w14:textId="56C715F5" w:rsidR="00974AA9" w:rsidRPr="00B3569B" w:rsidRDefault="00974AA9" w:rsidP="006A014C">
            <w:pPr>
              <w:pStyle w:val="NoSpacing"/>
              <w:jc w:val="center"/>
              <w:rPr>
                <w:rFonts w:cstheme="majorHAnsi"/>
                <w:color w:val="000000" w:themeColor="text1"/>
              </w:rPr>
            </w:pPr>
            <w:r w:rsidRPr="00B3569B">
              <w:rPr>
                <w:rFonts w:cstheme="majorHAnsi"/>
                <w:color w:val="000000" w:themeColor="text1"/>
              </w:rPr>
              <w:t xml:space="preserve">Page 1 of </w:t>
            </w:r>
            <w:r w:rsidR="00E120DD">
              <w:rPr>
                <w:rFonts w:cstheme="majorHAnsi"/>
                <w:color w:val="000000" w:themeColor="text1"/>
              </w:rPr>
              <w:t>11</w:t>
            </w:r>
          </w:p>
        </w:tc>
      </w:tr>
    </w:tbl>
    <w:p w14:paraId="786DDB4E" w14:textId="77777777" w:rsidR="00AD4A78" w:rsidRPr="00B3569B" w:rsidRDefault="00AD4A78" w:rsidP="005024B4">
      <w:pPr>
        <w:spacing w:line="240" w:lineRule="auto"/>
        <w:rPr>
          <w:rFonts w:asciiTheme="minorHAnsi" w:hAnsiTheme="minorHAnsi" w:cstheme="majorHAnsi"/>
          <w:b/>
          <w:color w:val="000000" w:themeColor="text1"/>
        </w:rPr>
      </w:pPr>
    </w:p>
    <w:p w14:paraId="7B726DD0" w14:textId="7090A744" w:rsidR="0005523A" w:rsidRPr="00B3569B" w:rsidRDefault="00000000" w:rsidP="005024B4">
      <w:pPr>
        <w:spacing w:line="240" w:lineRule="auto"/>
        <w:rPr>
          <w:rFonts w:asciiTheme="minorHAnsi" w:hAnsiTheme="minorHAnsi" w:cstheme="majorHAnsi"/>
          <w:color w:val="000000" w:themeColor="text1"/>
        </w:rPr>
      </w:pPr>
      <w:r w:rsidRPr="00B3569B">
        <w:rPr>
          <w:rFonts w:asciiTheme="minorHAnsi" w:hAnsiTheme="minorHAnsi" w:cstheme="majorHAnsi"/>
          <w:b/>
          <w:color w:val="000000" w:themeColor="text1"/>
        </w:rPr>
        <w:t xml:space="preserve">1.0 </w:t>
      </w:r>
      <w:r w:rsidR="00974AA9" w:rsidRPr="00B3569B">
        <w:rPr>
          <w:rFonts w:asciiTheme="minorHAnsi" w:hAnsiTheme="minorHAnsi" w:cstheme="majorHAnsi"/>
          <w:b/>
          <w:color w:val="000000" w:themeColor="text1"/>
        </w:rPr>
        <w:tab/>
      </w:r>
      <w:r w:rsidRPr="00B3569B">
        <w:rPr>
          <w:rFonts w:asciiTheme="minorHAnsi" w:hAnsiTheme="minorHAnsi" w:cstheme="majorHAnsi"/>
          <w:b/>
          <w:color w:val="000000" w:themeColor="text1"/>
        </w:rPr>
        <w:t>PURPOSE</w:t>
      </w:r>
    </w:p>
    <w:p w14:paraId="6FEBD193" w14:textId="259BDABB" w:rsidR="0005523A" w:rsidRPr="00B3569B" w:rsidRDefault="00000000" w:rsidP="005024B4">
      <w:pPr>
        <w:spacing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1.1 </w:t>
      </w:r>
      <w:r w:rsidR="00974AA9"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This document is issued to standardize the inbound operations, make sure there are legal and valid orders and evidence during the inbound, as well, inbound information can be accurately maintained to system/standing-book in time, guarantee the inventory's asset security and consistency between inventory and account.</w:t>
      </w:r>
    </w:p>
    <w:p w14:paraId="44D3EEE9" w14:textId="4376F841" w:rsidR="0005523A" w:rsidRPr="00B3569B" w:rsidRDefault="00000000" w:rsidP="005024B4">
      <w:pPr>
        <w:spacing w:line="240" w:lineRule="auto"/>
        <w:rPr>
          <w:rFonts w:asciiTheme="minorHAnsi" w:hAnsiTheme="minorHAnsi" w:cstheme="majorHAnsi"/>
          <w:color w:val="000000" w:themeColor="text1"/>
        </w:rPr>
      </w:pPr>
      <w:r w:rsidRPr="00B3569B">
        <w:rPr>
          <w:rFonts w:asciiTheme="minorHAnsi" w:hAnsiTheme="minorHAnsi" w:cstheme="majorHAnsi"/>
          <w:b/>
          <w:color w:val="000000" w:themeColor="text1"/>
        </w:rPr>
        <w:t xml:space="preserve">2.0 </w:t>
      </w:r>
      <w:r w:rsidR="00974AA9" w:rsidRPr="00B3569B">
        <w:rPr>
          <w:rFonts w:asciiTheme="minorHAnsi" w:hAnsiTheme="minorHAnsi" w:cstheme="majorHAnsi"/>
          <w:b/>
          <w:color w:val="000000" w:themeColor="text1"/>
        </w:rPr>
        <w:tab/>
      </w:r>
      <w:r w:rsidRPr="00B3569B">
        <w:rPr>
          <w:rFonts w:asciiTheme="minorHAnsi" w:hAnsiTheme="minorHAnsi" w:cstheme="majorHAnsi"/>
          <w:b/>
          <w:color w:val="000000" w:themeColor="text1"/>
        </w:rPr>
        <w:t>SCOPE</w:t>
      </w:r>
    </w:p>
    <w:p w14:paraId="118139E3" w14:textId="461EABEE" w:rsidR="0005523A" w:rsidRPr="00B3569B" w:rsidRDefault="00000000" w:rsidP="005024B4">
      <w:pPr>
        <w:spacing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2.1 </w:t>
      </w:r>
      <w:r w:rsidR="00974AA9"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This procedure is applicable to all SMSA Employees working with Huawei Spare part Warehouse.</w:t>
      </w:r>
    </w:p>
    <w:p w14:paraId="259679C1" w14:textId="21B6ACE5" w:rsidR="0005523A" w:rsidRPr="00B3569B" w:rsidRDefault="00000000" w:rsidP="005024B4">
      <w:pPr>
        <w:spacing w:line="240" w:lineRule="auto"/>
        <w:rPr>
          <w:rFonts w:asciiTheme="minorHAnsi" w:hAnsiTheme="minorHAnsi" w:cstheme="majorHAnsi"/>
          <w:color w:val="000000" w:themeColor="text1"/>
        </w:rPr>
      </w:pPr>
      <w:r w:rsidRPr="00B3569B">
        <w:rPr>
          <w:rFonts w:asciiTheme="minorHAnsi" w:hAnsiTheme="minorHAnsi" w:cstheme="majorHAnsi"/>
          <w:b/>
          <w:color w:val="000000" w:themeColor="text1"/>
        </w:rPr>
        <w:t xml:space="preserve">3.0 </w:t>
      </w:r>
      <w:r w:rsidR="00974AA9" w:rsidRPr="00B3569B">
        <w:rPr>
          <w:rFonts w:asciiTheme="minorHAnsi" w:hAnsiTheme="minorHAnsi" w:cstheme="majorHAnsi"/>
          <w:b/>
          <w:color w:val="000000" w:themeColor="text1"/>
        </w:rPr>
        <w:tab/>
      </w:r>
      <w:r w:rsidRPr="00B3569B">
        <w:rPr>
          <w:rFonts w:asciiTheme="minorHAnsi" w:hAnsiTheme="minorHAnsi" w:cstheme="majorHAnsi"/>
          <w:b/>
          <w:color w:val="000000" w:themeColor="text1"/>
        </w:rPr>
        <w:t>ABBREVIATIONS / DEFINITIONS</w:t>
      </w:r>
    </w:p>
    <w:tbl>
      <w:tblPr>
        <w:tblStyle w:val="TableGrid"/>
        <w:tblW w:w="0" w:type="auto"/>
        <w:jc w:val="center"/>
        <w:tblLook w:val="04A0" w:firstRow="1" w:lastRow="0" w:firstColumn="1" w:lastColumn="0" w:noHBand="0" w:noVBand="1"/>
      </w:tblPr>
      <w:tblGrid>
        <w:gridCol w:w="1560"/>
        <w:gridCol w:w="1346"/>
        <w:gridCol w:w="4894"/>
      </w:tblGrid>
      <w:tr w:rsidR="004048B3" w:rsidRPr="00B3569B" w14:paraId="7208128C" w14:textId="77777777" w:rsidTr="00E9336E">
        <w:trPr>
          <w:trHeight w:val="260"/>
          <w:jc w:val="center"/>
        </w:trPr>
        <w:tc>
          <w:tcPr>
            <w:tcW w:w="1560" w:type="dxa"/>
          </w:tcPr>
          <w:p w14:paraId="18C9B51C"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No.</w:t>
            </w:r>
          </w:p>
        </w:tc>
        <w:tc>
          <w:tcPr>
            <w:tcW w:w="1346" w:type="dxa"/>
          </w:tcPr>
          <w:p w14:paraId="0D35BE67"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Term</w:t>
            </w:r>
          </w:p>
        </w:tc>
        <w:tc>
          <w:tcPr>
            <w:tcW w:w="4894" w:type="dxa"/>
          </w:tcPr>
          <w:p w14:paraId="61D636FA"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Description</w:t>
            </w:r>
          </w:p>
        </w:tc>
      </w:tr>
      <w:tr w:rsidR="004048B3" w:rsidRPr="00B3569B" w14:paraId="40AD894F" w14:textId="77777777" w:rsidTr="00E9336E">
        <w:trPr>
          <w:trHeight w:val="273"/>
          <w:jc w:val="center"/>
        </w:trPr>
        <w:tc>
          <w:tcPr>
            <w:tcW w:w="1560" w:type="dxa"/>
          </w:tcPr>
          <w:p w14:paraId="3ABC7D1F"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3.1</w:t>
            </w:r>
          </w:p>
        </w:tc>
        <w:tc>
          <w:tcPr>
            <w:tcW w:w="1346" w:type="dxa"/>
          </w:tcPr>
          <w:p w14:paraId="6C18D644"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SOP</w:t>
            </w:r>
          </w:p>
        </w:tc>
        <w:tc>
          <w:tcPr>
            <w:tcW w:w="4894" w:type="dxa"/>
          </w:tcPr>
          <w:p w14:paraId="0FE0DDE6"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Standard Operating Procedure</w:t>
            </w:r>
          </w:p>
        </w:tc>
      </w:tr>
      <w:tr w:rsidR="004048B3" w:rsidRPr="00B3569B" w14:paraId="570E2E06" w14:textId="77777777" w:rsidTr="00E9336E">
        <w:trPr>
          <w:jc w:val="center"/>
        </w:trPr>
        <w:tc>
          <w:tcPr>
            <w:tcW w:w="1560" w:type="dxa"/>
          </w:tcPr>
          <w:p w14:paraId="5C7983D9"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3.2</w:t>
            </w:r>
          </w:p>
        </w:tc>
        <w:tc>
          <w:tcPr>
            <w:tcW w:w="1346" w:type="dxa"/>
          </w:tcPr>
          <w:p w14:paraId="3CC4081B"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POD</w:t>
            </w:r>
          </w:p>
        </w:tc>
        <w:tc>
          <w:tcPr>
            <w:tcW w:w="4894" w:type="dxa"/>
          </w:tcPr>
          <w:p w14:paraId="4777B958"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Proof of Delivery</w:t>
            </w:r>
          </w:p>
        </w:tc>
      </w:tr>
      <w:tr w:rsidR="004048B3" w:rsidRPr="00B3569B" w14:paraId="4ADE6C0A" w14:textId="77777777" w:rsidTr="00E9336E">
        <w:trPr>
          <w:jc w:val="center"/>
        </w:trPr>
        <w:tc>
          <w:tcPr>
            <w:tcW w:w="1560" w:type="dxa"/>
          </w:tcPr>
          <w:p w14:paraId="560879D7"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3.3</w:t>
            </w:r>
          </w:p>
        </w:tc>
        <w:tc>
          <w:tcPr>
            <w:tcW w:w="1346" w:type="dxa"/>
          </w:tcPr>
          <w:p w14:paraId="1E3708E5"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&amp;</w:t>
            </w:r>
          </w:p>
        </w:tc>
        <w:tc>
          <w:tcPr>
            <w:tcW w:w="4894" w:type="dxa"/>
          </w:tcPr>
          <w:p w14:paraId="405D0039"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And</w:t>
            </w:r>
          </w:p>
        </w:tc>
      </w:tr>
      <w:tr w:rsidR="004048B3" w:rsidRPr="00B3569B" w14:paraId="48ACD9E5" w14:textId="77777777" w:rsidTr="00E9336E">
        <w:trPr>
          <w:jc w:val="center"/>
        </w:trPr>
        <w:tc>
          <w:tcPr>
            <w:tcW w:w="1560" w:type="dxa"/>
          </w:tcPr>
          <w:p w14:paraId="51E39399"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3.4</w:t>
            </w:r>
          </w:p>
        </w:tc>
        <w:tc>
          <w:tcPr>
            <w:tcW w:w="1346" w:type="dxa"/>
          </w:tcPr>
          <w:p w14:paraId="22A237DD"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CWMS</w:t>
            </w:r>
          </w:p>
        </w:tc>
        <w:tc>
          <w:tcPr>
            <w:tcW w:w="4894" w:type="dxa"/>
          </w:tcPr>
          <w:p w14:paraId="4445E69C"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Central Warehouse Management System</w:t>
            </w:r>
          </w:p>
        </w:tc>
      </w:tr>
      <w:tr w:rsidR="004048B3" w:rsidRPr="00B3569B" w14:paraId="15B3E442" w14:textId="77777777" w:rsidTr="00E9336E">
        <w:trPr>
          <w:jc w:val="center"/>
        </w:trPr>
        <w:tc>
          <w:tcPr>
            <w:tcW w:w="1560" w:type="dxa"/>
          </w:tcPr>
          <w:p w14:paraId="2A2FFD42"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3.5</w:t>
            </w:r>
          </w:p>
        </w:tc>
        <w:tc>
          <w:tcPr>
            <w:tcW w:w="1346" w:type="dxa"/>
          </w:tcPr>
          <w:p w14:paraId="0E13A95E"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w:t>
            </w:r>
          </w:p>
        </w:tc>
        <w:tc>
          <w:tcPr>
            <w:tcW w:w="4894" w:type="dxa"/>
          </w:tcPr>
          <w:p w14:paraId="23552D34"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Percent</w:t>
            </w:r>
          </w:p>
        </w:tc>
      </w:tr>
      <w:tr w:rsidR="004048B3" w:rsidRPr="00B3569B" w14:paraId="129EA7E9" w14:textId="77777777" w:rsidTr="00E9336E">
        <w:trPr>
          <w:jc w:val="center"/>
        </w:trPr>
        <w:tc>
          <w:tcPr>
            <w:tcW w:w="1560" w:type="dxa"/>
          </w:tcPr>
          <w:p w14:paraId="31486C94"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3.6</w:t>
            </w:r>
          </w:p>
        </w:tc>
        <w:tc>
          <w:tcPr>
            <w:tcW w:w="1346" w:type="dxa"/>
          </w:tcPr>
          <w:p w14:paraId="427A30DF"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SKU</w:t>
            </w:r>
          </w:p>
        </w:tc>
        <w:tc>
          <w:tcPr>
            <w:tcW w:w="4894" w:type="dxa"/>
          </w:tcPr>
          <w:p w14:paraId="64B1C34F" w14:textId="77777777" w:rsidR="0005523A" w:rsidRPr="00B3569B" w:rsidRDefault="00000000" w:rsidP="00E9336E">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Stock Keeping Unit</w:t>
            </w:r>
          </w:p>
        </w:tc>
      </w:tr>
    </w:tbl>
    <w:p w14:paraId="67268AFD" w14:textId="2A589731" w:rsidR="0005523A" w:rsidRPr="00B3569B" w:rsidRDefault="00000000" w:rsidP="005024B4">
      <w:pPr>
        <w:spacing w:line="240" w:lineRule="auto"/>
        <w:rPr>
          <w:rFonts w:asciiTheme="minorHAnsi" w:hAnsiTheme="minorHAnsi" w:cstheme="majorHAnsi"/>
          <w:color w:val="000000" w:themeColor="text1"/>
        </w:rPr>
      </w:pPr>
      <w:r w:rsidRPr="00B3569B">
        <w:rPr>
          <w:rFonts w:asciiTheme="minorHAnsi" w:hAnsiTheme="minorHAnsi" w:cstheme="majorHAnsi"/>
          <w:color w:val="000000" w:themeColor="text1"/>
        </w:rPr>
        <w:br/>
      </w:r>
      <w:r w:rsidRPr="00B3569B">
        <w:rPr>
          <w:rFonts w:asciiTheme="minorHAnsi" w:hAnsiTheme="minorHAnsi" w:cstheme="majorHAnsi"/>
          <w:b/>
          <w:color w:val="000000" w:themeColor="text1"/>
        </w:rPr>
        <w:t xml:space="preserve">4.0 </w:t>
      </w:r>
      <w:r w:rsidR="00974AA9" w:rsidRPr="00B3569B">
        <w:rPr>
          <w:rFonts w:asciiTheme="minorHAnsi" w:hAnsiTheme="minorHAnsi" w:cstheme="majorHAnsi"/>
          <w:b/>
          <w:color w:val="000000" w:themeColor="text1"/>
        </w:rPr>
        <w:tab/>
      </w:r>
      <w:r w:rsidRPr="00B3569B">
        <w:rPr>
          <w:rFonts w:asciiTheme="minorHAnsi" w:hAnsiTheme="minorHAnsi" w:cstheme="majorHAnsi"/>
          <w:b/>
          <w:color w:val="000000" w:themeColor="text1"/>
        </w:rPr>
        <w:t>RESPONSIBILITY</w:t>
      </w:r>
    </w:p>
    <w:p w14:paraId="0B87CBBC" w14:textId="77777777" w:rsidR="00974AA9" w:rsidRPr="00B3569B" w:rsidRDefault="00000000" w:rsidP="0031483A">
      <w:pPr>
        <w:spacing w:after="4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4.1 </w:t>
      </w:r>
      <w:r w:rsidR="00974AA9"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The receiving shipping operator/team leader shall be responsible for ensuring the procedure implementation and update for this procedure to fulfill operational and customer requirements.</w:t>
      </w:r>
    </w:p>
    <w:p w14:paraId="71F7CBA3" w14:textId="331D7114" w:rsidR="0005523A" w:rsidRPr="00B3569B" w:rsidRDefault="00000000" w:rsidP="0031483A">
      <w:pPr>
        <w:spacing w:after="4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4.2 </w:t>
      </w:r>
      <w:r w:rsidR="00974AA9"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Any special written notice/ specific requirements from customer will overwrite the procedure as stated below.</w:t>
      </w:r>
    </w:p>
    <w:p w14:paraId="4A4C193C" w14:textId="739F9900" w:rsidR="0005523A" w:rsidRPr="00B3569B" w:rsidRDefault="00000000" w:rsidP="0031483A">
      <w:pPr>
        <w:spacing w:after="40" w:line="240" w:lineRule="auto"/>
        <w:ind w:firstLine="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4.3 </w:t>
      </w:r>
      <w:r w:rsidR="00974AA9"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It is also the responsibility of SMSA Project Manager to implement the SOP.</w:t>
      </w:r>
    </w:p>
    <w:p w14:paraId="6470F7B9" w14:textId="1F212232" w:rsidR="0005523A" w:rsidRDefault="00000000" w:rsidP="0031483A">
      <w:pPr>
        <w:spacing w:after="4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4.4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It is the responsibility of receiving shipping operator/team leader for the quality checking of shipment and approval for receiving.</w:t>
      </w:r>
    </w:p>
    <w:p w14:paraId="6A42372F" w14:textId="77777777" w:rsidR="00956B82" w:rsidRPr="00B3569B" w:rsidRDefault="00956B82" w:rsidP="0031483A">
      <w:pPr>
        <w:spacing w:after="40" w:line="240" w:lineRule="auto"/>
        <w:ind w:left="1440" w:hanging="720"/>
        <w:rPr>
          <w:rFonts w:asciiTheme="minorHAnsi" w:hAnsiTheme="minorHAnsi" w:cstheme="majorHAnsi"/>
          <w:color w:val="000000" w:themeColor="text1"/>
        </w:rPr>
      </w:pPr>
    </w:p>
    <w:tbl>
      <w:tblPr>
        <w:tblW w:w="9818" w:type="dxa"/>
        <w:tblLook w:val="04A0" w:firstRow="1" w:lastRow="0" w:firstColumn="1" w:lastColumn="0" w:noHBand="0" w:noVBand="1"/>
      </w:tblPr>
      <w:tblGrid>
        <w:gridCol w:w="67"/>
        <w:gridCol w:w="2465"/>
        <w:gridCol w:w="1266"/>
        <w:gridCol w:w="2780"/>
        <w:gridCol w:w="64"/>
        <w:gridCol w:w="1556"/>
        <w:gridCol w:w="206"/>
        <w:gridCol w:w="1414"/>
      </w:tblGrid>
      <w:tr w:rsidR="00956B82" w:rsidRPr="00956B82" w14:paraId="66D22F23" w14:textId="77777777" w:rsidTr="009B2D58">
        <w:trPr>
          <w:gridBefore w:val="1"/>
          <w:wBefore w:w="67" w:type="dxa"/>
          <w:trHeight w:val="528"/>
        </w:trPr>
        <w:tc>
          <w:tcPr>
            <w:tcW w:w="3731" w:type="dxa"/>
            <w:gridSpan w:val="2"/>
            <w:tcBorders>
              <w:top w:val="single" w:sz="4" w:space="0" w:color="auto"/>
              <w:left w:val="single" w:sz="4" w:space="0" w:color="auto"/>
              <w:bottom w:val="single" w:sz="4" w:space="0" w:color="auto"/>
              <w:right w:val="single" w:sz="4" w:space="0" w:color="auto"/>
            </w:tcBorders>
            <w:noWrap/>
            <w:vAlign w:val="center"/>
            <w:hideMark/>
          </w:tcPr>
          <w:p w14:paraId="48D9CF02" w14:textId="77777777" w:rsidR="00956B82" w:rsidRPr="006A014C" w:rsidRDefault="00956B82" w:rsidP="00956B82">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780" w:type="dxa"/>
            <w:tcBorders>
              <w:top w:val="single" w:sz="4" w:space="0" w:color="auto"/>
              <w:left w:val="nil"/>
              <w:bottom w:val="single" w:sz="4" w:space="0" w:color="auto"/>
              <w:right w:val="single" w:sz="4" w:space="0" w:color="auto"/>
            </w:tcBorders>
            <w:noWrap/>
            <w:vAlign w:val="center"/>
            <w:hideMark/>
          </w:tcPr>
          <w:p w14:paraId="66E74C27" w14:textId="77777777" w:rsidR="00956B82" w:rsidRPr="006A014C" w:rsidRDefault="00956B82" w:rsidP="00956B82">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20" w:type="dxa"/>
            <w:gridSpan w:val="2"/>
            <w:tcBorders>
              <w:top w:val="single" w:sz="4" w:space="0" w:color="auto"/>
              <w:left w:val="nil"/>
              <w:bottom w:val="single" w:sz="4" w:space="0" w:color="auto"/>
              <w:right w:val="single" w:sz="4" w:space="0" w:color="auto"/>
            </w:tcBorders>
            <w:noWrap/>
            <w:vAlign w:val="center"/>
            <w:hideMark/>
          </w:tcPr>
          <w:p w14:paraId="5261587F" w14:textId="77777777" w:rsidR="00956B82" w:rsidRPr="006A014C" w:rsidRDefault="00956B82" w:rsidP="00956B82">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20" w:type="dxa"/>
            <w:gridSpan w:val="2"/>
            <w:tcBorders>
              <w:top w:val="single" w:sz="4" w:space="0" w:color="auto"/>
              <w:left w:val="nil"/>
              <w:bottom w:val="single" w:sz="4" w:space="0" w:color="auto"/>
              <w:right w:val="single" w:sz="4" w:space="0" w:color="auto"/>
            </w:tcBorders>
            <w:noWrap/>
            <w:vAlign w:val="center"/>
            <w:hideMark/>
          </w:tcPr>
          <w:p w14:paraId="7B8CE24A" w14:textId="77777777" w:rsidR="00956B82" w:rsidRPr="006A014C" w:rsidRDefault="00956B82" w:rsidP="00956B82">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56B82" w:rsidRPr="00956B82" w14:paraId="09319A2D" w14:textId="77777777" w:rsidTr="009B2D58">
        <w:trPr>
          <w:gridBefore w:val="1"/>
          <w:wBefore w:w="67" w:type="dxa"/>
          <w:trHeight w:val="564"/>
        </w:trPr>
        <w:tc>
          <w:tcPr>
            <w:tcW w:w="3731" w:type="dxa"/>
            <w:gridSpan w:val="2"/>
            <w:tcBorders>
              <w:top w:val="nil"/>
              <w:left w:val="single" w:sz="4" w:space="0" w:color="auto"/>
              <w:bottom w:val="single" w:sz="4" w:space="0" w:color="auto"/>
              <w:right w:val="single" w:sz="4" w:space="0" w:color="auto"/>
            </w:tcBorders>
            <w:noWrap/>
            <w:vAlign w:val="center"/>
            <w:hideMark/>
          </w:tcPr>
          <w:p w14:paraId="28672E1A" w14:textId="77777777" w:rsidR="00956B82" w:rsidRPr="006A014C" w:rsidRDefault="00956B82" w:rsidP="00956B82">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780" w:type="dxa"/>
            <w:tcBorders>
              <w:top w:val="nil"/>
              <w:left w:val="nil"/>
              <w:bottom w:val="single" w:sz="4" w:space="0" w:color="auto"/>
              <w:right w:val="single" w:sz="4" w:space="0" w:color="auto"/>
            </w:tcBorders>
            <w:noWrap/>
            <w:vAlign w:val="center"/>
            <w:hideMark/>
          </w:tcPr>
          <w:p w14:paraId="196073DD" w14:textId="51731E03" w:rsidR="00956B82" w:rsidRPr="006A014C" w:rsidRDefault="00A13822" w:rsidP="00956B82">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00956B82" w:rsidRPr="006A014C">
              <w:rPr>
                <w:rFonts w:asciiTheme="minorHAnsi" w:eastAsia="Times New Roman" w:hAnsiTheme="minorHAnsi" w:cs="Calibri"/>
                <w:color w:val="000000"/>
                <w:sz w:val="20"/>
                <w:szCs w:val="20"/>
                <w:lang w:val="en-GB" w:eastAsia="en-GB" w:bidi="ml-IN"/>
              </w:rPr>
              <w:t> </w:t>
            </w:r>
          </w:p>
        </w:tc>
        <w:tc>
          <w:tcPr>
            <w:tcW w:w="1620" w:type="dxa"/>
            <w:gridSpan w:val="2"/>
            <w:tcBorders>
              <w:top w:val="nil"/>
              <w:left w:val="nil"/>
              <w:bottom w:val="single" w:sz="4" w:space="0" w:color="auto"/>
              <w:right w:val="single" w:sz="4" w:space="0" w:color="auto"/>
            </w:tcBorders>
            <w:noWrap/>
            <w:vAlign w:val="center"/>
            <w:hideMark/>
          </w:tcPr>
          <w:p w14:paraId="2449A5A7" w14:textId="77777777" w:rsidR="00956B82" w:rsidRPr="006A014C" w:rsidRDefault="00956B82" w:rsidP="00956B82">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20" w:type="dxa"/>
            <w:gridSpan w:val="2"/>
            <w:tcBorders>
              <w:top w:val="nil"/>
              <w:left w:val="nil"/>
              <w:bottom w:val="single" w:sz="4" w:space="0" w:color="auto"/>
              <w:right w:val="single" w:sz="4" w:space="0" w:color="auto"/>
            </w:tcBorders>
            <w:noWrap/>
            <w:vAlign w:val="bottom"/>
            <w:hideMark/>
          </w:tcPr>
          <w:p w14:paraId="3864AC45" w14:textId="77777777" w:rsidR="00956B82" w:rsidRPr="006A014C" w:rsidRDefault="00956B82" w:rsidP="00956B82">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56B82" w:rsidRPr="00956B82" w14:paraId="15261141" w14:textId="77777777" w:rsidTr="009B2D58">
        <w:trPr>
          <w:gridBefore w:val="1"/>
          <w:wBefore w:w="67" w:type="dxa"/>
          <w:trHeight w:val="564"/>
        </w:trPr>
        <w:tc>
          <w:tcPr>
            <w:tcW w:w="3731" w:type="dxa"/>
            <w:gridSpan w:val="2"/>
            <w:tcBorders>
              <w:top w:val="nil"/>
              <w:left w:val="single" w:sz="4" w:space="0" w:color="auto"/>
              <w:bottom w:val="single" w:sz="4" w:space="0" w:color="auto"/>
              <w:right w:val="single" w:sz="4" w:space="0" w:color="auto"/>
            </w:tcBorders>
            <w:noWrap/>
            <w:vAlign w:val="center"/>
            <w:hideMark/>
          </w:tcPr>
          <w:p w14:paraId="4EF47249" w14:textId="53862795" w:rsidR="00956B82" w:rsidRPr="006A014C" w:rsidRDefault="00956B82" w:rsidP="00956B82">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780" w:type="dxa"/>
            <w:tcBorders>
              <w:top w:val="nil"/>
              <w:left w:val="nil"/>
              <w:bottom w:val="single" w:sz="4" w:space="0" w:color="auto"/>
              <w:right w:val="single" w:sz="4" w:space="0" w:color="auto"/>
            </w:tcBorders>
            <w:noWrap/>
            <w:vAlign w:val="center"/>
            <w:hideMark/>
          </w:tcPr>
          <w:p w14:paraId="12D12E5E" w14:textId="4F8F667F" w:rsidR="00956B82" w:rsidRPr="006A014C" w:rsidRDefault="009B2D58" w:rsidP="00956B82">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00B80116" w:rsidRPr="006A014C">
              <w:rPr>
                <w:rFonts w:asciiTheme="minorHAnsi" w:eastAsia="Times New Roman" w:hAnsiTheme="minorHAnsi" w:cs="Calibri"/>
                <w:color w:val="000000"/>
                <w:sz w:val="20"/>
                <w:szCs w:val="20"/>
                <w:lang w:val="en-GB" w:eastAsia="en-GB" w:bidi="ml-IN"/>
              </w:rPr>
              <w:t> </w:t>
            </w:r>
          </w:p>
        </w:tc>
        <w:tc>
          <w:tcPr>
            <w:tcW w:w="1620" w:type="dxa"/>
            <w:gridSpan w:val="2"/>
            <w:tcBorders>
              <w:top w:val="nil"/>
              <w:left w:val="nil"/>
              <w:bottom w:val="single" w:sz="4" w:space="0" w:color="auto"/>
              <w:right w:val="single" w:sz="4" w:space="0" w:color="auto"/>
            </w:tcBorders>
            <w:noWrap/>
            <w:vAlign w:val="center"/>
            <w:hideMark/>
          </w:tcPr>
          <w:p w14:paraId="7DEC8970" w14:textId="77777777" w:rsidR="00956B82" w:rsidRPr="006A014C" w:rsidRDefault="00956B82" w:rsidP="00956B82">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20" w:type="dxa"/>
            <w:gridSpan w:val="2"/>
            <w:tcBorders>
              <w:top w:val="nil"/>
              <w:left w:val="nil"/>
              <w:bottom w:val="single" w:sz="4" w:space="0" w:color="auto"/>
              <w:right w:val="single" w:sz="4" w:space="0" w:color="auto"/>
            </w:tcBorders>
            <w:noWrap/>
            <w:vAlign w:val="bottom"/>
            <w:hideMark/>
          </w:tcPr>
          <w:p w14:paraId="76617DDA" w14:textId="77777777" w:rsidR="00956B82" w:rsidRPr="006A014C" w:rsidRDefault="00956B82" w:rsidP="00956B82">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56B82" w:rsidRPr="00956B82" w14:paraId="51C59CE2" w14:textId="77777777" w:rsidTr="009B2D58">
        <w:trPr>
          <w:gridBefore w:val="1"/>
          <w:wBefore w:w="67" w:type="dxa"/>
          <w:trHeight w:val="564"/>
        </w:trPr>
        <w:tc>
          <w:tcPr>
            <w:tcW w:w="3731" w:type="dxa"/>
            <w:gridSpan w:val="2"/>
            <w:tcBorders>
              <w:top w:val="nil"/>
              <w:left w:val="single" w:sz="4" w:space="0" w:color="auto"/>
              <w:bottom w:val="single" w:sz="4" w:space="0" w:color="auto"/>
              <w:right w:val="single" w:sz="4" w:space="0" w:color="auto"/>
            </w:tcBorders>
            <w:noWrap/>
            <w:vAlign w:val="center"/>
            <w:hideMark/>
          </w:tcPr>
          <w:p w14:paraId="7070A43B" w14:textId="77777777" w:rsidR="00956B82" w:rsidRPr="006A014C" w:rsidRDefault="00956B82" w:rsidP="00956B82">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780" w:type="dxa"/>
            <w:tcBorders>
              <w:top w:val="nil"/>
              <w:left w:val="nil"/>
              <w:bottom w:val="single" w:sz="4" w:space="0" w:color="auto"/>
              <w:right w:val="single" w:sz="4" w:space="0" w:color="auto"/>
            </w:tcBorders>
            <w:noWrap/>
            <w:vAlign w:val="center"/>
            <w:hideMark/>
          </w:tcPr>
          <w:p w14:paraId="2C595F6D" w14:textId="273143CE" w:rsidR="00956B82" w:rsidRPr="006A014C" w:rsidRDefault="00A13822" w:rsidP="00956B82">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00956B82" w:rsidRPr="006A014C">
              <w:rPr>
                <w:rFonts w:asciiTheme="minorHAnsi" w:eastAsia="Times New Roman" w:hAnsiTheme="minorHAnsi" w:cs="Calibri"/>
                <w:color w:val="000000"/>
                <w:sz w:val="20"/>
                <w:szCs w:val="20"/>
                <w:lang w:val="en-GB" w:eastAsia="en-GB" w:bidi="ml-IN"/>
              </w:rPr>
              <w:t> </w:t>
            </w:r>
          </w:p>
        </w:tc>
        <w:tc>
          <w:tcPr>
            <w:tcW w:w="1620" w:type="dxa"/>
            <w:gridSpan w:val="2"/>
            <w:tcBorders>
              <w:top w:val="nil"/>
              <w:left w:val="nil"/>
              <w:bottom w:val="single" w:sz="4" w:space="0" w:color="auto"/>
              <w:right w:val="single" w:sz="4" w:space="0" w:color="auto"/>
            </w:tcBorders>
            <w:noWrap/>
            <w:vAlign w:val="center"/>
            <w:hideMark/>
          </w:tcPr>
          <w:p w14:paraId="7BAE92F7" w14:textId="77777777" w:rsidR="00956B82" w:rsidRPr="006A014C" w:rsidRDefault="00956B82" w:rsidP="00956B82">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20" w:type="dxa"/>
            <w:gridSpan w:val="2"/>
            <w:tcBorders>
              <w:top w:val="nil"/>
              <w:left w:val="nil"/>
              <w:bottom w:val="single" w:sz="4" w:space="0" w:color="auto"/>
              <w:right w:val="single" w:sz="4" w:space="0" w:color="auto"/>
            </w:tcBorders>
            <w:noWrap/>
            <w:vAlign w:val="bottom"/>
            <w:hideMark/>
          </w:tcPr>
          <w:p w14:paraId="0484DC13" w14:textId="77777777" w:rsidR="00956B82" w:rsidRPr="006A014C" w:rsidRDefault="00956B82" w:rsidP="00956B82">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p w14:paraId="7348FAAC" w14:textId="77777777" w:rsidR="00E75B88" w:rsidRPr="006A014C" w:rsidRDefault="00E75B88" w:rsidP="00956B82">
            <w:pPr>
              <w:spacing w:after="0" w:line="240" w:lineRule="auto"/>
              <w:rPr>
                <w:rFonts w:asciiTheme="minorHAnsi" w:eastAsia="Times New Roman" w:hAnsiTheme="minorHAnsi" w:cs="Calibri"/>
                <w:color w:val="000000"/>
                <w:sz w:val="20"/>
                <w:szCs w:val="20"/>
                <w:lang w:val="en-GB" w:eastAsia="en-GB" w:bidi="ml-IN"/>
              </w:rPr>
            </w:pPr>
          </w:p>
        </w:tc>
      </w:tr>
      <w:tr w:rsidR="00554AEE" w:rsidRPr="00B3569B" w14:paraId="2EE2B29F" w14:textId="77777777" w:rsidTr="009B2D5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9"/>
          <w:jc w:val="center"/>
        </w:trPr>
        <w:tc>
          <w:tcPr>
            <w:tcW w:w="2532" w:type="dxa"/>
            <w:gridSpan w:val="2"/>
            <w:vMerge w:val="restart"/>
          </w:tcPr>
          <w:p w14:paraId="6659DD55" w14:textId="1C90CCB2" w:rsidR="00554AEE" w:rsidRPr="00B3569B" w:rsidRDefault="00567CD6" w:rsidP="00567CD6">
            <w:pPr>
              <w:spacing w:line="240" w:lineRule="auto"/>
              <w:rPr>
                <w:rFonts w:asciiTheme="minorHAnsi" w:hAnsiTheme="minorHAnsi" w:cstheme="majorHAnsi"/>
                <w:color w:val="000000" w:themeColor="text1"/>
              </w:rPr>
            </w:pPr>
            <w:r>
              <w:rPr>
                <w:noProof/>
              </w:rPr>
              <w:lastRenderedPageBreak/>
              <w:drawing>
                <wp:anchor distT="0" distB="0" distL="114300" distR="114300" simplePos="0" relativeHeight="251667968" behindDoc="0" locked="0" layoutInCell="1" allowOverlap="1" wp14:anchorId="1B73D5E7" wp14:editId="0EB3B3BD">
                  <wp:simplePos x="0" y="0"/>
                  <wp:positionH relativeFrom="column">
                    <wp:posOffset>635</wp:posOffset>
                  </wp:positionH>
                  <wp:positionV relativeFrom="paragraph">
                    <wp:posOffset>386080</wp:posOffset>
                  </wp:positionV>
                  <wp:extent cx="1470660" cy="708660"/>
                  <wp:effectExtent l="0" t="0" r="0" b="0"/>
                  <wp:wrapTopAndBottom/>
                  <wp:docPr id="337200390"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110" w:type="dxa"/>
            <w:gridSpan w:val="3"/>
          </w:tcPr>
          <w:p w14:paraId="208D064F" w14:textId="77777777" w:rsidR="00554AEE" w:rsidRPr="00B3569B" w:rsidRDefault="00554AEE" w:rsidP="006A014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762" w:type="dxa"/>
            <w:gridSpan w:val="2"/>
          </w:tcPr>
          <w:p w14:paraId="5D37C4E9" w14:textId="77777777" w:rsidR="00554AEE" w:rsidRPr="00B3569B" w:rsidRDefault="00554AEE" w:rsidP="006A014C">
            <w:pPr>
              <w:pStyle w:val="NoSpacing"/>
              <w:jc w:val="center"/>
              <w:rPr>
                <w:rFonts w:cstheme="majorHAnsi"/>
                <w:color w:val="000000" w:themeColor="text1"/>
              </w:rPr>
            </w:pPr>
            <w:r w:rsidRPr="00B3569B">
              <w:rPr>
                <w:rFonts w:cstheme="majorHAnsi"/>
                <w:color w:val="000000" w:themeColor="text1"/>
              </w:rPr>
              <w:t>Document ID:</w:t>
            </w:r>
          </w:p>
        </w:tc>
        <w:tc>
          <w:tcPr>
            <w:tcW w:w="1414" w:type="dxa"/>
          </w:tcPr>
          <w:p w14:paraId="3F8A1209" w14:textId="6B9250F0" w:rsidR="00554AEE" w:rsidRPr="00B3569B" w:rsidRDefault="00554AEE" w:rsidP="006A014C">
            <w:pPr>
              <w:pStyle w:val="NoSpacing"/>
              <w:jc w:val="center"/>
              <w:rPr>
                <w:rFonts w:cstheme="majorHAnsi"/>
                <w:color w:val="000000" w:themeColor="text1"/>
              </w:rPr>
            </w:pPr>
            <w:r w:rsidRPr="00B3569B">
              <w:rPr>
                <w:rFonts w:cstheme="majorHAnsi"/>
                <w:color w:val="000000" w:themeColor="text1"/>
              </w:rPr>
              <w:t>SMSA-HW01</w:t>
            </w:r>
          </w:p>
        </w:tc>
      </w:tr>
      <w:tr w:rsidR="009B2D58" w:rsidRPr="00B3569B" w14:paraId="39D12A5B" w14:textId="77777777" w:rsidTr="009B2D5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jc w:val="center"/>
        </w:trPr>
        <w:tc>
          <w:tcPr>
            <w:tcW w:w="2532" w:type="dxa"/>
            <w:gridSpan w:val="2"/>
            <w:vMerge/>
          </w:tcPr>
          <w:p w14:paraId="49EB3EF3"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10" w:type="dxa"/>
            <w:gridSpan w:val="3"/>
            <w:vMerge w:val="restart"/>
          </w:tcPr>
          <w:p w14:paraId="60DACB2A" w14:textId="77777777" w:rsidR="009B2D58" w:rsidRPr="00B3569B" w:rsidRDefault="009B2D58" w:rsidP="009B2D58">
            <w:pPr>
              <w:spacing w:line="240" w:lineRule="auto"/>
              <w:jc w:val="center"/>
              <w:rPr>
                <w:rFonts w:asciiTheme="minorHAnsi" w:hAnsiTheme="minorHAnsi" w:cstheme="majorHAnsi"/>
                <w:b/>
                <w:color w:val="000000" w:themeColor="text1"/>
              </w:rPr>
            </w:pPr>
          </w:p>
          <w:p w14:paraId="44B0F0C2"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762" w:type="dxa"/>
            <w:gridSpan w:val="2"/>
          </w:tcPr>
          <w:p w14:paraId="53112EE6"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Revision No:</w:t>
            </w:r>
          </w:p>
        </w:tc>
        <w:tc>
          <w:tcPr>
            <w:tcW w:w="1414" w:type="dxa"/>
          </w:tcPr>
          <w:p w14:paraId="55410106" w14:textId="61514981"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B3569B" w14:paraId="4AC403FB" w14:textId="77777777" w:rsidTr="009B2D5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3"/>
          <w:jc w:val="center"/>
        </w:trPr>
        <w:tc>
          <w:tcPr>
            <w:tcW w:w="2532" w:type="dxa"/>
            <w:gridSpan w:val="2"/>
            <w:vMerge/>
          </w:tcPr>
          <w:p w14:paraId="2852C378"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10" w:type="dxa"/>
            <w:gridSpan w:val="3"/>
            <w:vMerge/>
          </w:tcPr>
          <w:p w14:paraId="0A21A757"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762" w:type="dxa"/>
            <w:gridSpan w:val="2"/>
          </w:tcPr>
          <w:p w14:paraId="481D78CA"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Effective Date:</w:t>
            </w:r>
          </w:p>
        </w:tc>
        <w:tc>
          <w:tcPr>
            <w:tcW w:w="1414" w:type="dxa"/>
          </w:tcPr>
          <w:p w14:paraId="2DAFC276" w14:textId="22213282"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B3569B" w14:paraId="219FD3FC" w14:textId="77777777" w:rsidTr="009B2D5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jc w:val="center"/>
        </w:trPr>
        <w:tc>
          <w:tcPr>
            <w:tcW w:w="2532" w:type="dxa"/>
            <w:gridSpan w:val="2"/>
            <w:vMerge/>
          </w:tcPr>
          <w:p w14:paraId="5CD9893A"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10" w:type="dxa"/>
            <w:gridSpan w:val="3"/>
            <w:vMerge/>
          </w:tcPr>
          <w:p w14:paraId="20725621"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762" w:type="dxa"/>
            <w:gridSpan w:val="2"/>
          </w:tcPr>
          <w:p w14:paraId="5D5F0495"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Next Revision Date:</w:t>
            </w:r>
          </w:p>
        </w:tc>
        <w:tc>
          <w:tcPr>
            <w:tcW w:w="1414" w:type="dxa"/>
          </w:tcPr>
          <w:p w14:paraId="213FA4BE" w14:textId="5D1ECF97"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554AEE" w:rsidRPr="00B3569B" w14:paraId="2E7B1F2E" w14:textId="77777777" w:rsidTr="009B2D5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2"/>
          <w:jc w:val="center"/>
        </w:trPr>
        <w:tc>
          <w:tcPr>
            <w:tcW w:w="2532" w:type="dxa"/>
            <w:gridSpan w:val="2"/>
            <w:vMerge/>
          </w:tcPr>
          <w:p w14:paraId="0B941E8D" w14:textId="77777777" w:rsidR="00554AEE" w:rsidRPr="00B3569B" w:rsidRDefault="00554AEE" w:rsidP="006A014C">
            <w:pPr>
              <w:spacing w:line="240" w:lineRule="auto"/>
              <w:jc w:val="center"/>
              <w:rPr>
                <w:rFonts w:asciiTheme="minorHAnsi" w:hAnsiTheme="minorHAnsi" w:cstheme="majorHAnsi"/>
                <w:color w:val="000000" w:themeColor="text1"/>
              </w:rPr>
            </w:pPr>
          </w:p>
        </w:tc>
        <w:tc>
          <w:tcPr>
            <w:tcW w:w="4110" w:type="dxa"/>
            <w:gridSpan w:val="3"/>
            <w:vMerge/>
          </w:tcPr>
          <w:p w14:paraId="4C64BCF2" w14:textId="77777777" w:rsidR="00554AEE" w:rsidRPr="00B3569B" w:rsidRDefault="00554AEE" w:rsidP="006A014C">
            <w:pPr>
              <w:spacing w:line="240" w:lineRule="auto"/>
              <w:jc w:val="center"/>
              <w:rPr>
                <w:rFonts w:asciiTheme="minorHAnsi" w:hAnsiTheme="minorHAnsi" w:cstheme="majorHAnsi"/>
                <w:color w:val="000000" w:themeColor="text1"/>
              </w:rPr>
            </w:pPr>
          </w:p>
        </w:tc>
        <w:tc>
          <w:tcPr>
            <w:tcW w:w="1762" w:type="dxa"/>
            <w:gridSpan w:val="2"/>
          </w:tcPr>
          <w:p w14:paraId="4FB172D2" w14:textId="77777777" w:rsidR="00554AEE" w:rsidRPr="00567CD6" w:rsidRDefault="00554AEE" w:rsidP="006A014C">
            <w:pPr>
              <w:pStyle w:val="NoSpacing"/>
              <w:jc w:val="center"/>
              <w:rPr>
                <w:rFonts w:cstheme="majorHAnsi"/>
                <w:color w:val="000000" w:themeColor="text1"/>
                <w:sz w:val="20"/>
                <w:szCs w:val="20"/>
              </w:rPr>
            </w:pPr>
            <w:r w:rsidRPr="00567CD6">
              <w:rPr>
                <w:rFonts w:cstheme="majorHAnsi"/>
                <w:color w:val="000000" w:themeColor="text1"/>
                <w:sz w:val="20"/>
                <w:szCs w:val="20"/>
              </w:rPr>
              <w:t>Function:</w:t>
            </w:r>
          </w:p>
        </w:tc>
        <w:tc>
          <w:tcPr>
            <w:tcW w:w="1414" w:type="dxa"/>
          </w:tcPr>
          <w:p w14:paraId="658EB322" w14:textId="77777777" w:rsidR="00554AEE" w:rsidRPr="00567CD6" w:rsidRDefault="00554AEE" w:rsidP="006A014C">
            <w:pPr>
              <w:pStyle w:val="NoSpacing"/>
              <w:jc w:val="center"/>
              <w:rPr>
                <w:rFonts w:cstheme="majorHAnsi"/>
                <w:color w:val="000000" w:themeColor="text1"/>
                <w:sz w:val="20"/>
                <w:szCs w:val="20"/>
              </w:rPr>
            </w:pPr>
            <w:r w:rsidRPr="00567CD6">
              <w:rPr>
                <w:rFonts w:cstheme="majorHAnsi"/>
                <w:color w:val="000000" w:themeColor="text1"/>
                <w:sz w:val="20"/>
                <w:szCs w:val="20"/>
              </w:rPr>
              <w:t>Warehouse</w:t>
            </w:r>
          </w:p>
        </w:tc>
      </w:tr>
      <w:tr w:rsidR="00554AEE" w:rsidRPr="00B3569B" w14:paraId="670924EE" w14:textId="77777777" w:rsidTr="009B2D5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3"/>
          <w:jc w:val="center"/>
        </w:trPr>
        <w:tc>
          <w:tcPr>
            <w:tcW w:w="2532" w:type="dxa"/>
            <w:gridSpan w:val="2"/>
            <w:vMerge/>
          </w:tcPr>
          <w:p w14:paraId="4467FCE8" w14:textId="77777777" w:rsidR="00554AEE" w:rsidRPr="00B3569B" w:rsidRDefault="00554AEE" w:rsidP="006A014C">
            <w:pPr>
              <w:spacing w:line="240" w:lineRule="auto"/>
              <w:jc w:val="center"/>
              <w:rPr>
                <w:rFonts w:asciiTheme="minorHAnsi" w:hAnsiTheme="minorHAnsi" w:cstheme="majorHAnsi"/>
                <w:color w:val="000000" w:themeColor="text1"/>
              </w:rPr>
            </w:pPr>
          </w:p>
        </w:tc>
        <w:tc>
          <w:tcPr>
            <w:tcW w:w="4110" w:type="dxa"/>
            <w:gridSpan w:val="3"/>
            <w:vMerge/>
          </w:tcPr>
          <w:p w14:paraId="645E17E9" w14:textId="77777777" w:rsidR="00554AEE" w:rsidRPr="00B3569B" w:rsidRDefault="00554AEE" w:rsidP="006A014C">
            <w:pPr>
              <w:spacing w:line="240" w:lineRule="auto"/>
              <w:jc w:val="center"/>
              <w:rPr>
                <w:rFonts w:asciiTheme="minorHAnsi" w:hAnsiTheme="minorHAnsi" w:cstheme="majorHAnsi"/>
                <w:color w:val="000000" w:themeColor="text1"/>
              </w:rPr>
            </w:pPr>
          </w:p>
        </w:tc>
        <w:tc>
          <w:tcPr>
            <w:tcW w:w="1762" w:type="dxa"/>
            <w:gridSpan w:val="2"/>
          </w:tcPr>
          <w:p w14:paraId="08C8385D" w14:textId="77777777" w:rsidR="00554AEE" w:rsidRPr="00567CD6" w:rsidRDefault="00554AEE" w:rsidP="006A014C">
            <w:pPr>
              <w:pStyle w:val="NoSpacing"/>
              <w:jc w:val="center"/>
              <w:rPr>
                <w:rFonts w:cstheme="majorHAnsi"/>
                <w:color w:val="000000" w:themeColor="text1"/>
                <w:sz w:val="20"/>
                <w:szCs w:val="20"/>
              </w:rPr>
            </w:pPr>
            <w:r w:rsidRPr="00567CD6">
              <w:rPr>
                <w:rFonts w:cstheme="majorHAnsi"/>
                <w:color w:val="000000" w:themeColor="text1"/>
                <w:sz w:val="20"/>
                <w:szCs w:val="20"/>
              </w:rPr>
              <w:t>Page:</w:t>
            </w:r>
          </w:p>
        </w:tc>
        <w:tc>
          <w:tcPr>
            <w:tcW w:w="1414" w:type="dxa"/>
          </w:tcPr>
          <w:p w14:paraId="0426FEC9" w14:textId="7464368C" w:rsidR="00554AEE" w:rsidRPr="00567CD6" w:rsidRDefault="00554AEE" w:rsidP="006A014C">
            <w:pPr>
              <w:pStyle w:val="NoSpacing"/>
              <w:jc w:val="center"/>
              <w:rPr>
                <w:rFonts w:cstheme="majorHAnsi"/>
                <w:color w:val="000000" w:themeColor="text1"/>
                <w:sz w:val="20"/>
                <w:szCs w:val="20"/>
              </w:rPr>
            </w:pPr>
            <w:r w:rsidRPr="00567CD6">
              <w:rPr>
                <w:rFonts w:cstheme="majorHAnsi"/>
                <w:color w:val="000000" w:themeColor="text1"/>
                <w:sz w:val="20"/>
                <w:szCs w:val="20"/>
              </w:rPr>
              <w:t xml:space="preserve">Page </w:t>
            </w:r>
            <w:r w:rsidR="00E120DD">
              <w:rPr>
                <w:rFonts w:cstheme="majorHAnsi"/>
                <w:color w:val="000000" w:themeColor="text1"/>
                <w:sz w:val="20"/>
                <w:szCs w:val="20"/>
              </w:rPr>
              <w:t>2</w:t>
            </w:r>
            <w:r w:rsidRPr="00567CD6">
              <w:rPr>
                <w:rFonts w:cstheme="majorHAnsi"/>
                <w:color w:val="000000" w:themeColor="text1"/>
                <w:sz w:val="20"/>
                <w:szCs w:val="20"/>
              </w:rPr>
              <w:t xml:space="preserve"> of </w:t>
            </w:r>
            <w:r w:rsidR="00E120DD">
              <w:rPr>
                <w:rFonts w:cstheme="majorHAnsi"/>
                <w:color w:val="000000" w:themeColor="text1"/>
                <w:sz w:val="20"/>
                <w:szCs w:val="20"/>
              </w:rPr>
              <w:t>11</w:t>
            </w:r>
          </w:p>
        </w:tc>
      </w:tr>
    </w:tbl>
    <w:p w14:paraId="2EB16419" w14:textId="77777777" w:rsidR="00554AEE" w:rsidRPr="00B3569B" w:rsidRDefault="00554AEE" w:rsidP="00554AEE">
      <w:pPr>
        <w:spacing w:line="240" w:lineRule="auto"/>
        <w:ind w:left="1440" w:hanging="720"/>
        <w:rPr>
          <w:rFonts w:asciiTheme="minorHAnsi" w:hAnsiTheme="minorHAnsi" w:cstheme="majorHAnsi"/>
          <w:color w:val="000000" w:themeColor="text1"/>
        </w:rPr>
      </w:pPr>
    </w:p>
    <w:p w14:paraId="5CDC67BF" w14:textId="59B6BB95" w:rsidR="0005523A" w:rsidRPr="00B3569B" w:rsidRDefault="00000000" w:rsidP="005024B4">
      <w:pPr>
        <w:spacing w:line="240" w:lineRule="auto"/>
        <w:rPr>
          <w:rFonts w:asciiTheme="minorHAnsi" w:hAnsiTheme="minorHAnsi" w:cstheme="majorHAnsi"/>
          <w:color w:val="000000" w:themeColor="text1"/>
        </w:rPr>
      </w:pPr>
      <w:r w:rsidRPr="00B3569B">
        <w:rPr>
          <w:rFonts w:asciiTheme="minorHAnsi" w:hAnsiTheme="minorHAnsi" w:cstheme="majorHAnsi"/>
          <w:b/>
          <w:color w:val="000000" w:themeColor="text1"/>
        </w:rPr>
        <w:t>5.0</w:t>
      </w:r>
      <w:r w:rsidR="004D5974" w:rsidRPr="00B3569B">
        <w:rPr>
          <w:rFonts w:asciiTheme="minorHAnsi" w:hAnsiTheme="minorHAnsi" w:cstheme="majorHAnsi"/>
          <w:b/>
          <w:color w:val="000000" w:themeColor="text1"/>
        </w:rPr>
        <w:tab/>
      </w:r>
      <w:r w:rsidRPr="00B3569B">
        <w:rPr>
          <w:rFonts w:asciiTheme="minorHAnsi" w:hAnsiTheme="minorHAnsi" w:cstheme="majorHAnsi"/>
          <w:b/>
          <w:color w:val="000000" w:themeColor="text1"/>
        </w:rPr>
        <w:t xml:space="preserve"> PROCEDURE</w:t>
      </w:r>
    </w:p>
    <w:p w14:paraId="0E84E7AD" w14:textId="39DE3636" w:rsidR="0005523A" w:rsidRPr="00B3569B"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The Inbound receiving process starts with the receiving shipping operator/team leader checks the delivery/appointment schedule with Supplier or Customer. The Inbound pre alert shall be sent via email from the customer to SMSA.</w:t>
      </w:r>
    </w:p>
    <w:p w14:paraId="1BB890CC" w14:textId="1CD285B8" w:rsidR="0005523A" w:rsidRPr="00B3569B"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5.2</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 Receiving shipping operator/team leader shall check the appointment schedule for the inbound receiving and plan the unloading and space accordingly.</w:t>
      </w:r>
    </w:p>
    <w:p w14:paraId="12979763" w14:textId="53609DFD" w:rsidR="0005523A" w:rsidRPr="00B3569B"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5.3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Once the supplier is available with shipment, the receiving shipping operator/team leader shall check the following details:</w:t>
      </w:r>
    </w:p>
    <w:p w14:paraId="5C976A0F" w14:textId="1625DA39" w:rsidR="0005523A" w:rsidRPr="00B3569B" w:rsidRDefault="00000000" w:rsidP="00C131B2">
      <w:pPr>
        <w:spacing w:after="80" w:line="240" w:lineRule="auto"/>
        <w:rPr>
          <w:rFonts w:asciiTheme="minorHAnsi" w:hAnsiTheme="minorHAnsi" w:cstheme="majorHAnsi"/>
          <w:color w:val="000000" w:themeColor="text1"/>
        </w:rPr>
      </w:pPr>
      <w:r w:rsidRPr="00B3569B">
        <w:rPr>
          <w:rFonts w:asciiTheme="minorHAnsi" w:hAnsiTheme="minorHAnsi" w:cstheme="majorHAnsi"/>
          <w:color w:val="000000" w:themeColor="text1"/>
        </w:rPr>
        <w:t xml:space="preserve">   </w:t>
      </w:r>
      <w:r w:rsidR="004D5974" w:rsidRPr="00B3569B">
        <w:rPr>
          <w:rFonts w:asciiTheme="minorHAnsi" w:hAnsiTheme="minorHAnsi" w:cstheme="majorHAnsi"/>
          <w:color w:val="000000" w:themeColor="text1"/>
        </w:rPr>
        <w:tab/>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5.3.1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Packing List from pre alert email.</w:t>
      </w:r>
      <w:r w:rsidRPr="00B3569B">
        <w:rPr>
          <w:rFonts w:asciiTheme="minorHAnsi" w:hAnsiTheme="minorHAnsi" w:cstheme="majorHAnsi"/>
          <w:color w:val="000000" w:themeColor="text1"/>
        </w:rPr>
        <w:br/>
        <w:t xml:space="preserve">  </w:t>
      </w:r>
      <w:r w:rsidR="004D5974" w:rsidRPr="00B3569B">
        <w:rPr>
          <w:rFonts w:asciiTheme="minorHAnsi" w:hAnsiTheme="minorHAnsi" w:cstheme="majorHAnsi"/>
          <w:color w:val="000000" w:themeColor="text1"/>
        </w:rPr>
        <w:tab/>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5.3.2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Invoice/Delivery challan copy.</w:t>
      </w:r>
      <w:r w:rsidRPr="00B3569B">
        <w:rPr>
          <w:rFonts w:asciiTheme="minorHAnsi" w:hAnsiTheme="minorHAnsi" w:cstheme="majorHAnsi"/>
          <w:color w:val="000000" w:themeColor="text1"/>
        </w:rPr>
        <w:br/>
        <w:t xml:space="preserve">  </w:t>
      </w:r>
      <w:r w:rsidR="004D5974" w:rsidRPr="00B3569B">
        <w:rPr>
          <w:rFonts w:asciiTheme="minorHAnsi" w:hAnsiTheme="minorHAnsi" w:cstheme="majorHAnsi"/>
          <w:color w:val="000000" w:themeColor="text1"/>
        </w:rPr>
        <w:tab/>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5.3.3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POD copy of supplier.</w:t>
      </w:r>
      <w:r w:rsidRPr="00B3569B">
        <w:rPr>
          <w:rFonts w:asciiTheme="minorHAnsi" w:hAnsiTheme="minorHAnsi" w:cstheme="majorHAnsi"/>
          <w:color w:val="000000" w:themeColor="text1"/>
        </w:rPr>
        <w:br/>
        <w:t xml:space="preserve">  </w:t>
      </w:r>
      <w:r w:rsidR="004D5974" w:rsidRPr="00B3569B">
        <w:rPr>
          <w:rFonts w:asciiTheme="minorHAnsi" w:hAnsiTheme="minorHAnsi" w:cstheme="majorHAnsi"/>
          <w:color w:val="000000" w:themeColor="text1"/>
        </w:rPr>
        <w:tab/>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5.3.4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Any physical damage to the vehicle.</w:t>
      </w:r>
    </w:p>
    <w:p w14:paraId="37CCAB06" w14:textId="67E8F79F" w:rsidR="0005523A" w:rsidRPr="00B3569B"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5.4</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 After checking all above details and found satisfactory, the receiving shipping operator/team leader shall proceed to unload the truck or vehicle.</w:t>
      </w:r>
    </w:p>
    <w:p w14:paraId="41C9DC65" w14:textId="453187B6" w:rsidR="0005523A" w:rsidRPr="00B3569B"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5.5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If the above details are found unsatisfactory, then the receiving shipping operator/team leader shall hold the shipment, provide the reason to the supplier, and ask the supplier to correct the details. Same shall be communicated to the Customer and shall wait for the instruction from Customer for further actions.</w:t>
      </w:r>
    </w:p>
    <w:p w14:paraId="7818F903" w14:textId="39BBD0FB" w:rsidR="0005523A" w:rsidRPr="00B3569B"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5.6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Receiving shipping operator/team leader shall sign the POD copy to supplier by counting the actual boxes/Pallets mentioned on the supplier's delivery challan.</w:t>
      </w:r>
    </w:p>
    <w:p w14:paraId="7115DEA0" w14:textId="754CF6E9" w:rsidR="0005523A" w:rsidRPr="00B3569B"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5.7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After unloading, the receiving shipping operator/team leader shall check the following details:</w:t>
      </w:r>
    </w:p>
    <w:p w14:paraId="6F0A87C0" w14:textId="7622E42F" w:rsidR="0005523A" w:rsidRPr="00B3569B" w:rsidRDefault="00000000" w:rsidP="00C131B2">
      <w:pPr>
        <w:spacing w:after="80" w:line="240" w:lineRule="auto"/>
        <w:rPr>
          <w:rFonts w:asciiTheme="minorHAnsi" w:hAnsiTheme="minorHAnsi" w:cstheme="majorHAnsi"/>
          <w:color w:val="000000" w:themeColor="text1"/>
        </w:rPr>
      </w:pPr>
      <w:r w:rsidRPr="00B3569B">
        <w:rPr>
          <w:rFonts w:asciiTheme="minorHAnsi" w:hAnsiTheme="minorHAnsi" w:cstheme="majorHAnsi"/>
          <w:color w:val="000000" w:themeColor="text1"/>
        </w:rPr>
        <w:t xml:space="preserve">   </w:t>
      </w:r>
      <w:r w:rsidR="004D5974" w:rsidRPr="00B3569B">
        <w:rPr>
          <w:rFonts w:asciiTheme="minorHAnsi" w:hAnsiTheme="minorHAnsi" w:cstheme="majorHAnsi"/>
          <w:color w:val="000000" w:themeColor="text1"/>
        </w:rPr>
        <w:tab/>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5.7.1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Item's description as per packing list vs Invoice vs Physical.</w:t>
      </w:r>
      <w:r w:rsidRPr="00B3569B">
        <w:rPr>
          <w:rFonts w:asciiTheme="minorHAnsi" w:hAnsiTheme="minorHAnsi" w:cstheme="majorHAnsi"/>
          <w:color w:val="000000" w:themeColor="text1"/>
        </w:rPr>
        <w:br/>
        <w:t xml:space="preserve">   </w:t>
      </w:r>
      <w:r w:rsidR="004D5974" w:rsidRPr="00B3569B">
        <w:rPr>
          <w:rFonts w:asciiTheme="minorHAnsi" w:hAnsiTheme="minorHAnsi" w:cstheme="majorHAnsi"/>
          <w:color w:val="000000" w:themeColor="text1"/>
        </w:rPr>
        <w:tab/>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5.7.2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Item's quantity as per packing list vs Invoice vs Physical.</w:t>
      </w:r>
      <w:r w:rsidRPr="00B3569B">
        <w:rPr>
          <w:rFonts w:asciiTheme="minorHAnsi" w:hAnsiTheme="minorHAnsi" w:cstheme="majorHAnsi"/>
          <w:color w:val="000000" w:themeColor="text1"/>
        </w:rPr>
        <w:br/>
        <w:t xml:space="preserve">  </w:t>
      </w:r>
      <w:r w:rsidR="004D5974" w:rsidRPr="00B3569B">
        <w:rPr>
          <w:rFonts w:asciiTheme="minorHAnsi" w:hAnsiTheme="minorHAnsi" w:cstheme="majorHAnsi"/>
          <w:color w:val="000000" w:themeColor="text1"/>
        </w:rPr>
        <w:tab/>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5.7.3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Any physical damage on boxes or material.</w:t>
      </w:r>
    </w:p>
    <w:p w14:paraId="0206B2AF" w14:textId="7FC29DE8" w:rsidR="0005523A" w:rsidRPr="00B3569B"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5.8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If all above details are found satisfactory, then the receiving shipping operator/team leader shall acknowledge the receipt of material.</w:t>
      </w:r>
    </w:p>
    <w:p w14:paraId="7FC6F84C" w14:textId="77777777" w:rsidR="00234B1B" w:rsidRDefault="00234B1B" w:rsidP="00C131B2">
      <w:pPr>
        <w:spacing w:after="80" w:line="240" w:lineRule="auto"/>
        <w:ind w:left="1440" w:hanging="720"/>
        <w:rPr>
          <w:rFonts w:asciiTheme="minorHAnsi" w:hAnsiTheme="minorHAnsi" w:cstheme="majorHAnsi"/>
          <w:color w:val="000000" w:themeColor="text1"/>
        </w:rPr>
      </w:pPr>
    </w:p>
    <w:p w14:paraId="50DFB9C2" w14:textId="77777777" w:rsidR="00234B1B" w:rsidRDefault="00234B1B" w:rsidP="00C131B2">
      <w:pPr>
        <w:spacing w:after="80" w:line="240" w:lineRule="auto"/>
        <w:ind w:left="1440" w:hanging="720"/>
        <w:rPr>
          <w:rFonts w:asciiTheme="minorHAnsi" w:hAnsiTheme="minorHAnsi" w:cstheme="majorHAnsi"/>
          <w:color w:val="000000" w:themeColor="text1"/>
        </w:rPr>
      </w:pPr>
    </w:p>
    <w:tbl>
      <w:tblPr>
        <w:tblW w:w="9680" w:type="dxa"/>
        <w:tblLook w:val="04A0" w:firstRow="1" w:lastRow="0" w:firstColumn="1" w:lastColumn="0" w:noHBand="0" w:noVBand="1"/>
      </w:tblPr>
      <w:tblGrid>
        <w:gridCol w:w="3519"/>
        <w:gridCol w:w="2845"/>
        <w:gridCol w:w="1658"/>
        <w:gridCol w:w="1658"/>
      </w:tblGrid>
      <w:tr w:rsidR="00234B1B" w:rsidRPr="00956B82" w14:paraId="7A041225" w14:textId="77777777" w:rsidTr="00A13822">
        <w:trPr>
          <w:trHeight w:val="528"/>
        </w:trPr>
        <w:tc>
          <w:tcPr>
            <w:tcW w:w="3519" w:type="dxa"/>
            <w:tcBorders>
              <w:top w:val="single" w:sz="4" w:space="0" w:color="auto"/>
              <w:left w:val="single" w:sz="4" w:space="0" w:color="auto"/>
              <w:bottom w:val="single" w:sz="4" w:space="0" w:color="auto"/>
              <w:right w:val="single" w:sz="4" w:space="0" w:color="auto"/>
            </w:tcBorders>
            <w:noWrap/>
            <w:vAlign w:val="center"/>
            <w:hideMark/>
          </w:tcPr>
          <w:p w14:paraId="504C2FD0" w14:textId="77777777" w:rsidR="00234B1B" w:rsidRPr="006A014C" w:rsidRDefault="00234B1B"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845" w:type="dxa"/>
            <w:tcBorders>
              <w:top w:val="single" w:sz="4" w:space="0" w:color="auto"/>
              <w:left w:val="nil"/>
              <w:bottom w:val="single" w:sz="4" w:space="0" w:color="auto"/>
              <w:right w:val="single" w:sz="4" w:space="0" w:color="auto"/>
            </w:tcBorders>
            <w:noWrap/>
            <w:vAlign w:val="center"/>
            <w:hideMark/>
          </w:tcPr>
          <w:p w14:paraId="15D331BB" w14:textId="77777777" w:rsidR="00234B1B" w:rsidRPr="006A014C" w:rsidRDefault="00234B1B"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58" w:type="dxa"/>
            <w:tcBorders>
              <w:top w:val="single" w:sz="4" w:space="0" w:color="auto"/>
              <w:left w:val="nil"/>
              <w:bottom w:val="single" w:sz="4" w:space="0" w:color="auto"/>
              <w:right w:val="single" w:sz="4" w:space="0" w:color="auto"/>
            </w:tcBorders>
            <w:noWrap/>
            <w:vAlign w:val="center"/>
            <w:hideMark/>
          </w:tcPr>
          <w:p w14:paraId="62278D60" w14:textId="77777777" w:rsidR="00234B1B" w:rsidRPr="006A014C" w:rsidRDefault="00234B1B"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tcBorders>
              <w:top w:val="single" w:sz="4" w:space="0" w:color="auto"/>
              <w:left w:val="nil"/>
              <w:bottom w:val="single" w:sz="4" w:space="0" w:color="auto"/>
              <w:right w:val="single" w:sz="4" w:space="0" w:color="auto"/>
            </w:tcBorders>
            <w:noWrap/>
            <w:vAlign w:val="center"/>
            <w:hideMark/>
          </w:tcPr>
          <w:p w14:paraId="22678FCB" w14:textId="77777777" w:rsidR="00234B1B" w:rsidRPr="006A014C" w:rsidRDefault="00234B1B"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956B82" w14:paraId="6726BD12" w14:textId="77777777" w:rsidTr="00A13822">
        <w:trPr>
          <w:trHeight w:val="564"/>
        </w:trPr>
        <w:tc>
          <w:tcPr>
            <w:tcW w:w="3519" w:type="dxa"/>
            <w:tcBorders>
              <w:top w:val="nil"/>
              <w:left w:val="single" w:sz="4" w:space="0" w:color="auto"/>
              <w:bottom w:val="single" w:sz="4" w:space="0" w:color="auto"/>
              <w:right w:val="single" w:sz="4" w:space="0" w:color="auto"/>
            </w:tcBorders>
            <w:noWrap/>
            <w:vAlign w:val="center"/>
            <w:hideMark/>
          </w:tcPr>
          <w:p w14:paraId="09390683"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845" w:type="dxa"/>
            <w:tcBorders>
              <w:top w:val="nil"/>
              <w:left w:val="nil"/>
              <w:bottom w:val="single" w:sz="4" w:space="0" w:color="auto"/>
              <w:right w:val="single" w:sz="4" w:space="0" w:color="auto"/>
            </w:tcBorders>
            <w:noWrap/>
            <w:vAlign w:val="center"/>
            <w:hideMark/>
          </w:tcPr>
          <w:p w14:paraId="6BBB86CF" w14:textId="1DE38F2A"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142FAE62"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0441B0C2"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956B82" w14:paraId="479C6C02" w14:textId="77777777" w:rsidTr="00A13822">
        <w:trPr>
          <w:trHeight w:val="564"/>
        </w:trPr>
        <w:tc>
          <w:tcPr>
            <w:tcW w:w="3519" w:type="dxa"/>
            <w:tcBorders>
              <w:top w:val="nil"/>
              <w:left w:val="single" w:sz="4" w:space="0" w:color="auto"/>
              <w:bottom w:val="single" w:sz="4" w:space="0" w:color="auto"/>
              <w:right w:val="single" w:sz="4" w:space="0" w:color="auto"/>
            </w:tcBorders>
            <w:noWrap/>
            <w:vAlign w:val="center"/>
            <w:hideMark/>
          </w:tcPr>
          <w:p w14:paraId="54303707"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845" w:type="dxa"/>
            <w:tcBorders>
              <w:top w:val="nil"/>
              <w:left w:val="nil"/>
              <w:bottom w:val="single" w:sz="4" w:space="0" w:color="auto"/>
              <w:right w:val="single" w:sz="4" w:space="0" w:color="auto"/>
            </w:tcBorders>
            <w:noWrap/>
            <w:vAlign w:val="center"/>
            <w:hideMark/>
          </w:tcPr>
          <w:p w14:paraId="58BBD910" w14:textId="6C97043E"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39832CA1"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7853F2F4"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956B82" w14:paraId="71C966DD" w14:textId="77777777" w:rsidTr="00A13822">
        <w:trPr>
          <w:trHeight w:val="564"/>
        </w:trPr>
        <w:tc>
          <w:tcPr>
            <w:tcW w:w="3519" w:type="dxa"/>
            <w:tcBorders>
              <w:top w:val="nil"/>
              <w:left w:val="single" w:sz="4" w:space="0" w:color="auto"/>
              <w:bottom w:val="single" w:sz="4" w:space="0" w:color="auto"/>
              <w:right w:val="single" w:sz="4" w:space="0" w:color="auto"/>
            </w:tcBorders>
            <w:noWrap/>
            <w:vAlign w:val="center"/>
            <w:hideMark/>
          </w:tcPr>
          <w:p w14:paraId="56E85BD2"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845" w:type="dxa"/>
            <w:tcBorders>
              <w:top w:val="nil"/>
              <w:left w:val="nil"/>
              <w:bottom w:val="single" w:sz="4" w:space="0" w:color="auto"/>
              <w:right w:val="single" w:sz="4" w:space="0" w:color="auto"/>
            </w:tcBorders>
            <w:noWrap/>
            <w:vAlign w:val="center"/>
            <w:hideMark/>
          </w:tcPr>
          <w:p w14:paraId="2B1771FD" w14:textId="7A541EE3"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3D7CC390"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76673E2E"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bl>
    <w:p w14:paraId="668FFB77" w14:textId="77777777" w:rsidR="00234B1B" w:rsidRDefault="00234B1B" w:rsidP="00C131B2">
      <w:pPr>
        <w:spacing w:after="80" w:line="240" w:lineRule="auto"/>
        <w:ind w:left="1440" w:hanging="720"/>
        <w:rPr>
          <w:rFonts w:asciiTheme="minorHAnsi" w:hAnsiTheme="minorHAnsi" w:cstheme="majorHAnsi"/>
          <w:color w:val="000000" w:themeColor="text1"/>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4149"/>
        <w:gridCol w:w="1577"/>
        <w:gridCol w:w="1422"/>
      </w:tblGrid>
      <w:tr w:rsidR="00A83D56" w:rsidRPr="00B3569B" w14:paraId="54EA2775" w14:textId="77777777" w:rsidTr="00567CD6">
        <w:trPr>
          <w:trHeight w:val="699"/>
          <w:jc w:val="center"/>
        </w:trPr>
        <w:tc>
          <w:tcPr>
            <w:tcW w:w="2532" w:type="dxa"/>
            <w:vMerge w:val="restart"/>
          </w:tcPr>
          <w:p w14:paraId="1B287BED" w14:textId="0554A2C0" w:rsidR="00A83D56" w:rsidRPr="00B3569B" w:rsidRDefault="00567CD6" w:rsidP="006A014C">
            <w:pPr>
              <w:spacing w:line="240" w:lineRule="auto"/>
              <w:jc w:val="center"/>
              <w:rPr>
                <w:rFonts w:asciiTheme="minorHAnsi" w:hAnsiTheme="minorHAnsi" w:cstheme="majorHAnsi"/>
                <w:color w:val="000000" w:themeColor="text1"/>
              </w:rPr>
            </w:pPr>
            <w:r>
              <w:rPr>
                <w:noProof/>
              </w:rPr>
              <w:drawing>
                <wp:anchor distT="0" distB="0" distL="114300" distR="114300" simplePos="0" relativeHeight="251668992" behindDoc="0" locked="0" layoutInCell="1" allowOverlap="1" wp14:anchorId="1AF44E6F" wp14:editId="1F031C20">
                  <wp:simplePos x="0" y="0"/>
                  <wp:positionH relativeFrom="column">
                    <wp:posOffset>2540</wp:posOffset>
                  </wp:positionH>
                  <wp:positionV relativeFrom="paragraph">
                    <wp:posOffset>506730</wp:posOffset>
                  </wp:positionV>
                  <wp:extent cx="1470660" cy="708660"/>
                  <wp:effectExtent l="0" t="0" r="0" b="0"/>
                  <wp:wrapTopAndBottom/>
                  <wp:docPr id="667177879"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149" w:type="dxa"/>
          </w:tcPr>
          <w:p w14:paraId="7B26FF5F" w14:textId="77777777" w:rsidR="00A83D56" w:rsidRPr="00B3569B" w:rsidRDefault="00A83D56" w:rsidP="006A014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577" w:type="dxa"/>
          </w:tcPr>
          <w:p w14:paraId="221FDC45" w14:textId="77777777" w:rsidR="00A83D56" w:rsidRPr="00B3569B" w:rsidRDefault="00A83D56" w:rsidP="006A014C">
            <w:pPr>
              <w:pStyle w:val="NoSpacing"/>
              <w:jc w:val="center"/>
              <w:rPr>
                <w:rFonts w:cstheme="majorHAnsi"/>
                <w:color w:val="000000" w:themeColor="text1"/>
              </w:rPr>
            </w:pPr>
            <w:r w:rsidRPr="00B3569B">
              <w:rPr>
                <w:rFonts w:cstheme="majorHAnsi"/>
                <w:color w:val="000000" w:themeColor="text1"/>
              </w:rPr>
              <w:t>Document ID:</w:t>
            </w:r>
          </w:p>
        </w:tc>
        <w:tc>
          <w:tcPr>
            <w:tcW w:w="1422" w:type="dxa"/>
          </w:tcPr>
          <w:p w14:paraId="3B52072D" w14:textId="77777777" w:rsidR="00A83D56" w:rsidRPr="00B3569B" w:rsidRDefault="00A83D56" w:rsidP="006A014C">
            <w:pPr>
              <w:pStyle w:val="NoSpacing"/>
              <w:jc w:val="center"/>
              <w:rPr>
                <w:rFonts w:cstheme="majorHAnsi"/>
                <w:color w:val="000000" w:themeColor="text1"/>
              </w:rPr>
            </w:pPr>
            <w:r w:rsidRPr="00B3569B">
              <w:rPr>
                <w:rFonts w:cstheme="majorHAnsi"/>
                <w:color w:val="000000" w:themeColor="text1"/>
              </w:rPr>
              <w:t>SMSA-HW01</w:t>
            </w:r>
          </w:p>
        </w:tc>
      </w:tr>
      <w:tr w:rsidR="009B2D58" w:rsidRPr="00B3569B" w14:paraId="22D640BD" w14:textId="77777777" w:rsidTr="00567CD6">
        <w:trPr>
          <w:trHeight w:val="378"/>
          <w:jc w:val="center"/>
        </w:trPr>
        <w:tc>
          <w:tcPr>
            <w:tcW w:w="2532" w:type="dxa"/>
            <w:vMerge/>
          </w:tcPr>
          <w:p w14:paraId="35F892BD"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vMerge w:val="restart"/>
          </w:tcPr>
          <w:p w14:paraId="1C223155" w14:textId="77777777" w:rsidR="009B2D58" w:rsidRPr="00B3569B" w:rsidRDefault="009B2D58" w:rsidP="009B2D58">
            <w:pPr>
              <w:spacing w:line="240" w:lineRule="auto"/>
              <w:jc w:val="center"/>
              <w:rPr>
                <w:rFonts w:asciiTheme="minorHAnsi" w:hAnsiTheme="minorHAnsi" w:cstheme="majorHAnsi"/>
                <w:b/>
                <w:color w:val="000000" w:themeColor="text1"/>
              </w:rPr>
            </w:pPr>
          </w:p>
          <w:p w14:paraId="66CB4718"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577" w:type="dxa"/>
          </w:tcPr>
          <w:p w14:paraId="1F734CEC"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Revision No:</w:t>
            </w:r>
          </w:p>
        </w:tc>
        <w:tc>
          <w:tcPr>
            <w:tcW w:w="1422" w:type="dxa"/>
          </w:tcPr>
          <w:p w14:paraId="255AAE1C" w14:textId="1BA5689F"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B3569B" w14:paraId="4870D45F" w14:textId="77777777" w:rsidTr="00567CD6">
        <w:trPr>
          <w:trHeight w:val="413"/>
          <w:jc w:val="center"/>
        </w:trPr>
        <w:tc>
          <w:tcPr>
            <w:tcW w:w="2532" w:type="dxa"/>
            <w:vMerge/>
          </w:tcPr>
          <w:p w14:paraId="107E60F7"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vMerge/>
          </w:tcPr>
          <w:p w14:paraId="5B5A9016"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577" w:type="dxa"/>
          </w:tcPr>
          <w:p w14:paraId="3C568A36"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Effective Date:</w:t>
            </w:r>
          </w:p>
        </w:tc>
        <w:tc>
          <w:tcPr>
            <w:tcW w:w="1422" w:type="dxa"/>
          </w:tcPr>
          <w:p w14:paraId="5F011ADF" w14:textId="4DE92A62"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B3569B" w14:paraId="438C4DF6" w14:textId="77777777" w:rsidTr="00567CD6">
        <w:trPr>
          <w:trHeight w:val="375"/>
          <w:jc w:val="center"/>
        </w:trPr>
        <w:tc>
          <w:tcPr>
            <w:tcW w:w="2532" w:type="dxa"/>
            <w:vMerge/>
          </w:tcPr>
          <w:p w14:paraId="2B9027EA"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vMerge/>
          </w:tcPr>
          <w:p w14:paraId="545808F5"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577" w:type="dxa"/>
          </w:tcPr>
          <w:p w14:paraId="505C8DBF"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Next Revision Date:</w:t>
            </w:r>
          </w:p>
        </w:tc>
        <w:tc>
          <w:tcPr>
            <w:tcW w:w="1422" w:type="dxa"/>
          </w:tcPr>
          <w:p w14:paraId="09B6C410" w14:textId="3220AD5C"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A13822" w:rsidRPr="00B3569B" w14:paraId="2975E853" w14:textId="77777777" w:rsidTr="00567CD6">
        <w:trPr>
          <w:trHeight w:val="182"/>
          <w:jc w:val="center"/>
        </w:trPr>
        <w:tc>
          <w:tcPr>
            <w:tcW w:w="2532" w:type="dxa"/>
            <w:vMerge/>
          </w:tcPr>
          <w:p w14:paraId="7897C063"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49" w:type="dxa"/>
            <w:vMerge/>
          </w:tcPr>
          <w:p w14:paraId="70BC96FD"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577" w:type="dxa"/>
          </w:tcPr>
          <w:p w14:paraId="0DF96006" w14:textId="77777777"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Function:</w:t>
            </w:r>
          </w:p>
        </w:tc>
        <w:tc>
          <w:tcPr>
            <w:tcW w:w="1422" w:type="dxa"/>
          </w:tcPr>
          <w:p w14:paraId="32E58040" w14:textId="77777777"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Warehouse</w:t>
            </w:r>
          </w:p>
        </w:tc>
      </w:tr>
      <w:tr w:rsidR="00A13822" w:rsidRPr="00B3569B" w14:paraId="7A7E773E" w14:textId="77777777" w:rsidTr="00567CD6">
        <w:trPr>
          <w:trHeight w:val="203"/>
          <w:jc w:val="center"/>
        </w:trPr>
        <w:tc>
          <w:tcPr>
            <w:tcW w:w="2532" w:type="dxa"/>
            <w:vMerge/>
          </w:tcPr>
          <w:p w14:paraId="2B5E8029"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49" w:type="dxa"/>
            <w:vMerge/>
          </w:tcPr>
          <w:p w14:paraId="63676DB9"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577" w:type="dxa"/>
          </w:tcPr>
          <w:p w14:paraId="11E94154" w14:textId="77777777"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Page:</w:t>
            </w:r>
          </w:p>
        </w:tc>
        <w:tc>
          <w:tcPr>
            <w:tcW w:w="1422" w:type="dxa"/>
          </w:tcPr>
          <w:p w14:paraId="3C7BF54E" w14:textId="6A2B408D"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 xml:space="preserve">Page </w:t>
            </w:r>
            <w:r>
              <w:rPr>
                <w:rFonts w:cstheme="majorHAnsi"/>
                <w:color w:val="000000" w:themeColor="text1"/>
                <w:sz w:val="20"/>
                <w:szCs w:val="20"/>
              </w:rPr>
              <w:t>3</w:t>
            </w:r>
            <w:r w:rsidRPr="00567CD6">
              <w:rPr>
                <w:rFonts w:cstheme="majorHAnsi"/>
                <w:color w:val="000000" w:themeColor="text1"/>
                <w:sz w:val="20"/>
                <w:szCs w:val="20"/>
              </w:rPr>
              <w:t xml:space="preserve"> of </w:t>
            </w:r>
            <w:r>
              <w:rPr>
                <w:rFonts w:cstheme="majorHAnsi"/>
                <w:color w:val="000000" w:themeColor="text1"/>
                <w:sz w:val="20"/>
                <w:szCs w:val="20"/>
              </w:rPr>
              <w:t>11</w:t>
            </w:r>
          </w:p>
        </w:tc>
      </w:tr>
    </w:tbl>
    <w:p w14:paraId="53E9ED94" w14:textId="77777777" w:rsidR="00234B1B" w:rsidRDefault="00234B1B" w:rsidP="00C131B2">
      <w:pPr>
        <w:spacing w:after="80" w:line="240" w:lineRule="auto"/>
        <w:ind w:left="1440" w:hanging="720"/>
        <w:rPr>
          <w:rFonts w:asciiTheme="minorHAnsi" w:hAnsiTheme="minorHAnsi" w:cstheme="majorHAnsi"/>
          <w:color w:val="000000" w:themeColor="text1"/>
        </w:rPr>
      </w:pPr>
    </w:p>
    <w:p w14:paraId="5601A6A2" w14:textId="7376F967" w:rsidR="0005523A"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5.9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If any of the details as per point 5.7 are found unsatisfactory or any discrepancy is noted, the receiving shipping operator/team leader shall seek the Customer representative for a decision to reject or accept. Once the shipment is rejected, the operator/team leader shall note down the reason for rejection and items to be rejected, and reschedule the delivery with the help of the customer with correct details.</w:t>
      </w:r>
    </w:p>
    <w:p w14:paraId="1C8365DE" w14:textId="64A0EBA7" w:rsidR="00234B1B" w:rsidRPr="00B3569B" w:rsidRDefault="00234B1B" w:rsidP="00C131B2">
      <w:pPr>
        <w:spacing w:after="80" w:line="240" w:lineRule="auto"/>
        <w:ind w:left="1440" w:hanging="720"/>
        <w:rPr>
          <w:rFonts w:asciiTheme="minorHAnsi" w:hAnsiTheme="minorHAnsi" w:cstheme="majorHAnsi"/>
          <w:color w:val="000000" w:themeColor="text1"/>
        </w:rPr>
      </w:pPr>
    </w:p>
    <w:p w14:paraId="18628480" w14:textId="5DB35FE7" w:rsidR="0005523A" w:rsidRPr="00B3569B" w:rsidRDefault="00000000" w:rsidP="00C131B2">
      <w:pPr>
        <w:spacing w:after="80"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5.10</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Receiving shipping operator/team leader then starts the receiving process in CWMS system as below:</w:t>
      </w:r>
    </w:p>
    <w:p w14:paraId="301551E4" w14:textId="72195289" w:rsidR="004D5974" w:rsidRPr="00B3569B" w:rsidRDefault="00CF5A44" w:rsidP="00C131B2">
      <w:pPr>
        <w:spacing w:after="80" w:line="240" w:lineRule="auto"/>
        <w:ind w:left="2160" w:hanging="720"/>
        <w:rPr>
          <w:rFonts w:asciiTheme="minorHAnsi" w:hAnsiTheme="minorHAnsi" w:cstheme="majorHAnsi"/>
          <w:color w:val="000000" w:themeColor="text1"/>
        </w:rPr>
      </w:pPr>
      <w:r w:rsidRPr="00B3569B">
        <w:rPr>
          <w:rFonts w:asciiTheme="minorHAnsi" w:hAnsiTheme="minorHAnsi" w:cstheme="majorHAnsi"/>
          <w:noProof/>
        </w:rPr>
        <w:drawing>
          <wp:anchor distT="0" distB="0" distL="114300" distR="114300" simplePos="0" relativeHeight="251657728" behindDoc="0" locked="0" layoutInCell="1" allowOverlap="1" wp14:anchorId="20A86D03" wp14:editId="2208708E">
            <wp:simplePos x="0" y="0"/>
            <wp:positionH relativeFrom="margin">
              <wp:posOffset>-106680</wp:posOffset>
            </wp:positionH>
            <wp:positionV relativeFrom="paragraph">
              <wp:posOffset>594995</wp:posOffset>
            </wp:positionV>
            <wp:extent cx="6156960" cy="2484120"/>
            <wp:effectExtent l="0" t="0" r="0" b="0"/>
            <wp:wrapTopAndBottom/>
            <wp:docPr id="50461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175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56960" cy="2484120"/>
                    </a:xfrm>
                    <a:prstGeom prst="rect">
                      <a:avLst/>
                    </a:prstGeom>
                  </pic:spPr>
                </pic:pic>
              </a:graphicData>
            </a:graphic>
            <wp14:sizeRelH relativeFrom="margin">
              <wp14:pctWidth>0</wp14:pctWidth>
            </wp14:sizeRelH>
            <wp14:sizeRelV relativeFrom="margin">
              <wp14:pctHeight>0</wp14:pctHeight>
            </wp14:sizeRelV>
          </wp:anchor>
        </w:drawing>
      </w:r>
      <w:r w:rsidRPr="00B3569B">
        <w:rPr>
          <w:rFonts w:asciiTheme="minorHAnsi" w:hAnsiTheme="minorHAnsi" w:cstheme="majorHAnsi"/>
          <w:color w:val="000000" w:themeColor="text1"/>
        </w:rPr>
        <w:t xml:space="preserve">5.10.1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Enter cwms.huawei.com in Internet Explorer and enter the login interface of CWMS.</w:t>
      </w:r>
      <w:r w:rsidR="00DA1011" w:rsidRPr="00B3569B">
        <w:rPr>
          <w:rFonts w:asciiTheme="minorHAnsi" w:hAnsiTheme="minorHAnsi" w:cstheme="majorHAnsi"/>
          <w:color w:val="000000" w:themeColor="text1"/>
        </w:rPr>
        <w:t xml:space="preserve"> Enter the account number and password to log in. Select the corresponding warehouse name.</w:t>
      </w:r>
    </w:p>
    <w:p w14:paraId="209B4CAB" w14:textId="6F8F9378" w:rsidR="00AF4F3C" w:rsidRDefault="00AF4F3C" w:rsidP="005024B4">
      <w:pPr>
        <w:spacing w:line="240" w:lineRule="auto"/>
        <w:ind w:left="2160" w:hanging="720"/>
        <w:rPr>
          <w:rFonts w:asciiTheme="minorHAnsi" w:hAnsiTheme="minorHAnsi" w:cstheme="majorHAnsi"/>
          <w:color w:val="000000" w:themeColor="text1"/>
        </w:rPr>
      </w:pPr>
    </w:p>
    <w:p w14:paraId="052CA35C" w14:textId="77777777" w:rsidR="00E111AD" w:rsidRPr="00B3569B" w:rsidRDefault="00E111AD" w:rsidP="005024B4">
      <w:pPr>
        <w:spacing w:line="240" w:lineRule="auto"/>
        <w:ind w:left="2160" w:hanging="720"/>
        <w:rPr>
          <w:rFonts w:asciiTheme="minorHAnsi" w:hAnsiTheme="minorHAnsi" w:cstheme="majorHAnsi"/>
          <w:color w:val="000000" w:themeColor="text1"/>
        </w:rPr>
      </w:pPr>
    </w:p>
    <w:tbl>
      <w:tblPr>
        <w:tblW w:w="9680" w:type="dxa"/>
        <w:tblLook w:val="04A0" w:firstRow="1" w:lastRow="0" w:firstColumn="1" w:lastColumn="0" w:noHBand="0" w:noVBand="1"/>
      </w:tblPr>
      <w:tblGrid>
        <w:gridCol w:w="2532"/>
        <w:gridCol w:w="987"/>
        <w:gridCol w:w="2845"/>
        <w:gridCol w:w="317"/>
        <w:gridCol w:w="1341"/>
        <w:gridCol w:w="195"/>
        <w:gridCol w:w="1463"/>
      </w:tblGrid>
      <w:tr w:rsidR="00E111AD" w:rsidRPr="00956B82" w14:paraId="0D0E7C47" w14:textId="77777777" w:rsidTr="00DF3CCA">
        <w:trPr>
          <w:trHeight w:val="528"/>
        </w:trPr>
        <w:tc>
          <w:tcPr>
            <w:tcW w:w="3519" w:type="dxa"/>
            <w:gridSpan w:val="2"/>
            <w:tcBorders>
              <w:top w:val="single" w:sz="4" w:space="0" w:color="auto"/>
              <w:left w:val="single" w:sz="4" w:space="0" w:color="auto"/>
              <w:bottom w:val="single" w:sz="4" w:space="0" w:color="auto"/>
              <w:right w:val="single" w:sz="4" w:space="0" w:color="auto"/>
            </w:tcBorders>
            <w:noWrap/>
            <w:vAlign w:val="center"/>
            <w:hideMark/>
          </w:tcPr>
          <w:p w14:paraId="3D5A1D20" w14:textId="77777777" w:rsidR="00E111AD" w:rsidRPr="006A014C" w:rsidRDefault="00E111AD"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845" w:type="dxa"/>
            <w:tcBorders>
              <w:top w:val="single" w:sz="4" w:space="0" w:color="auto"/>
              <w:left w:val="nil"/>
              <w:bottom w:val="single" w:sz="4" w:space="0" w:color="auto"/>
              <w:right w:val="single" w:sz="4" w:space="0" w:color="auto"/>
            </w:tcBorders>
            <w:noWrap/>
            <w:vAlign w:val="center"/>
            <w:hideMark/>
          </w:tcPr>
          <w:p w14:paraId="451C1CDB" w14:textId="77777777" w:rsidR="00E111AD" w:rsidRPr="006A014C" w:rsidRDefault="00E111AD"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58" w:type="dxa"/>
            <w:gridSpan w:val="2"/>
            <w:tcBorders>
              <w:top w:val="single" w:sz="4" w:space="0" w:color="auto"/>
              <w:left w:val="nil"/>
              <w:bottom w:val="single" w:sz="4" w:space="0" w:color="auto"/>
              <w:right w:val="single" w:sz="4" w:space="0" w:color="auto"/>
            </w:tcBorders>
            <w:noWrap/>
            <w:vAlign w:val="center"/>
            <w:hideMark/>
          </w:tcPr>
          <w:p w14:paraId="628BDB4B" w14:textId="77777777" w:rsidR="00E111AD" w:rsidRPr="006A014C" w:rsidRDefault="00E111AD"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gridSpan w:val="2"/>
            <w:tcBorders>
              <w:top w:val="single" w:sz="4" w:space="0" w:color="auto"/>
              <w:left w:val="nil"/>
              <w:bottom w:val="single" w:sz="4" w:space="0" w:color="auto"/>
              <w:right w:val="single" w:sz="4" w:space="0" w:color="auto"/>
            </w:tcBorders>
            <w:noWrap/>
            <w:vAlign w:val="center"/>
            <w:hideMark/>
          </w:tcPr>
          <w:p w14:paraId="2A68AF01" w14:textId="77777777" w:rsidR="00E111AD" w:rsidRPr="006A014C" w:rsidRDefault="00E111AD"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956B82" w14:paraId="4D56DCAA" w14:textId="77777777" w:rsidTr="00DF3CCA">
        <w:trPr>
          <w:trHeight w:val="564"/>
        </w:trPr>
        <w:tc>
          <w:tcPr>
            <w:tcW w:w="3519" w:type="dxa"/>
            <w:gridSpan w:val="2"/>
            <w:tcBorders>
              <w:top w:val="nil"/>
              <w:left w:val="single" w:sz="4" w:space="0" w:color="auto"/>
              <w:bottom w:val="single" w:sz="4" w:space="0" w:color="auto"/>
              <w:right w:val="single" w:sz="4" w:space="0" w:color="auto"/>
            </w:tcBorders>
            <w:noWrap/>
            <w:vAlign w:val="center"/>
            <w:hideMark/>
          </w:tcPr>
          <w:p w14:paraId="7FC26B22"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845" w:type="dxa"/>
            <w:tcBorders>
              <w:top w:val="nil"/>
              <w:left w:val="nil"/>
              <w:bottom w:val="single" w:sz="4" w:space="0" w:color="auto"/>
              <w:right w:val="single" w:sz="4" w:space="0" w:color="auto"/>
            </w:tcBorders>
            <w:noWrap/>
            <w:vAlign w:val="center"/>
            <w:hideMark/>
          </w:tcPr>
          <w:p w14:paraId="6094F228" w14:textId="3395950D"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658" w:type="dxa"/>
            <w:gridSpan w:val="2"/>
            <w:tcBorders>
              <w:top w:val="nil"/>
              <w:left w:val="nil"/>
              <w:bottom w:val="single" w:sz="4" w:space="0" w:color="auto"/>
              <w:right w:val="single" w:sz="4" w:space="0" w:color="auto"/>
            </w:tcBorders>
            <w:noWrap/>
            <w:vAlign w:val="center"/>
            <w:hideMark/>
          </w:tcPr>
          <w:p w14:paraId="4D1ADDA5"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gridSpan w:val="2"/>
            <w:tcBorders>
              <w:top w:val="nil"/>
              <w:left w:val="nil"/>
              <w:bottom w:val="single" w:sz="4" w:space="0" w:color="auto"/>
              <w:right w:val="single" w:sz="4" w:space="0" w:color="auto"/>
            </w:tcBorders>
            <w:noWrap/>
            <w:vAlign w:val="bottom"/>
            <w:hideMark/>
          </w:tcPr>
          <w:p w14:paraId="1AB5D91D"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956B82" w14:paraId="0FE75036" w14:textId="77777777" w:rsidTr="00DF3CCA">
        <w:trPr>
          <w:trHeight w:val="564"/>
        </w:trPr>
        <w:tc>
          <w:tcPr>
            <w:tcW w:w="3519" w:type="dxa"/>
            <w:gridSpan w:val="2"/>
            <w:tcBorders>
              <w:top w:val="nil"/>
              <w:left w:val="single" w:sz="4" w:space="0" w:color="auto"/>
              <w:bottom w:val="single" w:sz="4" w:space="0" w:color="auto"/>
              <w:right w:val="single" w:sz="4" w:space="0" w:color="auto"/>
            </w:tcBorders>
            <w:noWrap/>
            <w:vAlign w:val="center"/>
            <w:hideMark/>
          </w:tcPr>
          <w:p w14:paraId="185C4944"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845" w:type="dxa"/>
            <w:tcBorders>
              <w:top w:val="nil"/>
              <w:left w:val="nil"/>
              <w:bottom w:val="single" w:sz="4" w:space="0" w:color="auto"/>
              <w:right w:val="single" w:sz="4" w:space="0" w:color="auto"/>
            </w:tcBorders>
            <w:noWrap/>
            <w:vAlign w:val="center"/>
            <w:hideMark/>
          </w:tcPr>
          <w:p w14:paraId="27737193" w14:textId="3D6591AA"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658" w:type="dxa"/>
            <w:gridSpan w:val="2"/>
            <w:tcBorders>
              <w:top w:val="nil"/>
              <w:left w:val="nil"/>
              <w:bottom w:val="single" w:sz="4" w:space="0" w:color="auto"/>
              <w:right w:val="single" w:sz="4" w:space="0" w:color="auto"/>
            </w:tcBorders>
            <w:noWrap/>
            <w:vAlign w:val="center"/>
            <w:hideMark/>
          </w:tcPr>
          <w:p w14:paraId="12D8CCE7"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gridSpan w:val="2"/>
            <w:tcBorders>
              <w:top w:val="nil"/>
              <w:left w:val="nil"/>
              <w:bottom w:val="single" w:sz="4" w:space="0" w:color="auto"/>
              <w:right w:val="single" w:sz="4" w:space="0" w:color="auto"/>
            </w:tcBorders>
            <w:noWrap/>
            <w:vAlign w:val="bottom"/>
            <w:hideMark/>
          </w:tcPr>
          <w:p w14:paraId="22396BBF"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956B82" w14:paraId="6A0423A7" w14:textId="77777777" w:rsidTr="00DF3CCA">
        <w:trPr>
          <w:trHeight w:val="564"/>
        </w:trPr>
        <w:tc>
          <w:tcPr>
            <w:tcW w:w="3519" w:type="dxa"/>
            <w:gridSpan w:val="2"/>
            <w:tcBorders>
              <w:top w:val="nil"/>
              <w:left w:val="single" w:sz="4" w:space="0" w:color="auto"/>
              <w:bottom w:val="single" w:sz="4" w:space="0" w:color="auto"/>
              <w:right w:val="single" w:sz="4" w:space="0" w:color="auto"/>
            </w:tcBorders>
            <w:noWrap/>
            <w:vAlign w:val="center"/>
            <w:hideMark/>
          </w:tcPr>
          <w:p w14:paraId="37FCE895"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845" w:type="dxa"/>
            <w:tcBorders>
              <w:top w:val="nil"/>
              <w:left w:val="nil"/>
              <w:bottom w:val="single" w:sz="4" w:space="0" w:color="auto"/>
              <w:right w:val="single" w:sz="4" w:space="0" w:color="auto"/>
            </w:tcBorders>
            <w:noWrap/>
            <w:vAlign w:val="center"/>
            <w:hideMark/>
          </w:tcPr>
          <w:p w14:paraId="7C73621C" w14:textId="07BDA44D"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658" w:type="dxa"/>
            <w:gridSpan w:val="2"/>
            <w:tcBorders>
              <w:top w:val="nil"/>
              <w:left w:val="nil"/>
              <w:bottom w:val="single" w:sz="4" w:space="0" w:color="auto"/>
              <w:right w:val="single" w:sz="4" w:space="0" w:color="auto"/>
            </w:tcBorders>
            <w:noWrap/>
            <w:vAlign w:val="center"/>
            <w:hideMark/>
          </w:tcPr>
          <w:p w14:paraId="7187BF09"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gridSpan w:val="2"/>
            <w:tcBorders>
              <w:top w:val="nil"/>
              <w:left w:val="nil"/>
              <w:bottom w:val="single" w:sz="4" w:space="0" w:color="auto"/>
              <w:right w:val="single" w:sz="4" w:space="0" w:color="auto"/>
            </w:tcBorders>
            <w:noWrap/>
            <w:vAlign w:val="bottom"/>
            <w:hideMark/>
          </w:tcPr>
          <w:p w14:paraId="7FB8A7A3"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A13822" w:rsidRPr="00B3569B" w14:paraId="5030ACFC" w14:textId="77777777" w:rsidTr="00567C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9"/>
          <w:jc w:val="center"/>
        </w:trPr>
        <w:tc>
          <w:tcPr>
            <w:tcW w:w="2532" w:type="dxa"/>
            <w:vMerge w:val="restart"/>
          </w:tcPr>
          <w:p w14:paraId="08BCDB21" w14:textId="46B106BC" w:rsidR="00A13822" w:rsidRPr="00B3569B" w:rsidRDefault="00A13822" w:rsidP="00A13822">
            <w:pPr>
              <w:spacing w:line="240" w:lineRule="auto"/>
              <w:jc w:val="center"/>
              <w:rPr>
                <w:rFonts w:asciiTheme="minorHAnsi" w:hAnsiTheme="minorHAnsi" w:cstheme="majorHAnsi"/>
                <w:color w:val="000000" w:themeColor="text1"/>
              </w:rPr>
            </w:pPr>
            <w:r>
              <w:rPr>
                <w:noProof/>
              </w:rPr>
              <w:lastRenderedPageBreak/>
              <w:drawing>
                <wp:anchor distT="0" distB="0" distL="114300" distR="114300" simplePos="0" relativeHeight="251679232" behindDoc="0" locked="0" layoutInCell="1" allowOverlap="1" wp14:anchorId="105C3D21" wp14:editId="555AAF85">
                  <wp:simplePos x="0" y="0"/>
                  <wp:positionH relativeFrom="column">
                    <wp:posOffset>2540</wp:posOffset>
                  </wp:positionH>
                  <wp:positionV relativeFrom="paragraph">
                    <wp:posOffset>424180</wp:posOffset>
                  </wp:positionV>
                  <wp:extent cx="1470660" cy="708660"/>
                  <wp:effectExtent l="0" t="0" r="0" b="0"/>
                  <wp:wrapTopAndBottom/>
                  <wp:docPr id="1570935989"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149" w:type="dxa"/>
            <w:gridSpan w:val="3"/>
          </w:tcPr>
          <w:p w14:paraId="502F3B82" w14:textId="77777777" w:rsidR="00A13822" w:rsidRPr="00B3569B" w:rsidRDefault="00A13822" w:rsidP="00A13822">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536" w:type="dxa"/>
            <w:gridSpan w:val="2"/>
          </w:tcPr>
          <w:p w14:paraId="3F0ABEBF" w14:textId="77777777" w:rsidR="00A13822" w:rsidRPr="00B3569B" w:rsidRDefault="00A13822" w:rsidP="00A13822">
            <w:pPr>
              <w:pStyle w:val="NoSpacing"/>
              <w:jc w:val="center"/>
              <w:rPr>
                <w:rFonts w:cstheme="majorHAnsi"/>
                <w:color w:val="000000" w:themeColor="text1"/>
              </w:rPr>
            </w:pPr>
            <w:r w:rsidRPr="00B3569B">
              <w:rPr>
                <w:rFonts w:cstheme="majorHAnsi"/>
                <w:color w:val="000000" w:themeColor="text1"/>
              </w:rPr>
              <w:t>Document ID:</w:t>
            </w:r>
          </w:p>
        </w:tc>
        <w:tc>
          <w:tcPr>
            <w:tcW w:w="1463" w:type="dxa"/>
          </w:tcPr>
          <w:p w14:paraId="1A447B08" w14:textId="77777777" w:rsidR="00A13822" w:rsidRPr="00B3569B" w:rsidRDefault="00A13822" w:rsidP="00A13822">
            <w:pPr>
              <w:pStyle w:val="NoSpacing"/>
              <w:jc w:val="center"/>
              <w:rPr>
                <w:rFonts w:cstheme="majorHAnsi"/>
                <w:color w:val="000000" w:themeColor="text1"/>
              </w:rPr>
            </w:pPr>
            <w:r w:rsidRPr="00B3569B">
              <w:rPr>
                <w:rFonts w:cstheme="majorHAnsi"/>
                <w:color w:val="000000" w:themeColor="text1"/>
              </w:rPr>
              <w:t>SMSA-HW01</w:t>
            </w:r>
          </w:p>
        </w:tc>
      </w:tr>
      <w:tr w:rsidR="009B2D58" w:rsidRPr="00B3569B" w14:paraId="2063AF79" w14:textId="77777777" w:rsidTr="00567C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jc w:val="center"/>
        </w:trPr>
        <w:tc>
          <w:tcPr>
            <w:tcW w:w="2532" w:type="dxa"/>
            <w:vMerge/>
          </w:tcPr>
          <w:p w14:paraId="76691988"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gridSpan w:val="3"/>
            <w:vMerge w:val="restart"/>
          </w:tcPr>
          <w:p w14:paraId="39057C61" w14:textId="77777777" w:rsidR="009B2D58" w:rsidRPr="00B3569B" w:rsidRDefault="009B2D58" w:rsidP="009B2D58">
            <w:pPr>
              <w:spacing w:line="240" w:lineRule="auto"/>
              <w:jc w:val="center"/>
              <w:rPr>
                <w:rFonts w:asciiTheme="minorHAnsi" w:hAnsiTheme="minorHAnsi" w:cstheme="majorHAnsi"/>
                <w:b/>
                <w:color w:val="000000" w:themeColor="text1"/>
              </w:rPr>
            </w:pPr>
          </w:p>
          <w:p w14:paraId="22816663"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536" w:type="dxa"/>
            <w:gridSpan w:val="2"/>
          </w:tcPr>
          <w:p w14:paraId="5941B2F0"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Revision No:</w:t>
            </w:r>
          </w:p>
        </w:tc>
        <w:tc>
          <w:tcPr>
            <w:tcW w:w="1463" w:type="dxa"/>
          </w:tcPr>
          <w:p w14:paraId="487A8C43" w14:textId="7EAE94E2"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B3569B" w14:paraId="57065F74" w14:textId="77777777" w:rsidTr="00567C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3"/>
          <w:jc w:val="center"/>
        </w:trPr>
        <w:tc>
          <w:tcPr>
            <w:tcW w:w="2532" w:type="dxa"/>
            <w:vMerge/>
          </w:tcPr>
          <w:p w14:paraId="2B4F7339"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gridSpan w:val="3"/>
            <w:vMerge/>
          </w:tcPr>
          <w:p w14:paraId="22042960"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536" w:type="dxa"/>
            <w:gridSpan w:val="2"/>
          </w:tcPr>
          <w:p w14:paraId="14B40F49"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Effective Date:</w:t>
            </w:r>
          </w:p>
        </w:tc>
        <w:tc>
          <w:tcPr>
            <w:tcW w:w="1463" w:type="dxa"/>
          </w:tcPr>
          <w:p w14:paraId="5ABB1AF7" w14:textId="35E52208"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B3569B" w14:paraId="2C8E3F56" w14:textId="77777777" w:rsidTr="00567C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jc w:val="center"/>
        </w:trPr>
        <w:tc>
          <w:tcPr>
            <w:tcW w:w="2532" w:type="dxa"/>
            <w:vMerge/>
          </w:tcPr>
          <w:p w14:paraId="2A88CA4C"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gridSpan w:val="3"/>
            <w:vMerge/>
          </w:tcPr>
          <w:p w14:paraId="5CC58153"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536" w:type="dxa"/>
            <w:gridSpan w:val="2"/>
          </w:tcPr>
          <w:p w14:paraId="1FFF4471"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Next Revision Date:</w:t>
            </w:r>
          </w:p>
        </w:tc>
        <w:tc>
          <w:tcPr>
            <w:tcW w:w="1463" w:type="dxa"/>
          </w:tcPr>
          <w:p w14:paraId="1EF15D1F" w14:textId="5EB157AF"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A13822" w:rsidRPr="00B3569B" w14:paraId="1EF73906" w14:textId="77777777" w:rsidTr="00567C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2"/>
          <w:jc w:val="center"/>
        </w:trPr>
        <w:tc>
          <w:tcPr>
            <w:tcW w:w="2532" w:type="dxa"/>
            <w:vMerge/>
          </w:tcPr>
          <w:p w14:paraId="68208E3F"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49" w:type="dxa"/>
            <w:gridSpan w:val="3"/>
            <w:vMerge/>
          </w:tcPr>
          <w:p w14:paraId="43FDF615"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536" w:type="dxa"/>
            <w:gridSpan w:val="2"/>
          </w:tcPr>
          <w:p w14:paraId="00D64C63" w14:textId="77777777"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Function:</w:t>
            </w:r>
          </w:p>
        </w:tc>
        <w:tc>
          <w:tcPr>
            <w:tcW w:w="1463" w:type="dxa"/>
          </w:tcPr>
          <w:p w14:paraId="383D33C1" w14:textId="77777777"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Warehouse</w:t>
            </w:r>
          </w:p>
        </w:tc>
      </w:tr>
      <w:tr w:rsidR="00A13822" w:rsidRPr="00B3569B" w14:paraId="22889564" w14:textId="77777777" w:rsidTr="00567C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3"/>
          <w:jc w:val="center"/>
        </w:trPr>
        <w:tc>
          <w:tcPr>
            <w:tcW w:w="2532" w:type="dxa"/>
            <w:vMerge/>
          </w:tcPr>
          <w:p w14:paraId="0D536C2E"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49" w:type="dxa"/>
            <w:gridSpan w:val="3"/>
            <w:vMerge/>
          </w:tcPr>
          <w:p w14:paraId="5469E1BF"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536" w:type="dxa"/>
            <w:gridSpan w:val="2"/>
          </w:tcPr>
          <w:p w14:paraId="7D064FB3" w14:textId="77777777"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Page:</w:t>
            </w:r>
          </w:p>
        </w:tc>
        <w:tc>
          <w:tcPr>
            <w:tcW w:w="1463" w:type="dxa"/>
          </w:tcPr>
          <w:p w14:paraId="762C74C5" w14:textId="3694D2C4"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 xml:space="preserve">Page </w:t>
            </w:r>
            <w:r>
              <w:rPr>
                <w:rFonts w:cstheme="majorHAnsi"/>
                <w:color w:val="000000" w:themeColor="text1"/>
                <w:sz w:val="20"/>
                <w:szCs w:val="20"/>
              </w:rPr>
              <w:t>4</w:t>
            </w:r>
            <w:r w:rsidRPr="00567CD6">
              <w:rPr>
                <w:rFonts w:cstheme="majorHAnsi"/>
                <w:color w:val="000000" w:themeColor="text1"/>
                <w:sz w:val="20"/>
                <w:szCs w:val="20"/>
              </w:rPr>
              <w:t xml:space="preserve"> of </w:t>
            </w:r>
            <w:r>
              <w:rPr>
                <w:rFonts w:cstheme="majorHAnsi"/>
                <w:color w:val="000000" w:themeColor="text1"/>
                <w:sz w:val="20"/>
                <w:szCs w:val="20"/>
              </w:rPr>
              <w:t>11</w:t>
            </w:r>
          </w:p>
        </w:tc>
      </w:tr>
    </w:tbl>
    <w:p w14:paraId="05FF19ED" w14:textId="77777777" w:rsidR="003E2D3B" w:rsidRDefault="003E2D3B" w:rsidP="003E2D3B">
      <w:pPr>
        <w:spacing w:after="80" w:line="240" w:lineRule="auto"/>
        <w:ind w:left="2160" w:hanging="720"/>
        <w:rPr>
          <w:rFonts w:asciiTheme="minorHAnsi" w:hAnsiTheme="minorHAnsi" w:cstheme="majorHAnsi"/>
          <w:color w:val="000000" w:themeColor="text1"/>
        </w:rPr>
      </w:pPr>
    </w:p>
    <w:p w14:paraId="288126C3" w14:textId="3E3EB052" w:rsidR="0061286F" w:rsidRPr="00B3569B" w:rsidRDefault="001F6E81" w:rsidP="003E2D3B">
      <w:pPr>
        <w:spacing w:after="80" w:line="240" w:lineRule="auto"/>
        <w:ind w:left="2160" w:hanging="720"/>
        <w:rPr>
          <w:rFonts w:asciiTheme="minorHAnsi" w:hAnsiTheme="minorHAnsi" w:cstheme="majorHAnsi"/>
          <w:color w:val="000000" w:themeColor="text1"/>
        </w:rPr>
      </w:pPr>
      <w:r w:rsidRPr="00B3569B">
        <w:rPr>
          <w:rFonts w:asciiTheme="minorHAnsi" w:hAnsiTheme="minorHAnsi" w:cstheme="majorHAnsi"/>
          <w:b/>
          <w:bCs/>
          <w:noProof/>
          <w:u w:val="single"/>
          <w:lang w:val="en-GB"/>
        </w:rPr>
        <w:drawing>
          <wp:anchor distT="0" distB="0" distL="114300" distR="114300" simplePos="0" relativeHeight="251659776" behindDoc="0" locked="0" layoutInCell="1" allowOverlap="1" wp14:anchorId="06A6969F" wp14:editId="05C84D2D">
            <wp:simplePos x="0" y="0"/>
            <wp:positionH relativeFrom="column">
              <wp:posOffset>-129540</wp:posOffset>
            </wp:positionH>
            <wp:positionV relativeFrom="paragraph">
              <wp:posOffset>553720</wp:posOffset>
            </wp:positionV>
            <wp:extent cx="6195060" cy="2042160"/>
            <wp:effectExtent l="0" t="0" r="0" b="0"/>
            <wp:wrapTopAndBottom/>
            <wp:docPr id="1641995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9557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5060" cy="2042160"/>
                    </a:xfrm>
                    <a:prstGeom prst="rect">
                      <a:avLst/>
                    </a:prstGeom>
                  </pic:spPr>
                </pic:pic>
              </a:graphicData>
            </a:graphic>
            <wp14:sizeRelH relativeFrom="page">
              <wp14:pctWidth>0</wp14:pctWidth>
            </wp14:sizeRelH>
            <wp14:sizeRelV relativeFrom="page">
              <wp14:pctHeight>0</wp14:pctHeight>
            </wp14:sizeRelV>
          </wp:anchor>
        </w:drawing>
      </w:r>
      <w:r w:rsidRPr="00B3569B">
        <w:rPr>
          <w:rFonts w:asciiTheme="minorHAnsi" w:hAnsiTheme="minorHAnsi" w:cstheme="majorHAnsi"/>
          <w:color w:val="000000" w:themeColor="text1"/>
        </w:rPr>
        <w:t xml:space="preserve">5.10.2 </w:t>
      </w:r>
      <w:r w:rsidR="004D5974" w:rsidRPr="00B3569B">
        <w:rPr>
          <w:rFonts w:asciiTheme="minorHAnsi" w:hAnsiTheme="minorHAnsi" w:cstheme="majorHAnsi"/>
          <w:color w:val="000000" w:themeColor="text1"/>
        </w:rPr>
        <w:tab/>
      </w:r>
      <w:r w:rsidR="0061286F" w:rsidRPr="00B3569B">
        <w:rPr>
          <w:rFonts w:asciiTheme="minorHAnsi" w:hAnsiTheme="minorHAnsi" w:cstheme="majorHAnsi"/>
          <w:color w:val="000000" w:themeColor="text1"/>
        </w:rPr>
        <w:t>ASN Receipt - Select WMS Inbound -&gt; Inbound ASN/Receipt, click do the search or enter the specific Receipt number in the External Receipt box to find.</w:t>
      </w:r>
    </w:p>
    <w:p w14:paraId="6C1EF57B" w14:textId="189CC27D" w:rsidR="00DA1011" w:rsidRPr="00B3569B" w:rsidRDefault="00DA1011" w:rsidP="005024B4">
      <w:pPr>
        <w:spacing w:line="240" w:lineRule="auto"/>
        <w:ind w:left="2160" w:hanging="720"/>
        <w:rPr>
          <w:rFonts w:asciiTheme="minorHAnsi" w:hAnsiTheme="minorHAnsi" w:cstheme="majorHAnsi"/>
          <w:color w:val="000000" w:themeColor="text1"/>
        </w:rPr>
      </w:pPr>
    </w:p>
    <w:p w14:paraId="5834131E" w14:textId="4DEA1306" w:rsidR="0061286F" w:rsidRPr="00B3569B" w:rsidRDefault="00000000" w:rsidP="005024B4">
      <w:pPr>
        <w:spacing w:line="240" w:lineRule="auto"/>
        <w:ind w:left="216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5.10.3 </w:t>
      </w:r>
      <w:r w:rsidR="004D5974" w:rsidRPr="00B3569B">
        <w:rPr>
          <w:rFonts w:asciiTheme="minorHAnsi" w:hAnsiTheme="minorHAnsi" w:cstheme="majorHAnsi"/>
          <w:color w:val="000000" w:themeColor="text1"/>
        </w:rPr>
        <w:tab/>
      </w:r>
      <w:r w:rsidR="0061286F" w:rsidRPr="00B3569B">
        <w:rPr>
          <w:rFonts w:asciiTheme="minorHAnsi" w:hAnsiTheme="minorHAnsi" w:cstheme="majorHAnsi"/>
          <w:color w:val="000000" w:themeColor="text1"/>
        </w:rPr>
        <w:t xml:space="preserve">Click on the far left of the document bank to enter the document details interface. You can see the goods, description, quantity and sub-warehouse under the current document.   </w:t>
      </w:r>
    </w:p>
    <w:p w14:paraId="6305AC1E" w14:textId="45F11CC9" w:rsidR="0061286F" w:rsidRPr="00B3569B" w:rsidRDefault="00742F7E" w:rsidP="005024B4">
      <w:pPr>
        <w:spacing w:line="240" w:lineRule="auto"/>
        <w:ind w:left="2160" w:hanging="720"/>
        <w:rPr>
          <w:rFonts w:asciiTheme="minorHAnsi" w:hAnsiTheme="minorHAnsi" w:cstheme="majorHAnsi"/>
          <w:color w:val="000000" w:themeColor="text1"/>
        </w:rPr>
      </w:pPr>
      <w:r w:rsidRPr="00E1453B">
        <w:rPr>
          <w:noProof/>
          <w:sz w:val="48"/>
          <w:szCs w:val="48"/>
          <w:lang w:val="en-GB"/>
        </w:rPr>
        <w:drawing>
          <wp:anchor distT="0" distB="0" distL="114300" distR="114300" simplePos="0" relativeHeight="251664896" behindDoc="0" locked="0" layoutInCell="1" allowOverlap="1" wp14:anchorId="33D83C45" wp14:editId="3A6AC82F">
            <wp:simplePos x="0" y="0"/>
            <wp:positionH relativeFrom="column">
              <wp:posOffset>-152400</wp:posOffset>
            </wp:positionH>
            <wp:positionV relativeFrom="paragraph">
              <wp:posOffset>-2540</wp:posOffset>
            </wp:positionV>
            <wp:extent cx="6210300" cy="1821180"/>
            <wp:effectExtent l="0" t="0" r="0" b="7620"/>
            <wp:wrapNone/>
            <wp:docPr id="1672975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516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0300" cy="1821180"/>
                    </a:xfrm>
                    <a:prstGeom prst="rect">
                      <a:avLst/>
                    </a:prstGeom>
                  </pic:spPr>
                </pic:pic>
              </a:graphicData>
            </a:graphic>
            <wp14:sizeRelH relativeFrom="page">
              <wp14:pctWidth>0</wp14:pctWidth>
            </wp14:sizeRelH>
            <wp14:sizeRelV relativeFrom="page">
              <wp14:pctHeight>0</wp14:pctHeight>
            </wp14:sizeRelV>
          </wp:anchor>
        </w:drawing>
      </w:r>
    </w:p>
    <w:p w14:paraId="46BF8ACA" w14:textId="67C43796" w:rsidR="0061286F" w:rsidRDefault="0061286F" w:rsidP="005024B4">
      <w:pPr>
        <w:spacing w:line="240" w:lineRule="auto"/>
        <w:ind w:left="2160" w:hanging="720"/>
        <w:rPr>
          <w:rFonts w:asciiTheme="minorHAnsi" w:hAnsiTheme="minorHAnsi" w:cstheme="majorHAnsi"/>
          <w:color w:val="000000" w:themeColor="text1"/>
        </w:rPr>
      </w:pPr>
    </w:p>
    <w:p w14:paraId="7E4DD950" w14:textId="77777777" w:rsidR="0095021A" w:rsidRDefault="0095021A" w:rsidP="005024B4">
      <w:pPr>
        <w:spacing w:line="240" w:lineRule="auto"/>
        <w:ind w:left="2160" w:hanging="720"/>
        <w:rPr>
          <w:rFonts w:asciiTheme="minorHAnsi" w:hAnsiTheme="minorHAnsi" w:cstheme="majorHAnsi"/>
          <w:color w:val="000000" w:themeColor="text1"/>
        </w:rPr>
      </w:pPr>
    </w:p>
    <w:p w14:paraId="3B3CC6AE" w14:textId="77777777" w:rsidR="0095021A" w:rsidRDefault="0095021A" w:rsidP="005024B4">
      <w:pPr>
        <w:spacing w:line="240" w:lineRule="auto"/>
        <w:ind w:left="2160" w:hanging="720"/>
        <w:rPr>
          <w:rFonts w:asciiTheme="minorHAnsi" w:hAnsiTheme="minorHAnsi" w:cstheme="majorHAnsi"/>
          <w:color w:val="000000" w:themeColor="text1"/>
        </w:rPr>
      </w:pPr>
    </w:p>
    <w:p w14:paraId="5760B4C2" w14:textId="77777777" w:rsidR="0095021A" w:rsidRDefault="0095021A" w:rsidP="005024B4">
      <w:pPr>
        <w:spacing w:line="240" w:lineRule="auto"/>
        <w:ind w:left="2160" w:hanging="720"/>
        <w:rPr>
          <w:rFonts w:asciiTheme="minorHAnsi" w:hAnsiTheme="minorHAnsi" w:cstheme="majorHAnsi"/>
          <w:color w:val="000000" w:themeColor="text1"/>
        </w:rPr>
      </w:pPr>
    </w:p>
    <w:p w14:paraId="0237D68B" w14:textId="77777777" w:rsidR="0095021A" w:rsidRDefault="0095021A" w:rsidP="005024B4">
      <w:pPr>
        <w:spacing w:line="240" w:lineRule="auto"/>
        <w:ind w:left="2160" w:hanging="720"/>
        <w:rPr>
          <w:rFonts w:asciiTheme="minorHAnsi" w:hAnsiTheme="minorHAnsi" w:cstheme="majorHAnsi"/>
          <w:color w:val="000000" w:themeColor="text1"/>
        </w:rPr>
      </w:pPr>
    </w:p>
    <w:p w14:paraId="1A56F093" w14:textId="77777777" w:rsidR="002316BA" w:rsidRDefault="002316BA" w:rsidP="005024B4">
      <w:pPr>
        <w:spacing w:line="240" w:lineRule="auto"/>
        <w:ind w:left="2160" w:hanging="720"/>
        <w:rPr>
          <w:rFonts w:asciiTheme="minorHAnsi" w:hAnsiTheme="minorHAnsi" w:cstheme="majorHAnsi"/>
          <w:color w:val="000000" w:themeColor="text1"/>
        </w:rPr>
      </w:pPr>
    </w:p>
    <w:tbl>
      <w:tblPr>
        <w:tblW w:w="9680" w:type="dxa"/>
        <w:tblLook w:val="04A0" w:firstRow="1" w:lastRow="0" w:firstColumn="1" w:lastColumn="0" w:noHBand="0" w:noVBand="1"/>
      </w:tblPr>
      <w:tblGrid>
        <w:gridCol w:w="2532"/>
        <w:gridCol w:w="987"/>
        <w:gridCol w:w="3110"/>
        <w:gridCol w:w="52"/>
        <w:gridCol w:w="1341"/>
        <w:gridCol w:w="195"/>
        <w:gridCol w:w="1463"/>
      </w:tblGrid>
      <w:tr w:rsidR="0095021A" w:rsidRPr="00956B82" w14:paraId="0BC754FF" w14:textId="77777777" w:rsidTr="00A517D6">
        <w:trPr>
          <w:trHeight w:val="528"/>
        </w:trPr>
        <w:tc>
          <w:tcPr>
            <w:tcW w:w="3519" w:type="dxa"/>
            <w:gridSpan w:val="2"/>
            <w:tcBorders>
              <w:top w:val="single" w:sz="4" w:space="0" w:color="auto"/>
              <w:left w:val="single" w:sz="4" w:space="0" w:color="auto"/>
              <w:bottom w:val="single" w:sz="4" w:space="0" w:color="auto"/>
              <w:right w:val="single" w:sz="4" w:space="0" w:color="auto"/>
            </w:tcBorders>
            <w:noWrap/>
            <w:vAlign w:val="center"/>
            <w:hideMark/>
          </w:tcPr>
          <w:p w14:paraId="36FE48EB" w14:textId="77777777" w:rsidR="0095021A" w:rsidRPr="006A014C" w:rsidRDefault="0095021A"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3110" w:type="dxa"/>
            <w:tcBorders>
              <w:top w:val="single" w:sz="4" w:space="0" w:color="auto"/>
              <w:left w:val="nil"/>
              <w:bottom w:val="single" w:sz="4" w:space="0" w:color="auto"/>
              <w:right w:val="single" w:sz="4" w:space="0" w:color="auto"/>
            </w:tcBorders>
            <w:noWrap/>
            <w:vAlign w:val="center"/>
            <w:hideMark/>
          </w:tcPr>
          <w:p w14:paraId="5440377C" w14:textId="77777777" w:rsidR="0095021A" w:rsidRPr="006A014C" w:rsidRDefault="0095021A"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393" w:type="dxa"/>
            <w:gridSpan w:val="2"/>
            <w:tcBorders>
              <w:top w:val="single" w:sz="4" w:space="0" w:color="auto"/>
              <w:left w:val="nil"/>
              <w:bottom w:val="single" w:sz="4" w:space="0" w:color="auto"/>
              <w:right w:val="single" w:sz="4" w:space="0" w:color="auto"/>
            </w:tcBorders>
            <w:noWrap/>
            <w:vAlign w:val="center"/>
            <w:hideMark/>
          </w:tcPr>
          <w:p w14:paraId="3E9D8144" w14:textId="77777777" w:rsidR="0095021A" w:rsidRPr="006A014C" w:rsidRDefault="0095021A"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gridSpan w:val="2"/>
            <w:tcBorders>
              <w:top w:val="single" w:sz="4" w:space="0" w:color="auto"/>
              <w:left w:val="nil"/>
              <w:bottom w:val="single" w:sz="4" w:space="0" w:color="auto"/>
              <w:right w:val="single" w:sz="4" w:space="0" w:color="auto"/>
            </w:tcBorders>
            <w:noWrap/>
            <w:vAlign w:val="center"/>
            <w:hideMark/>
          </w:tcPr>
          <w:p w14:paraId="3B74D2CA" w14:textId="77777777" w:rsidR="0095021A" w:rsidRPr="006A014C" w:rsidRDefault="0095021A" w:rsidP="00ED0A29">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956B82" w14:paraId="466813ED" w14:textId="77777777" w:rsidTr="00A517D6">
        <w:trPr>
          <w:trHeight w:val="564"/>
        </w:trPr>
        <w:tc>
          <w:tcPr>
            <w:tcW w:w="3519" w:type="dxa"/>
            <w:gridSpan w:val="2"/>
            <w:tcBorders>
              <w:top w:val="nil"/>
              <w:left w:val="single" w:sz="4" w:space="0" w:color="auto"/>
              <w:bottom w:val="single" w:sz="4" w:space="0" w:color="auto"/>
              <w:right w:val="single" w:sz="4" w:space="0" w:color="auto"/>
            </w:tcBorders>
            <w:noWrap/>
            <w:vAlign w:val="center"/>
            <w:hideMark/>
          </w:tcPr>
          <w:p w14:paraId="7914644B"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3110" w:type="dxa"/>
            <w:tcBorders>
              <w:top w:val="nil"/>
              <w:left w:val="nil"/>
              <w:bottom w:val="single" w:sz="4" w:space="0" w:color="auto"/>
              <w:right w:val="single" w:sz="4" w:space="0" w:color="auto"/>
            </w:tcBorders>
            <w:noWrap/>
            <w:vAlign w:val="center"/>
            <w:hideMark/>
          </w:tcPr>
          <w:p w14:paraId="1E589127" w14:textId="3A237445"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393" w:type="dxa"/>
            <w:gridSpan w:val="2"/>
            <w:tcBorders>
              <w:top w:val="nil"/>
              <w:left w:val="nil"/>
              <w:bottom w:val="single" w:sz="4" w:space="0" w:color="auto"/>
              <w:right w:val="single" w:sz="4" w:space="0" w:color="auto"/>
            </w:tcBorders>
            <w:noWrap/>
            <w:vAlign w:val="center"/>
            <w:hideMark/>
          </w:tcPr>
          <w:p w14:paraId="46C53B0B"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gridSpan w:val="2"/>
            <w:tcBorders>
              <w:top w:val="nil"/>
              <w:left w:val="nil"/>
              <w:bottom w:val="single" w:sz="4" w:space="0" w:color="auto"/>
              <w:right w:val="single" w:sz="4" w:space="0" w:color="auto"/>
            </w:tcBorders>
            <w:noWrap/>
            <w:vAlign w:val="bottom"/>
            <w:hideMark/>
          </w:tcPr>
          <w:p w14:paraId="1776DF7A"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956B82" w14:paraId="26141B39" w14:textId="77777777" w:rsidTr="00A517D6">
        <w:trPr>
          <w:trHeight w:val="564"/>
        </w:trPr>
        <w:tc>
          <w:tcPr>
            <w:tcW w:w="3519" w:type="dxa"/>
            <w:gridSpan w:val="2"/>
            <w:tcBorders>
              <w:top w:val="nil"/>
              <w:left w:val="single" w:sz="4" w:space="0" w:color="auto"/>
              <w:bottom w:val="single" w:sz="4" w:space="0" w:color="auto"/>
              <w:right w:val="single" w:sz="4" w:space="0" w:color="auto"/>
            </w:tcBorders>
            <w:noWrap/>
            <w:vAlign w:val="center"/>
            <w:hideMark/>
          </w:tcPr>
          <w:p w14:paraId="21D14550"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3110" w:type="dxa"/>
            <w:tcBorders>
              <w:top w:val="nil"/>
              <w:left w:val="nil"/>
              <w:bottom w:val="single" w:sz="4" w:space="0" w:color="auto"/>
              <w:right w:val="single" w:sz="4" w:space="0" w:color="auto"/>
            </w:tcBorders>
            <w:noWrap/>
            <w:vAlign w:val="center"/>
            <w:hideMark/>
          </w:tcPr>
          <w:p w14:paraId="745CDC36" w14:textId="434A0D8A"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393" w:type="dxa"/>
            <w:gridSpan w:val="2"/>
            <w:tcBorders>
              <w:top w:val="nil"/>
              <w:left w:val="nil"/>
              <w:bottom w:val="single" w:sz="4" w:space="0" w:color="auto"/>
              <w:right w:val="single" w:sz="4" w:space="0" w:color="auto"/>
            </w:tcBorders>
            <w:noWrap/>
            <w:vAlign w:val="center"/>
            <w:hideMark/>
          </w:tcPr>
          <w:p w14:paraId="2978EEC4"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gridSpan w:val="2"/>
            <w:tcBorders>
              <w:top w:val="nil"/>
              <w:left w:val="nil"/>
              <w:bottom w:val="single" w:sz="4" w:space="0" w:color="auto"/>
              <w:right w:val="single" w:sz="4" w:space="0" w:color="auto"/>
            </w:tcBorders>
            <w:noWrap/>
            <w:vAlign w:val="bottom"/>
            <w:hideMark/>
          </w:tcPr>
          <w:p w14:paraId="1F6CA574"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956B82" w14:paraId="3602DC6C" w14:textId="77777777" w:rsidTr="00A517D6">
        <w:trPr>
          <w:trHeight w:val="564"/>
        </w:trPr>
        <w:tc>
          <w:tcPr>
            <w:tcW w:w="3519" w:type="dxa"/>
            <w:gridSpan w:val="2"/>
            <w:tcBorders>
              <w:top w:val="nil"/>
              <w:left w:val="single" w:sz="4" w:space="0" w:color="auto"/>
              <w:bottom w:val="single" w:sz="4" w:space="0" w:color="auto"/>
              <w:right w:val="single" w:sz="4" w:space="0" w:color="auto"/>
            </w:tcBorders>
            <w:noWrap/>
            <w:vAlign w:val="center"/>
            <w:hideMark/>
          </w:tcPr>
          <w:p w14:paraId="6C652981"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3110" w:type="dxa"/>
            <w:tcBorders>
              <w:top w:val="nil"/>
              <w:left w:val="nil"/>
              <w:bottom w:val="single" w:sz="4" w:space="0" w:color="auto"/>
              <w:right w:val="single" w:sz="4" w:space="0" w:color="auto"/>
            </w:tcBorders>
            <w:noWrap/>
            <w:vAlign w:val="center"/>
            <w:hideMark/>
          </w:tcPr>
          <w:p w14:paraId="7FF624DB" w14:textId="224FF75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393" w:type="dxa"/>
            <w:gridSpan w:val="2"/>
            <w:tcBorders>
              <w:top w:val="nil"/>
              <w:left w:val="nil"/>
              <w:bottom w:val="single" w:sz="4" w:space="0" w:color="auto"/>
              <w:right w:val="single" w:sz="4" w:space="0" w:color="auto"/>
            </w:tcBorders>
            <w:noWrap/>
            <w:vAlign w:val="center"/>
            <w:hideMark/>
          </w:tcPr>
          <w:p w14:paraId="20F0F473"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gridSpan w:val="2"/>
            <w:tcBorders>
              <w:top w:val="nil"/>
              <w:left w:val="nil"/>
              <w:bottom w:val="single" w:sz="4" w:space="0" w:color="auto"/>
              <w:right w:val="single" w:sz="4" w:space="0" w:color="auto"/>
            </w:tcBorders>
            <w:noWrap/>
            <w:vAlign w:val="bottom"/>
            <w:hideMark/>
          </w:tcPr>
          <w:p w14:paraId="56DEA23D"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A13822" w:rsidRPr="00B3569B" w14:paraId="04B7F837" w14:textId="77777777" w:rsidTr="00A517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jc w:val="center"/>
        </w:trPr>
        <w:tc>
          <w:tcPr>
            <w:tcW w:w="2532" w:type="dxa"/>
            <w:vMerge w:val="restart"/>
          </w:tcPr>
          <w:p w14:paraId="7AA4CB2C" w14:textId="3EF94E9B" w:rsidR="00A13822" w:rsidRPr="00B3569B" w:rsidRDefault="00A13822" w:rsidP="00A13822">
            <w:pPr>
              <w:spacing w:line="240" w:lineRule="auto"/>
              <w:jc w:val="center"/>
              <w:rPr>
                <w:rFonts w:asciiTheme="minorHAnsi" w:hAnsiTheme="minorHAnsi" w:cstheme="majorHAnsi"/>
                <w:color w:val="000000" w:themeColor="text1"/>
              </w:rPr>
            </w:pPr>
            <w:r>
              <w:rPr>
                <w:noProof/>
              </w:rPr>
              <w:lastRenderedPageBreak/>
              <w:drawing>
                <wp:anchor distT="0" distB="0" distL="114300" distR="114300" simplePos="0" relativeHeight="251681280" behindDoc="0" locked="0" layoutInCell="1" allowOverlap="1" wp14:anchorId="7D4975AF" wp14:editId="5EF77DD6">
                  <wp:simplePos x="0" y="0"/>
                  <wp:positionH relativeFrom="column">
                    <wp:posOffset>2540</wp:posOffset>
                  </wp:positionH>
                  <wp:positionV relativeFrom="paragraph">
                    <wp:posOffset>347980</wp:posOffset>
                  </wp:positionV>
                  <wp:extent cx="1470660" cy="708660"/>
                  <wp:effectExtent l="0" t="0" r="0" b="0"/>
                  <wp:wrapTopAndBottom/>
                  <wp:docPr id="330201422"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149" w:type="dxa"/>
            <w:gridSpan w:val="3"/>
          </w:tcPr>
          <w:p w14:paraId="1F1356BD" w14:textId="77777777" w:rsidR="00A13822" w:rsidRPr="00B3569B" w:rsidRDefault="00A13822" w:rsidP="00A13822">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536" w:type="dxa"/>
            <w:gridSpan w:val="2"/>
          </w:tcPr>
          <w:p w14:paraId="43F35EF6" w14:textId="77777777" w:rsidR="00A13822" w:rsidRPr="00B3569B" w:rsidRDefault="00A13822" w:rsidP="00A13822">
            <w:pPr>
              <w:pStyle w:val="NoSpacing"/>
              <w:jc w:val="center"/>
              <w:rPr>
                <w:rFonts w:cstheme="majorHAnsi"/>
                <w:color w:val="000000" w:themeColor="text1"/>
              </w:rPr>
            </w:pPr>
            <w:r w:rsidRPr="00B3569B">
              <w:rPr>
                <w:rFonts w:cstheme="majorHAnsi"/>
                <w:color w:val="000000" w:themeColor="text1"/>
              </w:rPr>
              <w:t>Document ID:</w:t>
            </w:r>
          </w:p>
        </w:tc>
        <w:tc>
          <w:tcPr>
            <w:tcW w:w="1463" w:type="dxa"/>
          </w:tcPr>
          <w:p w14:paraId="6A8ED616" w14:textId="77777777" w:rsidR="00A13822" w:rsidRPr="00B3569B" w:rsidRDefault="00A13822" w:rsidP="00A13822">
            <w:pPr>
              <w:pStyle w:val="NoSpacing"/>
              <w:jc w:val="center"/>
              <w:rPr>
                <w:rFonts w:cstheme="majorHAnsi"/>
                <w:color w:val="000000" w:themeColor="text1"/>
              </w:rPr>
            </w:pPr>
            <w:r w:rsidRPr="00B3569B">
              <w:rPr>
                <w:rFonts w:cstheme="majorHAnsi"/>
                <w:color w:val="000000" w:themeColor="text1"/>
              </w:rPr>
              <w:t>SMSA-HW01</w:t>
            </w:r>
          </w:p>
        </w:tc>
      </w:tr>
      <w:tr w:rsidR="009B2D58" w:rsidRPr="00B3569B" w14:paraId="6A9A820E" w14:textId="77777777" w:rsidTr="00A517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jc w:val="center"/>
        </w:trPr>
        <w:tc>
          <w:tcPr>
            <w:tcW w:w="2532" w:type="dxa"/>
            <w:vMerge/>
          </w:tcPr>
          <w:p w14:paraId="20BA10E0"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gridSpan w:val="3"/>
            <w:vMerge w:val="restart"/>
          </w:tcPr>
          <w:p w14:paraId="1D263260" w14:textId="77777777" w:rsidR="009B2D58" w:rsidRPr="00B3569B" w:rsidRDefault="009B2D58" w:rsidP="009B2D58">
            <w:pPr>
              <w:spacing w:line="240" w:lineRule="auto"/>
              <w:jc w:val="center"/>
              <w:rPr>
                <w:rFonts w:asciiTheme="minorHAnsi" w:hAnsiTheme="minorHAnsi" w:cstheme="majorHAnsi"/>
                <w:b/>
                <w:color w:val="000000" w:themeColor="text1"/>
              </w:rPr>
            </w:pPr>
          </w:p>
          <w:p w14:paraId="5D674DE9"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536" w:type="dxa"/>
            <w:gridSpan w:val="2"/>
          </w:tcPr>
          <w:p w14:paraId="5F24D6F5" w14:textId="77777777" w:rsidR="009B2D58" w:rsidRPr="00A517D6" w:rsidRDefault="009B2D58" w:rsidP="009B2D58">
            <w:pPr>
              <w:pStyle w:val="NoSpacing"/>
              <w:jc w:val="center"/>
              <w:rPr>
                <w:rFonts w:cstheme="majorHAnsi"/>
                <w:color w:val="000000" w:themeColor="text1"/>
                <w:sz w:val="20"/>
                <w:szCs w:val="20"/>
              </w:rPr>
            </w:pPr>
            <w:r w:rsidRPr="00A517D6">
              <w:rPr>
                <w:rFonts w:cstheme="majorHAnsi"/>
                <w:color w:val="000000" w:themeColor="text1"/>
                <w:sz w:val="20"/>
                <w:szCs w:val="20"/>
              </w:rPr>
              <w:t>Revision No:</w:t>
            </w:r>
          </w:p>
        </w:tc>
        <w:tc>
          <w:tcPr>
            <w:tcW w:w="1463" w:type="dxa"/>
          </w:tcPr>
          <w:p w14:paraId="235763C0" w14:textId="2EDE6B25" w:rsidR="009B2D58" w:rsidRPr="00A517D6"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B3569B" w14:paraId="4944662D" w14:textId="77777777" w:rsidTr="00A517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3"/>
          <w:jc w:val="center"/>
        </w:trPr>
        <w:tc>
          <w:tcPr>
            <w:tcW w:w="2532" w:type="dxa"/>
            <w:vMerge/>
          </w:tcPr>
          <w:p w14:paraId="447C53F6"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gridSpan w:val="3"/>
            <w:vMerge/>
          </w:tcPr>
          <w:p w14:paraId="70ADEE63"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536" w:type="dxa"/>
            <w:gridSpan w:val="2"/>
          </w:tcPr>
          <w:p w14:paraId="5B9F4CFD" w14:textId="77777777" w:rsidR="009B2D58" w:rsidRPr="00A517D6" w:rsidRDefault="009B2D58" w:rsidP="009B2D58">
            <w:pPr>
              <w:pStyle w:val="NoSpacing"/>
              <w:jc w:val="center"/>
              <w:rPr>
                <w:rFonts w:cstheme="majorHAnsi"/>
                <w:color w:val="000000" w:themeColor="text1"/>
                <w:sz w:val="20"/>
                <w:szCs w:val="20"/>
              </w:rPr>
            </w:pPr>
            <w:r w:rsidRPr="00A517D6">
              <w:rPr>
                <w:rFonts w:cstheme="majorHAnsi"/>
                <w:color w:val="000000" w:themeColor="text1"/>
                <w:sz w:val="20"/>
                <w:szCs w:val="20"/>
              </w:rPr>
              <w:t>Effective Date:</w:t>
            </w:r>
          </w:p>
        </w:tc>
        <w:tc>
          <w:tcPr>
            <w:tcW w:w="1463" w:type="dxa"/>
          </w:tcPr>
          <w:p w14:paraId="09597E06" w14:textId="01965925" w:rsidR="009B2D58" w:rsidRPr="00A517D6"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B3569B" w14:paraId="2EDB8045" w14:textId="77777777" w:rsidTr="00A517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jc w:val="center"/>
        </w:trPr>
        <w:tc>
          <w:tcPr>
            <w:tcW w:w="2532" w:type="dxa"/>
            <w:vMerge/>
          </w:tcPr>
          <w:p w14:paraId="60109673"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gridSpan w:val="3"/>
            <w:vMerge/>
          </w:tcPr>
          <w:p w14:paraId="7768AC44"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536" w:type="dxa"/>
            <w:gridSpan w:val="2"/>
          </w:tcPr>
          <w:p w14:paraId="05A59B87" w14:textId="77777777" w:rsidR="009B2D58" w:rsidRPr="00A517D6" w:rsidRDefault="009B2D58" w:rsidP="009B2D58">
            <w:pPr>
              <w:pStyle w:val="NoSpacing"/>
              <w:jc w:val="center"/>
              <w:rPr>
                <w:rFonts w:cstheme="majorHAnsi"/>
                <w:color w:val="000000" w:themeColor="text1"/>
                <w:sz w:val="20"/>
                <w:szCs w:val="20"/>
              </w:rPr>
            </w:pPr>
            <w:r w:rsidRPr="00A517D6">
              <w:rPr>
                <w:rFonts w:cstheme="majorHAnsi"/>
                <w:color w:val="000000" w:themeColor="text1"/>
                <w:sz w:val="20"/>
                <w:szCs w:val="20"/>
              </w:rPr>
              <w:t>Next Revision Date:</w:t>
            </w:r>
          </w:p>
        </w:tc>
        <w:tc>
          <w:tcPr>
            <w:tcW w:w="1463" w:type="dxa"/>
          </w:tcPr>
          <w:p w14:paraId="3D4C3008" w14:textId="4A2D4268" w:rsidR="009B2D58" w:rsidRPr="00A517D6"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A13822" w:rsidRPr="00B3569B" w14:paraId="01C2FE70" w14:textId="77777777" w:rsidTr="00A517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2"/>
          <w:jc w:val="center"/>
        </w:trPr>
        <w:tc>
          <w:tcPr>
            <w:tcW w:w="2532" w:type="dxa"/>
            <w:vMerge/>
          </w:tcPr>
          <w:p w14:paraId="35D496FB"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49" w:type="dxa"/>
            <w:gridSpan w:val="3"/>
            <w:vMerge/>
          </w:tcPr>
          <w:p w14:paraId="37B0F2B3"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536" w:type="dxa"/>
            <w:gridSpan w:val="2"/>
          </w:tcPr>
          <w:p w14:paraId="1A5B9CDD" w14:textId="77777777" w:rsidR="00A13822" w:rsidRPr="00A517D6" w:rsidRDefault="00A13822" w:rsidP="00A13822">
            <w:pPr>
              <w:pStyle w:val="NoSpacing"/>
              <w:jc w:val="center"/>
              <w:rPr>
                <w:rFonts w:cstheme="majorHAnsi"/>
                <w:color w:val="000000" w:themeColor="text1"/>
                <w:sz w:val="20"/>
                <w:szCs w:val="20"/>
              </w:rPr>
            </w:pPr>
            <w:r w:rsidRPr="00A517D6">
              <w:rPr>
                <w:rFonts w:cstheme="majorHAnsi"/>
                <w:color w:val="000000" w:themeColor="text1"/>
                <w:sz w:val="20"/>
                <w:szCs w:val="20"/>
              </w:rPr>
              <w:t>Function:</w:t>
            </w:r>
          </w:p>
        </w:tc>
        <w:tc>
          <w:tcPr>
            <w:tcW w:w="1463" w:type="dxa"/>
          </w:tcPr>
          <w:p w14:paraId="479D89F9" w14:textId="77777777" w:rsidR="00A13822" w:rsidRPr="00A517D6" w:rsidRDefault="00A13822" w:rsidP="00A13822">
            <w:pPr>
              <w:pStyle w:val="NoSpacing"/>
              <w:jc w:val="center"/>
              <w:rPr>
                <w:rFonts w:cstheme="majorHAnsi"/>
                <w:color w:val="000000" w:themeColor="text1"/>
                <w:sz w:val="20"/>
                <w:szCs w:val="20"/>
              </w:rPr>
            </w:pPr>
            <w:r w:rsidRPr="00A517D6">
              <w:rPr>
                <w:rFonts w:cstheme="majorHAnsi"/>
                <w:color w:val="000000" w:themeColor="text1"/>
                <w:sz w:val="20"/>
                <w:szCs w:val="20"/>
              </w:rPr>
              <w:t>Warehouse</w:t>
            </w:r>
          </w:p>
        </w:tc>
      </w:tr>
      <w:tr w:rsidR="00A13822" w:rsidRPr="00B3569B" w14:paraId="775915E5" w14:textId="77777777" w:rsidTr="00A517D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3"/>
          <w:jc w:val="center"/>
        </w:trPr>
        <w:tc>
          <w:tcPr>
            <w:tcW w:w="2532" w:type="dxa"/>
            <w:vMerge/>
          </w:tcPr>
          <w:p w14:paraId="30A7AE29"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49" w:type="dxa"/>
            <w:gridSpan w:val="3"/>
            <w:vMerge/>
          </w:tcPr>
          <w:p w14:paraId="2BD11977"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536" w:type="dxa"/>
            <w:gridSpan w:val="2"/>
          </w:tcPr>
          <w:p w14:paraId="0FCAA80D" w14:textId="77777777" w:rsidR="00A13822" w:rsidRPr="00A517D6" w:rsidRDefault="00A13822" w:rsidP="00A13822">
            <w:pPr>
              <w:pStyle w:val="NoSpacing"/>
              <w:jc w:val="center"/>
              <w:rPr>
                <w:rFonts w:cstheme="majorHAnsi"/>
                <w:color w:val="000000" w:themeColor="text1"/>
                <w:sz w:val="20"/>
                <w:szCs w:val="20"/>
              </w:rPr>
            </w:pPr>
            <w:r w:rsidRPr="00A517D6">
              <w:rPr>
                <w:rFonts w:cstheme="majorHAnsi"/>
                <w:color w:val="000000" w:themeColor="text1"/>
                <w:sz w:val="20"/>
                <w:szCs w:val="20"/>
              </w:rPr>
              <w:t>Page:</w:t>
            </w:r>
          </w:p>
        </w:tc>
        <w:tc>
          <w:tcPr>
            <w:tcW w:w="1463" w:type="dxa"/>
          </w:tcPr>
          <w:p w14:paraId="6C9DA894" w14:textId="4AF71171" w:rsidR="00A13822" w:rsidRPr="00A517D6" w:rsidRDefault="00A13822" w:rsidP="00A13822">
            <w:pPr>
              <w:pStyle w:val="NoSpacing"/>
              <w:jc w:val="center"/>
              <w:rPr>
                <w:rFonts w:cstheme="majorHAnsi"/>
                <w:color w:val="000000" w:themeColor="text1"/>
                <w:sz w:val="20"/>
                <w:szCs w:val="20"/>
              </w:rPr>
            </w:pPr>
            <w:r w:rsidRPr="00A517D6">
              <w:rPr>
                <w:rFonts w:cstheme="majorHAnsi"/>
                <w:color w:val="000000" w:themeColor="text1"/>
                <w:sz w:val="20"/>
                <w:szCs w:val="20"/>
              </w:rPr>
              <w:t>Page 5 of 11</w:t>
            </w:r>
          </w:p>
        </w:tc>
      </w:tr>
    </w:tbl>
    <w:p w14:paraId="76EB2E73" w14:textId="77777777" w:rsidR="008863C3" w:rsidRDefault="008863C3" w:rsidP="0057738C">
      <w:pPr>
        <w:spacing w:after="120" w:line="240" w:lineRule="auto"/>
        <w:ind w:left="2160" w:hanging="720"/>
        <w:rPr>
          <w:rFonts w:asciiTheme="minorHAnsi" w:hAnsiTheme="minorHAnsi" w:cstheme="majorHAnsi"/>
          <w:color w:val="000000" w:themeColor="text1"/>
        </w:rPr>
      </w:pPr>
    </w:p>
    <w:p w14:paraId="2C16C414" w14:textId="770ADDC8" w:rsidR="00446E84" w:rsidRPr="00B3569B" w:rsidRDefault="008863C3" w:rsidP="0057738C">
      <w:pPr>
        <w:spacing w:after="120" w:line="240" w:lineRule="auto"/>
        <w:ind w:left="2160" w:hanging="720"/>
        <w:rPr>
          <w:rFonts w:asciiTheme="minorHAnsi" w:hAnsiTheme="minorHAnsi" w:cstheme="majorHAnsi"/>
          <w:color w:val="000000" w:themeColor="text1"/>
        </w:rPr>
      </w:pPr>
      <w:r w:rsidRPr="00E1453B">
        <w:rPr>
          <w:b/>
          <w:bCs/>
          <w:noProof/>
          <w:sz w:val="48"/>
          <w:szCs w:val="48"/>
          <w:u w:val="single"/>
        </w:rPr>
        <w:drawing>
          <wp:anchor distT="0" distB="0" distL="114300" distR="114300" simplePos="0" relativeHeight="251638272" behindDoc="0" locked="0" layoutInCell="1" allowOverlap="1" wp14:anchorId="041A5738" wp14:editId="5FD75F43">
            <wp:simplePos x="0" y="0"/>
            <wp:positionH relativeFrom="column">
              <wp:posOffset>-114300</wp:posOffset>
            </wp:positionH>
            <wp:positionV relativeFrom="paragraph">
              <wp:posOffset>425450</wp:posOffset>
            </wp:positionV>
            <wp:extent cx="6202680" cy="2331720"/>
            <wp:effectExtent l="0" t="0" r="7620" b="0"/>
            <wp:wrapTopAndBottom/>
            <wp:docPr id="178883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3306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02680" cy="2331720"/>
                    </a:xfrm>
                    <a:prstGeom prst="rect">
                      <a:avLst/>
                    </a:prstGeom>
                  </pic:spPr>
                </pic:pic>
              </a:graphicData>
            </a:graphic>
            <wp14:sizeRelH relativeFrom="page">
              <wp14:pctWidth>0</wp14:pctWidth>
            </wp14:sizeRelH>
            <wp14:sizeRelV relativeFrom="page">
              <wp14:pctHeight>0</wp14:pctHeight>
            </wp14:sizeRelV>
          </wp:anchor>
        </w:drawing>
      </w:r>
      <w:r w:rsidRPr="00B3569B">
        <w:rPr>
          <w:rFonts w:asciiTheme="minorHAnsi" w:hAnsiTheme="minorHAnsi" w:cstheme="majorHAnsi"/>
          <w:color w:val="000000" w:themeColor="text1"/>
        </w:rPr>
        <w:t xml:space="preserve">5.10.4 </w:t>
      </w:r>
      <w:r w:rsidR="004D5974" w:rsidRPr="00B3569B">
        <w:rPr>
          <w:rFonts w:asciiTheme="minorHAnsi" w:hAnsiTheme="minorHAnsi" w:cstheme="majorHAnsi"/>
          <w:color w:val="000000" w:themeColor="text1"/>
        </w:rPr>
        <w:tab/>
      </w:r>
      <w:r w:rsidR="00446E84" w:rsidRPr="00B3569B">
        <w:rPr>
          <w:rFonts w:asciiTheme="minorHAnsi" w:hAnsiTheme="minorHAnsi" w:cstheme="majorHAnsi"/>
          <w:color w:val="000000" w:themeColor="text1"/>
        </w:rPr>
        <w:t>ASN Receive - In the ASN receiving interface, select the corresponding document status or input document at External Receipt for searching.</w:t>
      </w:r>
    </w:p>
    <w:p w14:paraId="7E04F3F9" w14:textId="478298B0" w:rsidR="004D5974" w:rsidRPr="00B3569B" w:rsidRDefault="00000000" w:rsidP="005024B4">
      <w:pPr>
        <w:spacing w:line="240" w:lineRule="auto"/>
        <w:ind w:left="216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5.10.5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 xml:space="preserve"> </w:t>
      </w:r>
      <w:r w:rsidR="00446E84" w:rsidRPr="00B3569B">
        <w:rPr>
          <w:rFonts w:asciiTheme="minorHAnsi" w:hAnsiTheme="minorHAnsi" w:cstheme="majorHAnsi"/>
          <w:color w:val="000000" w:themeColor="text1"/>
        </w:rPr>
        <w:t>Click on the far left of the document bank to enter the document details interface. You can see the goods, description, quantity</w:t>
      </w:r>
      <w:r w:rsidR="00D15DA1" w:rsidRPr="00B3569B">
        <w:rPr>
          <w:rFonts w:asciiTheme="minorHAnsi" w:hAnsiTheme="minorHAnsi" w:cstheme="majorHAnsi"/>
          <w:color w:val="000000" w:themeColor="text1"/>
        </w:rPr>
        <w:t xml:space="preserve"> and sub-warehouse under the current document.</w:t>
      </w:r>
    </w:p>
    <w:p w14:paraId="3D0FAED9" w14:textId="4707CC3D" w:rsidR="003057C2" w:rsidRPr="00B3569B" w:rsidRDefault="006A014C" w:rsidP="005024B4">
      <w:pPr>
        <w:spacing w:line="240" w:lineRule="auto"/>
        <w:ind w:left="2160" w:hanging="720"/>
        <w:rPr>
          <w:rFonts w:asciiTheme="minorHAnsi" w:hAnsiTheme="minorHAnsi" w:cstheme="majorHAnsi"/>
          <w:color w:val="000000" w:themeColor="text1"/>
        </w:rPr>
      </w:pPr>
      <w:r w:rsidRPr="00AB3C7E">
        <w:rPr>
          <w:b/>
          <w:bCs/>
          <w:noProof/>
          <w:sz w:val="48"/>
          <w:szCs w:val="48"/>
          <w:u w:val="single"/>
        </w:rPr>
        <w:drawing>
          <wp:anchor distT="0" distB="0" distL="114300" distR="114300" simplePos="0" relativeHeight="251639296" behindDoc="0" locked="0" layoutInCell="1" allowOverlap="1" wp14:anchorId="7B3C0EF1" wp14:editId="646E6740">
            <wp:simplePos x="0" y="0"/>
            <wp:positionH relativeFrom="column">
              <wp:posOffset>-152400</wp:posOffset>
            </wp:positionH>
            <wp:positionV relativeFrom="paragraph">
              <wp:posOffset>10160</wp:posOffset>
            </wp:positionV>
            <wp:extent cx="6278880" cy="2156460"/>
            <wp:effectExtent l="0" t="0" r="7620" b="0"/>
            <wp:wrapTopAndBottom/>
            <wp:docPr id="1196681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68186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78880" cy="2156460"/>
                    </a:xfrm>
                    <a:prstGeom prst="rect">
                      <a:avLst/>
                    </a:prstGeom>
                  </pic:spPr>
                </pic:pic>
              </a:graphicData>
            </a:graphic>
            <wp14:sizeRelH relativeFrom="page">
              <wp14:pctWidth>0</wp14:pctWidth>
            </wp14:sizeRelH>
            <wp14:sizeRelV relativeFrom="page">
              <wp14:pctHeight>0</wp14:pctHeight>
            </wp14:sizeRelV>
          </wp:anchor>
        </w:drawing>
      </w:r>
    </w:p>
    <w:tbl>
      <w:tblPr>
        <w:tblW w:w="9680" w:type="dxa"/>
        <w:tblLook w:val="04A0" w:firstRow="1" w:lastRow="0" w:firstColumn="1" w:lastColumn="0" w:noHBand="0" w:noVBand="1"/>
      </w:tblPr>
      <w:tblGrid>
        <w:gridCol w:w="3519"/>
        <w:gridCol w:w="2845"/>
        <w:gridCol w:w="1658"/>
        <w:gridCol w:w="1658"/>
      </w:tblGrid>
      <w:tr w:rsidR="008863C3" w:rsidRPr="006A014C" w14:paraId="206B84F9" w14:textId="77777777" w:rsidTr="00C808CC">
        <w:trPr>
          <w:trHeight w:val="284"/>
        </w:trPr>
        <w:tc>
          <w:tcPr>
            <w:tcW w:w="3519" w:type="dxa"/>
            <w:tcBorders>
              <w:top w:val="single" w:sz="4" w:space="0" w:color="auto"/>
              <w:left w:val="single" w:sz="4" w:space="0" w:color="auto"/>
              <w:bottom w:val="single" w:sz="4" w:space="0" w:color="auto"/>
              <w:right w:val="single" w:sz="4" w:space="0" w:color="auto"/>
            </w:tcBorders>
            <w:noWrap/>
            <w:vAlign w:val="center"/>
            <w:hideMark/>
          </w:tcPr>
          <w:p w14:paraId="431C7964" w14:textId="77777777" w:rsidR="008863C3" w:rsidRPr="006A014C" w:rsidRDefault="008863C3"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845" w:type="dxa"/>
            <w:tcBorders>
              <w:top w:val="single" w:sz="4" w:space="0" w:color="auto"/>
              <w:left w:val="nil"/>
              <w:bottom w:val="single" w:sz="4" w:space="0" w:color="auto"/>
              <w:right w:val="single" w:sz="4" w:space="0" w:color="auto"/>
            </w:tcBorders>
            <w:noWrap/>
            <w:vAlign w:val="center"/>
            <w:hideMark/>
          </w:tcPr>
          <w:p w14:paraId="3669CEB1" w14:textId="77777777" w:rsidR="008863C3" w:rsidRPr="006A014C" w:rsidRDefault="008863C3"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58" w:type="dxa"/>
            <w:tcBorders>
              <w:top w:val="single" w:sz="4" w:space="0" w:color="auto"/>
              <w:left w:val="nil"/>
              <w:bottom w:val="single" w:sz="4" w:space="0" w:color="auto"/>
              <w:right w:val="single" w:sz="4" w:space="0" w:color="auto"/>
            </w:tcBorders>
            <w:noWrap/>
            <w:vAlign w:val="center"/>
            <w:hideMark/>
          </w:tcPr>
          <w:p w14:paraId="142B1C38" w14:textId="77777777" w:rsidR="008863C3" w:rsidRPr="006A014C" w:rsidRDefault="008863C3"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tcBorders>
              <w:top w:val="single" w:sz="4" w:space="0" w:color="auto"/>
              <w:left w:val="nil"/>
              <w:bottom w:val="single" w:sz="4" w:space="0" w:color="auto"/>
              <w:right w:val="single" w:sz="4" w:space="0" w:color="auto"/>
            </w:tcBorders>
            <w:noWrap/>
            <w:vAlign w:val="center"/>
            <w:hideMark/>
          </w:tcPr>
          <w:p w14:paraId="54E6417F" w14:textId="77777777" w:rsidR="008863C3" w:rsidRPr="006A014C" w:rsidRDefault="008863C3"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6A014C" w14:paraId="3A0102F7" w14:textId="77777777" w:rsidTr="00C808CC">
        <w:trPr>
          <w:trHeight w:val="454"/>
        </w:trPr>
        <w:tc>
          <w:tcPr>
            <w:tcW w:w="3519" w:type="dxa"/>
            <w:tcBorders>
              <w:top w:val="nil"/>
              <w:left w:val="single" w:sz="4" w:space="0" w:color="auto"/>
              <w:bottom w:val="single" w:sz="4" w:space="0" w:color="auto"/>
              <w:right w:val="single" w:sz="4" w:space="0" w:color="auto"/>
            </w:tcBorders>
            <w:noWrap/>
            <w:vAlign w:val="center"/>
            <w:hideMark/>
          </w:tcPr>
          <w:p w14:paraId="57D90425"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845" w:type="dxa"/>
            <w:tcBorders>
              <w:top w:val="nil"/>
              <w:left w:val="nil"/>
              <w:bottom w:val="single" w:sz="4" w:space="0" w:color="auto"/>
              <w:right w:val="single" w:sz="4" w:space="0" w:color="auto"/>
            </w:tcBorders>
            <w:noWrap/>
            <w:vAlign w:val="center"/>
            <w:hideMark/>
          </w:tcPr>
          <w:p w14:paraId="3B80E86B" w14:textId="0FEC65BE"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5B6116B4"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36B0DC52"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0CBD7DDF" w14:textId="77777777" w:rsidTr="00C808CC">
        <w:trPr>
          <w:trHeight w:val="454"/>
        </w:trPr>
        <w:tc>
          <w:tcPr>
            <w:tcW w:w="3519" w:type="dxa"/>
            <w:tcBorders>
              <w:top w:val="nil"/>
              <w:left w:val="single" w:sz="4" w:space="0" w:color="auto"/>
              <w:bottom w:val="single" w:sz="4" w:space="0" w:color="auto"/>
              <w:right w:val="single" w:sz="4" w:space="0" w:color="auto"/>
            </w:tcBorders>
            <w:noWrap/>
            <w:vAlign w:val="center"/>
            <w:hideMark/>
          </w:tcPr>
          <w:p w14:paraId="53DB9B04"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845" w:type="dxa"/>
            <w:tcBorders>
              <w:top w:val="nil"/>
              <w:left w:val="nil"/>
              <w:bottom w:val="single" w:sz="4" w:space="0" w:color="auto"/>
              <w:right w:val="single" w:sz="4" w:space="0" w:color="auto"/>
            </w:tcBorders>
            <w:noWrap/>
            <w:vAlign w:val="center"/>
            <w:hideMark/>
          </w:tcPr>
          <w:p w14:paraId="2AD6C7C3" w14:textId="78E2FC7F"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0CBA5F7B"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64EDAAC7"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26A08494" w14:textId="77777777" w:rsidTr="00C808CC">
        <w:trPr>
          <w:trHeight w:val="454"/>
        </w:trPr>
        <w:tc>
          <w:tcPr>
            <w:tcW w:w="3519" w:type="dxa"/>
            <w:tcBorders>
              <w:top w:val="nil"/>
              <w:left w:val="single" w:sz="4" w:space="0" w:color="auto"/>
              <w:bottom w:val="single" w:sz="4" w:space="0" w:color="auto"/>
              <w:right w:val="single" w:sz="4" w:space="0" w:color="auto"/>
            </w:tcBorders>
            <w:noWrap/>
            <w:vAlign w:val="center"/>
            <w:hideMark/>
          </w:tcPr>
          <w:p w14:paraId="5C9284DD"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845" w:type="dxa"/>
            <w:tcBorders>
              <w:top w:val="nil"/>
              <w:left w:val="nil"/>
              <w:bottom w:val="single" w:sz="4" w:space="0" w:color="auto"/>
              <w:right w:val="single" w:sz="4" w:space="0" w:color="auto"/>
            </w:tcBorders>
            <w:noWrap/>
            <w:vAlign w:val="center"/>
            <w:hideMark/>
          </w:tcPr>
          <w:p w14:paraId="7BFFFC9B" w14:textId="3617430C"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268ABCD9"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337B9218"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bl>
    <w:p w14:paraId="0E8C0E73" w14:textId="4C6E8E2E" w:rsidR="003057C2" w:rsidRPr="00B3569B" w:rsidRDefault="003057C2" w:rsidP="005024B4">
      <w:pPr>
        <w:spacing w:line="240" w:lineRule="auto"/>
        <w:ind w:left="2160" w:hanging="720"/>
        <w:rPr>
          <w:rFonts w:asciiTheme="minorHAnsi" w:hAnsiTheme="minorHAnsi" w:cstheme="majorHAnsi"/>
          <w:color w:val="000000" w:themeColor="text1"/>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4242"/>
        <w:gridCol w:w="1484"/>
        <w:gridCol w:w="1422"/>
      </w:tblGrid>
      <w:tr w:rsidR="00016F86" w:rsidRPr="00B3569B" w14:paraId="3EF533A3" w14:textId="77777777" w:rsidTr="00A13822">
        <w:trPr>
          <w:trHeight w:val="624"/>
          <w:jc w:val="center"/>
        </w:trPr>
        <w:tc>
          <w:tcPr>
            <w:tcW w:w="2532" w:type="dxa"/>
            <w:vMerge w:val="restart"/>
          </w:tcPr>
          <w:p w14:paraId="75C70EC1" w14:textId="6E7C5B94" w:rsidR="00016F86" w:rsidRPr="00B3569B" w:rsidRDefault="00A517D6" w:rsidP="00C808CC">
            <w:pPr>
              <w:spacing w:line="240" w:lineRule="auto"/>
              <w:jc w:val="center"/>
              <w:rPr>
                <w:rFonts w:asciiTheme="minorHAnsi" w:hAnsiTheme="minorHAnsi" w:cstheme="majorHAnsi"/>
                <w:color w:val="000000" w:themeColor="text1"/>
              </w:rPr>
            </w:pPr>
            <w:r>
              <w:rPr>
                <w:noProof/>
              </w:rPr>
              <w:drawing>
                <wp:anchor distT="0" distB="0" distL="114300" distR="114300" simplePos="0" relativeHeight="251673088" behindDoc="0" locked="0" layoutInCell="1" allowOverlap="1" wp14:anchorId="33D22A76" wp14:editId="57A35F12">
                  <wp:simplePos x="0" y="0"/>
                  <wp:positionH relativeFrom="column">
                    <wp:posOffset>2540</wp:posOffset>
                  </wp:positionH>
                  <wp:positionV relativeFrom="paragraph">
                    <wp:posOffset>346710</wp:posOffset>
                  </wp:positionV>
                  <wp:extent cx="1470660" cy="708660"/>
                  <wp:effectExtent l="0" t="0" r="0" b="0"/>
                  <wp:wrapTopAndBottom/>
                  <wp:docPr id="1779342446"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242" w:type="dxa"/>
          </w:tcPr>
          <w:p w14:paraId="708DF487" w14:textId="77777777" w:rsidR="00016F86" w:rsidRPr="00B3569B" w:rsidRDefault="00016F86" w:rsidP="00C808C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484" w:type="dxa"/>
          </w:tcPr>
          <w:p w14:paraId="10EAC6F9" w14:textId="77777777" w:rsidR="00016F86" w:rsidRPr="00B3569B" w:rsidRDefault="00016F86" w:rsidP="00C808CC">
            <w:pPr>
              <w:pStyle w:val="NoSpacing"/>
              <w:jc w:val="center"/>
              <w:rPr>
                <w:rFonts w:cstheme="majorHAnsi"/>
                <w:color w:val="000000" w:themeColor="text1"/>
              </w:rPr>
            </w:pPr>
            <w:r w:rsidRPr="00B3569B">
              <w:rPr>
                <w:rFonts w:cstheme="majorHAnsi"/>
                <w:color w:val="000000" w:themeColor="text1"/>
              </w:rPr>
              <w:t>Document ID:</w:t>
            </w:r>
          </w:p>
        </w:tc>
        <w:tc>
          <w:tcPr>
            <w:tcW w:w="1422" w:type="dxa"/>
          </w:tcPr>
          <w:p w14:paraId="19DFEF8A" w14:textId="77777777" w:rsidR="00016F86" w:rsidRPr="00B3569B" w:rsidRDefault="00016F86" w:rsidP="00C808CC">
            <w:pPr>
              <w:pStyle w:val="NoSpacing"/>
              <w:jc w:val="center"/>
              <w:rPr>
                <w:rFonts w:cstheme="majorHAnsi"/>
                <w:color w:val="000000" w:themeColor="text1"/>
              </w:rPr>
            </w:pPr>
            <w:r w:rsidRPr="00B3569B">
              <w:rPr>
                <w:rFonts w:cstheme="majorHAnsi"/>
                <w:color w:val="000000" w:themeColor="text1"/>
              </w:rPr>
              <w:t>SMSA-HW01</w:t>
            </w:r>
          </w:p>
        </w:tc>
      </w:tr>
      <w:tr w:rsidR="009B2D58" w:rsidRPr="00B3569B" w14:paraId="5FC8935C" w14:textId="77777777" w:rsidTr="00A13822">
        <w:trPr>
          <w:trHeight w:val="378"/>
          <w:jc w:val="center"/>
        </w:trPr>
        <w:tc>
          <w:tcPr>
            <w:tcW w:w="2532" w:type="dxa"/>
            <w:vMerge/>
          </w:tcPr>
          <w:p w14:paraId="5FCAB806"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242" w:type="dxa"/>
            <w:vMerge w:val="restart"/>
          </w:tcPr>
          <w:p w14:paraId="7F02A6C7" w14:textId="77777777" w:rsidR="009B2D58" w:rsidRPr="00B3569B" w:rsidRDefault="009B2D58" w:rsidP="009B2D58">
            <w:pPr>
              <w:spacing w:line="240" w:lineRule="auto"/>
              <w:jc w:val="center"/>
              <w:rPr>
                <w:rFonts w:asciiTheme="minorHAnsi" w:hAnsiTheme="minorHAnsi" w:cstheme="majorHAnsi"/>
                <w:b/>
                <w:color w:val="000000" w:themeColor="text1"/>
              </w:rPr>
            </w:pPr>
          </w:p>
          <w:p w14:paraId="23C51003"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484" w:type="dxa"/>
          </w:tcPr>
          <w:p w14:paraId="5A041655" w14:textId="77777777" w:rsidR="009B2D58" w:rsidRPr="00A517D6" w:rsidRDefault="009B2D58" w:rsidP="009B2D58">
            <w:pPr>
              <w:pStyle w:val="NoSpacing"/>
              <w:jc w:val="center"/>
              <w:rPr>
                <w:rFonts w:cstheme="majorHAnsi"/>
                <w:color w:val="000000" w:themeColor="text1"/>
                <w:sz w:val="20"/>
                <w:szCs w:val="20"/>
              </w:rPr>
            </w:pPr>
            <w:r w:rsidRPr="00A517D6">
              <w:rPr>
                <w:rFonts w:cstheme="majorHAnsi"/>
                <w:color w:val="000000" w:themeColor="text1"/>
                <w:sz w:val="20"/>
                <w:szCs w:val="20"/>
              </w:rPr>
              <w:t>Revision No:</w:t>
            </w:r>
          </w:p>
        </w:tc>
        <w:tc>
          <w:tcPr>
            <w:tcW w:w="1422" w:type="dxa"/>
          </w:tcPr>
          <w:p w14:paraId="69D9B383" w14:textId="1C00FE48" w:rsidR="009B2D58" w:rsidRPr="00A517D6"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B3569B" w14:paraId="48D08DC5" w14:textId="77777777" w:rsidTr="00A13822">
        <w:trPr>
          <w:trHeight w:val="413"/>
          <w:jc w:val="center"/>
        </w:trPr>
        <w:tc>
          <w:tcPr>
            <w:tcW w:w="2532" w:type="dxa"/>
            <w:vMerge/>
          </w:tcPr>
          <w:p w14:paraId="2CCA2A68"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242" w:type="dxa"/>
            <w:vMerge/>
          </w:tcPr>
          <w:p w14:paraId="62C9A687"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484" w:type="dxa"/>
          </w:tcPr>
          <w:p w14:paraId="6D068592" w14:textId="77777777" w:rsidR="009B2D58" w:rsidRPr="00A517D6" w:rsidRDefault="009B2D58" w:rsidP="009B2D58">
            <w:pPr>
              <w:pStyle w:val="NoSpacing"/>
              <w:jc w:val="center"/>
              <w:rPr>
                <w:rFonts w:cstheme="majorHAnsi"/>
                <w:color w:val="000000" w:themeColor="text1"/>
                <w:sz w:val="20"/>
                <w:szCs w:val="20"/>
              </w:rPr>
            </w:pPr>
            <w:r w:rsidRPr="00A517D6">
              <w:rPr>
                <w:rFonts w:cstheme="majorHAnsi"/>
                <w:color w:val="000000" w:themeColor="text1"/>
                <w:sz w:val="20"/>
                <w:szCs w:val="20"/>
              </w:rPr>
              <w:t>Effective Date:</w:t>
            </w:r>
          </w:p>
        </w:tc>
        <w:tc>
          <w:tcPr>
            <w:tcW w:w="1422" w:type="dxa"/>
          </w:tcPr>
          <w:p w14:paraId="2E3F2DE6" w14:textId="2C578F32" w:rsidR="009B2D58" w:rsidRPr="00A517D6"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B3569B" w14:paraId="70BA0A3F" w14:textId="77777777" w:rsidTr="00A13822">
        <w:trPr>
          <w:trHeight w:val="375"/>
          <w:jc w:val="center"/>
        </w:trPr>
        <w:tc>
          <w:tcPr>
            <w:tcW w:w="2532" w:type="dxa"/>
            <w:vMerge/>
          </w:tcPr>
          <w:p w14:paraId="03DBA7C5"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242" w:type="dxa"/>
            <w:vMerge/>
          </w:tcPr>
          <w:p w14:paraId="1CBFE4F2"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484" w:type="dxa"/>
          </w:tcPr>
          <w:p w14:paraId="08BECA1F" w14:textId="77777777" w:rsidR="009B2D58" w:rsidRPr="00A517D6" w:rsidRDefault="009B2D58" w:rsidP="009B2D58">
            <w:pPr>
              <w:pStyle w:val="NoSpacing"/>
              <w:jc w:val="center"/>
              <w:rPr>
                <w:rFonts w:cstheme="majorHAnsi"/>
                <w:color w:val="000000" w:themeColor="text1"/>
                <w:sz w:val="20"/>
                <w:szCs w:val="20"/>
              </w:rPr>
            </w:pPr>
            <w:r w:rsidRPr="00A517D6">
              <w:rPr>
                <w:rFonts w:cstheme="majorHAnsi"/>
                <w:color w:val="000000" w:themeColor="text1"/>
                <w:sz w:val="20"/>
                <w:szCs w:val="20"/>
              </w:rPr>
              <w:t>Next Revision Date:</w:t>
            </w:r>
          </w:p>
        </w:tc>
        <w:tc>
          <w:tcPr>
            <w:tcW w:w="1422" w:type="dxa"/>
          </w:tcPr>
          <w:p w14:paraId="1A5CAF33" w14:textId="17D6F075" w:rsidR="009B2D58" w:rsidRPr="00A517D6"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A13822" w:rsidRPr="00B3569B" w14:paraId="2F9C8D1F" w14:textId="77777777" w:rsidTr="00A13822">
        <w:trPr>
          <w:trHeight w:val="182"/>
          <w:jc w:val="center"/>
        </w:trPr>
        <w:tc>
          <w:tcPr>
            <w:tcW w:w="2532" w:type="dxa"/>
            <w:vMerge/>
          </w:tcPr>
          <w:p w14:paraId="2C28011C"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242" w:type="dxa"/>
            <w:vMerge/>
          </w:tcPr>
          <w:p w14:paraId="15BF4A25"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484" w:type="dxa"/>
          </w:tcPr>
          <w:p w14:paraId="668C1F0B" w14:textId="77777777" w:rsidR="00A13822" w:rsidRPr="00A517D6" w:rsidRDefault="00A13822" w:rsidP="00A13822">
            <w:pPr>
              <w:pStyle w:val="NoSpacing"/>
              <w:jc w:val="center"/>
              <w:rPr>
                <w:rFonts w:cstheme="majorHAnsi"/>
                <w:color w:val="000000" w:themeColor="text1"/>
                <w:sz w:val="20"/>
                <w:szCs w:val="20"/>
              </w:rPr>
            </w:pPr>
            <w:r w:rsidRPr="00A517D6">
              <w:rPr>
                <w:rFonts w:cstheme="majorHAnsi"/>
                <w:color w:val="000000" w:themeColor="text1"/>
                <w:sz w:val="20"/>
                <w:szCs w:val="20"/>
              </w:rPr>
              <w:t>Function:</w:t>
            </w:r>
          </w:p>
        </w:tc>
        <w:tc>
          <w:tcPr>
            <w:tcW w:w="1422" w:type="dxa"/>
          </w:tcPr>
          <w:p w14:paraId="288FCC47" w14:textId="77777777" w:rsidR="00A13822" w:rsidRPr="00A517D6" w:rsidRDefault="00A13822" w:rsidP="00A13822">
            <w:pPr>
              <w:pStyle w:val="NoSpacing"/>
              <w:jc w:val="center"/>
              <w:rPr>
                <w:rFonts w:cstheme="majorHAnsi"/>
                <w:color w:val="000000" w:themeColor="text1"/>
                <w:sz w:val="20"/>
                <w:szCs w:val="20"/>
              </w:rPr>
            </w:pPr>
            <w:r w:rsidRPr="00A517D6">
              <w:rPr>
                <w:rFonts w:cstheme="majorHAnsi"/>
                <w:color w:val="000000" w:themeColor="text1"/>
                <w:sz w:val="20"/>
                <w:szCs w:val="20"/>
              </w:rPr>
              <w:t>Warehouse</w:t>
            </w:r>
          </w:p>
        </w:tc>
      </w:tr>
      <w:tr w:rsidR="00A13822" w:rsidRPr="00B3569B" w14:paraId="458F829B" w14:textId="77777777" w:rsidTr="00A13822">
        <w:trPr>
          <w:trHeight w:val="203"/>
          <w:jc w:val="center"/>
        </w:trPr>
        <w:tc>
          <w:tcPr>
            <w:tcW w:w="2532" w:type="dxa"/>
            <w:vMerge/>
          </w:tcPr>
          <w:p w14:paraId="23DEA31F"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242" w:type="dxa"/>
            <w:vMerge/>
          </w:tcPr>
          <w:p w14:paraId="2F24B354"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484" w:type="dxa"/>
          </w:tcPr>
          <w:p w14:paraId="2E0079E7" w14:textId="77777777" w:rsidR="00A13822" w:rsidRPr="00A517D6" w:rsidRDefault="00A13822" w:rsidP="00A13822">
            <w:pPr>
              <w:pStyle w:val="NoSpacing"/>
              <w:jc w:val="center"/>
              <w:rPr>
                <w:rFonts w:cstheme="majorHAnsi"/>
                <w:color w:val="000000" w:themeColor="text1"/>
                <w:sz w:val="20"/>
                <w:szCs w:val="20"/>
              </w:rPr>
            </w:pPr>
            <w:r w:rsidRPr="00A517D6">
              <w:rPr>
                <w:rFonts w:cstheme="majorHAnsi"/>
                <w:color w:val="000000" w:themeColor="text1"/>
                <w:sz w:val="20"/>
                <w:szCs w:val="20"/>
              </w:rPr>
              <w:t>Page:</w:t>
            </w:r>
          </w:p>
        </w:tc>
        <w:tc>
          <w:tcPr>
            <w:tcW w:w="1422" w:type="dxa"/>
          </w:tcPr>
          <w:p w14:paraId="63516B55" w14:textId="02A5EC5F" w:rsidR="00A13822" w:rsidRPr="00A517D6" w:rsidRDefault="00A13822" w:rsidP="00A13822">
            <w:pPr>
              <w:pStyle w:val="NoSpacing"/>
              <w:jc w:val="center"/>
              <w:rPr>
                <w:rFonts w:cstheme="majorHAnsi"/>
                <w:color w:val="000000" w:themeColor="text1"/>
                <w:sz w:val="20"/>
                <w:szCs w:val="20"/>
              </w:rPr>
            </w:pPr>
            <w:r w:rsidRPr="00A517D6">
              <w:rPr>
                <w:rFonts w:cstheme="majorHAnsi"/>
                <w:color w:val="000000" w:themeColor="text1"/>
                <w:sz w:val="20"/>
                <w:szCs w:val="20"/>
              </w:rPr>
              <w:t>Page 6 of 11</w:t>
            </w:r>
          </w:p>
        </w:tc>
      </w:tr>
    </w:tbl>
    <w:p w14:paraId="60F7F789" w14:textId="77777777" w:rsidR="00016F86" w:rsidRDefault="00016F86" w:rsidP="00016F86">
      <w:pPr>
        <w:spacing w:after="40" w:line="240" w:lineRule="auto"/>
        <w:ind w:left="2160" w:hanging="720"/>
        <w:rPr>
          <w:rFonts w:asciiTheme="minorHAnsi" w:hAnsiTheme="minorHAnsi" w:cstheme="majorHAnsi"/>
          <w:color w:val="000000" w:themeColor="text1"/>
        </w:rPr>
      </w:pPr>
    </w:p>
    <w:p w14:paraId="7849A8D6" w14:textId="247C4F79" w:rsidR="004D5974" w:rsidRPr="00B3569B" w:rsidRDefault="00D71AD7" w:rsidP="005024B4">
      <w:pPr>
        <w:spacing w:line="240" w:lineRule="auto"/>
        <w:ind w:left="2160" w:hanging="720"/>
        <w:rPr>
          <w:rFonts w:asciiTheme="minorHAnsi" w:hAnsiTheme="minorHAnsi" w:cstheme="majorHAnsi"/>
          <w:color w:val="000000" w:themeColor="text1"/>
        </w:rPr>
      </w:pPr>
      <w:r w:rsidRPr="00AB3C7E">
        <w:rPr>
          <w:noProof/>
          <w:sz w:val="48"/>
          <w:szCs w:val="48"/>
          <w:lang w:val="en-GB"/>
        </w:rPr>
        <w:drawing>
          <wp:anchor distT="0" distB="0" distL="114300" distR="114300" simplePos="0" relativeHeight="251640320" behindDoc="0" locked="0" layoutInCell="1" allowOverlap="1" wp14:anchorId="27C28449" wp14:editId="7A7C0140">
            <wp:simplePos x="0" y="0"/>
            <wp:positionH relativeFrom="column">
              <wp:posOffset>-106680</wp:posOffset>
            </wp:positionH>
            <wp:positionV relativeFrom="paragraph">
              <wp:posOffset>623570</wp:posOffset>
            </wp:positionV>
            <wp:extent cx="6149340" cy="2164080"/>
            <wp:effectExtent l="0" t="0" r="3810" b="7620"/>
            <wp:wrapTopAndBottom/>
            <wp:docPr id="460543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4311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49340" cy="2164080"/>
                    </a:xfrm>
                    <a:prstGeom prst="rect">
                      <a:avLst/>
                    </a:prstGeom>
                  </pic:spPr>
                </pic:pic>
              </a:graphicData>
            </a:graphic>
            <wp14:sizeRelH relativeFrom="page">
              <wp14:pctWidth>0</wp14:pctWidth>
            </wp14:sizeRelH>
            <wp14:sizeRelV relativeFrom="page">
              <wp14:pctHeight>0</wp14:pctHeight>
            </wp14:sizeRelV>
          </wp:anchor>
        </w:drawing>
      </w:r>
      <w:r w:rsidRPr="00B3569B">
        <w:rPr>
          <w:rFonts w:asciiTheme="minorHAnsi" w:hAnsiTheme="minorHAnsi" w:cstheme="majorHAnsi"/>
          <w:color w:val="000000" w:themeColor="text1"/>
        </w:rPr>
        <w:t xml:space="preserve">5.10.6 </w:t>
      </w:r>
      <w:r w:rsidR="004D5974" w:rsidRPr="00B3569B">
        <w:rPr>
          <w:rFonts w:asciiTheme="minorHAnsi" w:hAnsiTheme="minorHAnsi" w:cstheme="majorHAnsi"/>
          <w:color w:val="000000" w:themeColor="text1"/>
        </w:rPr>
        <w:tab/>
      </w:r>
      <w:r w:rsidR="003057C2" w:rsidRPr="00B3569B">
        <w:rPr>
          <w:rFonts w:asciiTheme="minorHAnsi" w:hAnsiTheme="minorHAnsi" w:cstheme="majorHAnsi"/>
          <w:color w:val="000000" w:themeColor="text1"/>
        </w:rPr>
        <w:t>Check the corresponding code line after confirming the correct number of goods received according to the code, and select Submit to complete the goods received.</w:t>
      </w:r>
    </w:p>
    <w:p w14:paraId="1F215FBD" w14:textId="2159D2DD" w:rsidR="0090054D" w:rsidRPr="00B3569B" w:rsidRDefault="00000000" w:rsidP="0090054D">
      <w:pPr>
        <w:spacing w:line="240" w:lineRule="auto"/>
        <w:ind w:left="216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5.10.7 </w:t>
      </w:r>
      <w:r w:rsidR="004D5974" w:rsidRPr="00B3569B">
        <w:rPr>
          <w:rFonts w:asciiTheme="minorHAnsi" w:hAnsiTheme="minorHAnsi" w:cstheme="majorHAnsi"/>
          <w:color w:val="000000" w:themeColor="text1"/>
        </w:rPr>
        <w:tab/>
      </w:r>
      <w:r w:rsidR="0090054D" w:rsidRPr="00B3569B">
        <w:rPr>
          <w:rFonts w:asciiTheme="minorHAnsi" w:hAnsiTheme="minorHAnsi" w:cstheme="majorHAnsi"/>
          <w:color w:val="000000" w:themeColor="text1"/>
        </w:rPr>
        <w:t xml:space="preserve">ASN </w:t>
      </w:r>
      <w:proofErr w:type="spellStart"/>
      <w:r w:rsidR="0090054D" w:rsidRPr="00B3569B">
        <w:rPr>
          <w:rFonts w:asciiTheme="minorHAnsi" w:hAnsiTheme="minorHAnsi" w:cstheme="majorHAnsi"/>
          <w:color w:val="000000" w:themeColor="text1"/>
        </w:rPr>
        <w:t>Putaway</w:t>
      </w:r>
      <w:proofErr w:type="spellEnd"/>
      <w:r w:rsidR="0090054D" w:rsidRPr="00B3569B">
        <w:rPr>
          <w:rFonts w:asciiTheme="minorHAnsi" w:hAnsiTheme="minorHAnsi" w:cstheme="majorHAnsi"/>
          <w:color w:val="000000" w:themeColor="text1"/>
        </w:rPr>
        <w:t xml:space="preserve"> - In the ASN shelf interface, select the corresponding document status or input document at External Receipt for searching.</w:t>
      </w:r>
    </w:p>
    <w:p w14:paraId="5ECC0717" w14:textId="036D1ADC" w:rsidR="004D5974" w:rsidRPr="00B3569B" w:rsidRDefault="00016F86" w:rsidP="005024B4">
      <w:pPr>
        <w:spacing w:line="240" w:lineRule="auto"/>
        <w:ind w:left="2160" w:hanging="720"/>
        <w:rPr>
          <w:rFonts w:asciiTheme="minorHAnsi" w:hAnsiTheme="minorHAnsi" w:cstheme="majorHAnsi"/>
          <w:color w:val="000000" w:themeColor="text1"/>
        </w:rPr>
      </w:pPr>
      <w:r w:rsidRPr="00AB3C7E">
        <w:rPr>
          <w:noProof/>
          <w:sz w:val="48"/>
          <w:szCs w:val="48"/>
          <w:lang w:val="en-GB"/>
        </w:rPr>
        <w:drawing>
          <wp:anchor distT="0" distB="0" distL="114300" distR="114300" simplePos="0" relativeHeight="251641344" behindDoc="0" locked="0" layoutInCell="1" allowOverlap="1" wp14:anchorId="06766E12" wp14:editId="0248EFE3">
            <wp:simplePos x="0" y="0"/>
            <wp:positionH relativeFrom="column">
              <wp:posOffset>-137160</wp:posOffset>
            </wp:positionH>
            <wp:positionV relativeFrom="paragraph">
              <wp:posOffset>10160</wp:posOffset>
            </wp:positionV>
            <wp:extent cx="6164580" cy="2057400"/>
            <wp:effectExtent l="0" t="0" r="7620" b="0"/>
            <wp:wrapNone/>
            <wp:docPr id="789966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96697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6339" cy="2057987"/>
                    </a:xfrm>
                    <a:prstGeom prst="rect">
                      <a:avLst/>
                    </a:prstGeom>
                  </pic:spPr>
                </pic:pic>
              </a:graphicData>
            </a:graphic>
            <wp14:sizeRelH relativeFrom="page">
              <wp14:pctWidth>0</wp14:pctWidth>
            </wp14:sizeRelH>
            <wp14:sizeRelV relativeFrom="page">
              <wp14:pctHeight>0</wp14:pctHeight>
            </wp14:sizeRelV>
          </wp:anchor>
        </w:drawing>
      </w:r>
    </w:p>
    <w:p w14:paraId="27DA7A23" w14:textId="05FAD940" w:rsidR="0090054D" w:rsidRPr="00B3569B" w:rsidRDefault="0090054D" w:rsidP="005024B4">
      <w:pPr>
        <w:spacing w:line="240" w:lineRule="auto"/>
        <w:ind w:left="2160" w:hanging="720"/>
        <w:rPr>
          <w:rFonts w:asciiTheme="minorHAnsi" w:hAnsiTheme="minorHAnsi" w:cstheme="majorHAnsi"/>
          <w:color w:val="000000" w:themeColor="text1"/>
        </w:rPr>
      </w:pPr>
    </w:p>
    <w:p w14:paraId="3CE65B00" w14:textId="77777777" w:rsidR="0090054D" w:rsidRPr="00B3569B" w:rsidRDefault="0090054D" w:rsidP="005024B4">
      <w:pPr>
        <w:spacing w:line="240" w:lineRule="auto"/>
        <w:ind w:left="2160" w:hanging="720"/>
        <w:rPr>
          <w:rFonts w:asciiTheme="minorHAnsi" w:hAnsiTheme="minorHAnsi" w:cstheme="majorHAnsi"/>
          <w:color w:val="000000" w:themeColor="text1"/>
        </w:rPr>
      </w:pPr>
    </w:p>
    <w:p w14:paraId="1CCCE0C8" w14:textId="77777777" w:rsidR="0090054D" w:rsidRPr="00B3569B" w:rsidRDefault="0090054D" w:rsidP="005024B4">
      <w:pPr>
        <w:spacing w:line="240" w:lineRule="auto"/>
        <w:ind w:left="2160" w:hanging="720"/>
        <w:rPr>
          <w:rFonts w:asciiTheme="minorHAnsi" w:hAnsiTheme="minorHAnsi" w:cstheme="majorHAnsi"/>
          <w:color w:val="000000" w:themeColor="text1"/>
        </w:rPr>
      </w:pPr>
    </w:p>
    <w:p w14:paraId="4FF12805" w14:textId="77777777" w:rsidR="0090054D" w:rsidRPr="00B3569B" w:rsidRDefault="0090054D" w:rsidP="005024B4">
      <w:pPr>
        <w:spacing w:line="240" w:lineRule="auto"/>
        <w:ind w:left="2160" w:hanging="720"/>
        <w:rPr>
          <w:rFonts w:asciiTheme="minorHAnsi" w:hAnsiTheme="minorHAnsi" w:cstheme="majorHAnsi"/>
          <w:color w:val="000000" w:themeColor="text1"/>
        </w:rPr>
      </w:pPr>
    </w:p>
    <w:p w14:paraId="1B14770D" w14:textId="77777777" w:rsidR="0090054D" w:rsidRPr="00B3569B" w:rsidRDefault="0090054D" w:rsidP="005024B4">
      <w:pPr>
        <w:spacing w:line="240" w:lineRule="auto"/>
        <w:ind w:left="2160" w:hanging="720"/>
        <w:rPr>
          <w:rFonts w:asciiTheme="minorHAnsi" w:hAnsiTheme="minorHAnsi" w:cstheme="majorHAnsi"/>
          <w:color w:val="000000" w:themeColor="text1"/>
        </w:rPr>
      </w:pPr>
    </w:p>
    <w:p w14:paraId="44AF2AEC" w14:textId="77777777" w:rsidR="0090054D" w:rsidRPr="00B3569B" w:rsidRDefault="0090054D" w:rsidP="005024B4">
      <w:pPr>
        <w:spacing w:line="240" w:lineRule="auto"/>
        <w:ind w:left="2160" w:hanging="720"/>
        <w:rPr>
          <w:rFonts w:asciiTheme="minorHAnsi" w:hAnsiTheme="minorHAnsi" w:cstheme="majorHAnsi"/>
          <w:color w:val="000000" w:themeColor="text1"/>
        </w:rPr>
      </w:pPr>
    </w:p>
    <w:p w14:paraId="5FDDDCE7" w14:textId="77777777" w:rsidR="00016F86" w:rsidRDefault="00016F86" w:rsidP="005024B4">
      <w:pPr>
        <w:spacing w:line="240" w:lineRule="auto"/>
        <w:ind w:left="2160" w:hanging="720"/>
        <w:rPr>
          <w:rFonts w:asciiTheme="minorHAnsi" w:hAnsiTheme="minorHAnsi" w:cstheme="majorHAnsi"/>
          <w:color w:val="000000" w:themeColor="text1"/>
        </w:rPr>
      </w:pPr>
    </w:p>
    <w:tbl>
      <w:tblPr>
        <w:tblW w:w="9680" w:type="dxa"/>
        <w:tblLook w:val="04A0" w:firstRow="1" w:lastRow="0" w:firstColumn="1" w:lastColumn="0" w:noHBand="0" w:noVBand="1"/>
      </w:tblPr>
      <w:tblGrid>
        <w:gridCol w:w="3519"/>
        <w:gridCol w:w="2845"/>
        <w:gridCol w:w="1658"/>
        <w:gridCol w:w="1658"/>
      </w:tblGrid>
      <w:tr w:rsidR="00D71AD7" w:rsidRPr="006A014C" w14:paraId="0612477D" w14:textId="77777777" w:rsidTr="00C808CC">
        <w:trPr>
          <w:trHeight w:val="284"/>
        </w:trPr>
        <w:tc>
          <w:tcPr>
            <w:tcW w:w="3519" w:type="dxa"/>
            <w:tcBorders>
              <w:top w:val="single" w:sz="4" w:space="0" w:color="auto"/>
              <w:left w:val="single" w:sz="4" w:space="0" w:color="auto"/>
              <w:bottom w:val="single" w:sz="4" w:space="0" w:color="auto"/>
              <w:right w:val="single" w:sz="4" w:space="0" w:color="auto"/>
            </w:tcBorders>
            <w:noWrap/>
            <w:vAlign w:val="center"/>
            <w:hideMark/>
          </w:tcPr>
          <w:p w14:paraId="2594B235" w14:textId="77777777" w:rsidR="00D71AD7" w:rsidRPr="006A014C" w:rsidRDefault="00D71AD7"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845" w:type="dxa"/>
            <w:tcBorders>
              <w:top w:val="single" w:sz="4" w:space="0" w:color="auto"/>
              <w:left w:val="nil"/>
              <w:bottom w:val="single" w:sz="4" w:space="0" w:color="auto"/>
              <w:right w:val="single" w:sz="4" w:space="0" w:color="auto"/>
            </w:tcBorders>
            <w:noWrap/>
            <w:vAlign w:val="center"/>
            <w:hideMark/>
          </w:tcPr>
          <w:p w14:paraId="54857012" w14:textId="77777777" w:rsidR="00D71AD7" w:rsidRPr="006A014C" w:rsidRDefault="00D71AD7"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58" w:type="dxa"/>
            <w:tcBorders>
              <w:top w:val="single" w:sz="4" w:space="0" w:color="auto"/>
              <w:left w:val="nil"/>
              <w:bottom w:val="single" w:sz="4" w:space="0" w:color="auto"/>
              <w:right w:val="single" w:sz="4" w:space="0" w:color="auto"/>
            </w:tcBorders>
            <w:noWrap/>
            <w:vAlign w:val="center"/>
            <w:hideMark/>
          </w:tcPr>
          <w:p w14:paraId="1E29540F" w14:textId="77777777" w:rsidR="00D71AD7" w:rsidRPr="006A014C" w:rsidRDefault="00D71AD7"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tcBorders>
              <w:top w:val="single" w:sz="4" w:space="0" w:color="auto"/>
              <w:left w:val="nil"/>
              <w:bottom w:val="single" w:sz="4" w:space="0" w:color="auto"/>
              <w:right w:val="single" w:sz="4" w:space="0" w:color="auto"/>
            </w:tcBorders>
            <w:noWrap/>
            <w:vAlign w:val="center"/>
            <w:hideMark/>
          </w:tcPr>
          <w:p w14:paraId="328A7E0B" w14:textId="77777777" w:rsidR="00D71AD7" w:rsidRPr="006A014C" w:rsidRDefault="00D71AD7"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6A014C" w14:paraId="6DCD8410" w14:textId="77777777" w:rsidTr="00C808CC">
        <w:trPr>
          <w:trHeight w:val="454"/>
        </w:trPr>
        <w:tc>
          <w:tcPr>
            <w:tcW w:w="3519" w:type="dxa"/>
            <w:tcBorders>
              <w:top w:val="nil"/>
              <w:left w:val="single" w:sz="4" w:space="0" w:color="auto"/>
              <w:bottom w:val="single" w:sz="4" w:space="0" w:color="auto"/>
              <w:right w:val="single" w:sz="4" w:space="0" w:color="auto"/>
            </w:tcBorders>
            <w:noWrap/>
            <w:vAlign w:val="center"/>
            <w:hideMark/>
          </w:tcPr>
          <w:p w14:paraId="064D3193"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845" w:type="dxa"/>
            <w:tcBorders>
              <w:top w:val="nil"/>
              <w:left w:val="nil"/>
              <w:bottom w:val="single" w:sz="4" w:space="0" w:color="auto"/>
              <w:right w:val="single" w:sz="4" w:space="0" w:color="auto"/>
            </w:tcBorders>
            <w:noWrap/>
            <w:vAlign w:val="center"/>
            <w:hideMark/>
          </w:tcPr>
          <w:p w14:paraId="5A73797E" w14:textId="382E3A3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1B08AD3E"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36EAEE87"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0759EF32" w14:textId="77777777" w:rsidTr="00C808CC">
        <w:trPr>
          <w:trHeight w:val="454"/>
        </w:trPr>
        <w:tc>
          <w:tcPr>
            <w:tcW w:w="3519" w:type="dxa"/>
            <w:tcBorders>
              <w:top w:val="nil"/>
              <w:left w:val="single" w:sz="4" w:space="0" w:color="auto"/>
              <w:bottom w:val="single" w:sz="4" w:space="0" w:color="auto"/>
              <w:right w:val="single" w:sz="4" w:space="0" w:color="auto"/>
            </w:tcBorders>
            <w:noWrap/>
            <w:vAlign w:val="center"/>
            <w:hideMark/>
          </w:tcPr>
          <w:p w14:paraId="00503D8C"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845" w:type="dxa"/>
            <w:tcBorders>
              <w:top w:val="nil"/>
              <w:left w:val="nil"/>
              <w:bottom w:val="single" w:sz="4" w:space="0" w:color="auto"/>
              <w:right w:val="single" w:sz="4" w:space="0" w:color="auto"/>
            </w:tcBorders>
            <w:noWrap/>
            <w:vAlign w:val="center"/>
            <w:hideMark/>
          </w:tcPr>
          <w:p w14:paraId="2155CE59" w14:textId="17CD1E69"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73D9DF6F"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085D88E8"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460E2A13" w14:textId="77777777" w:rsidTr="00C808CC">
        <w:trPr>
          <w:trHeight w:val="454"/>
        </w:trPr>
        <w:tc>
          <w:tcPr>
            <w:tcW w:w="3519" w:type="dxa"/>
            <w:tcBorders>
              <w:top w:val="nil"/>
              <w:left w:val="single" w:sz="4" w:space="0" w:color="auto"/>
              <w:bottom w:val="single" w:sz="4" w:space="0" w:color="auto"/>
              <w:right w:val="single" w:sz="4" w:space="0" w:color="auto"/>
            </w:tcBorders>
            <w:noWrap/>
            <w:vAlign w:val="center"/>
            <w:hideMark/>
          </w:tcPr>
          <w:p w14:paraId="203A0C82"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845" w:type="dxa"/>
            <w:tcBorders>
              <w:top w:val="nil"/>
              <w:left w:val="nil"/>
              <w:bottom w:val="single" w:sz="4" w:space="0" w:color="auto"/>
              <w:right w:val="single" w:sz="4" w:space="0" w:color="auto"/>
            </w:tcBorders>
            <w:noWrap/>
            <w:vAlign w:val="center"/>
            <w:hideMark/>
          </w:tcPr>
          <w:p w14:paraId="6DFEABAB" w14:textId="2F8436A8"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5E0CB428"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2868583F"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bl>
    <w:p w14:paraId="3FC62C13" w14:textId="77777777" w:rsidR="00016F86" w:rsidRDefault="00016F86" w:rsidP="005024B4">
      <w:pPr>
        <w:spacing w:line="240" w:lineRule="auto"/>
        <w:ind w:left="2160" w:hanging="720"/>
        <w:rPr>
          <w:rFonts w:asciiTheme="minorHAnsi" w:hAnsiTheme="minorHAnsi" w:cstheme="majorHAnsi"/>
          <w:color w:val="000000" w:themeColor="text1"/>
        </w:rPr>
      </w:pPr>
    </w:p>
    <w:tbl>
      <w:tblPr>
        <w:tblW w:w="10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1"/>
        <w:gridCol w:w="4172"/>
        <w:gridCol w:w="1986"/>
        <w:gridCol w:w="1438"/>
      </w:tblGrid>
      <w:tr w:rsidR="00C95D35" w:rsidRPr="00B3569B" w14:paraId="7226D5DE" w14:textId="77777777" w:rsidTr="00C95D35">
        <w:trPr>
          <w:trHeight w:val="624"/>
          <w:jc w:val="center"/>
        </w:trPr>
        <w:tc>
          <w:tcPr>
            <w:tcW w:w="2491" w:type="dxa"/>
            <w:vMerge w:val="restart"/>
          </w:tcPr>
          <w:p w14:paraId="008EE98E" w14:textId="37F965A7" w:rsidR="001113B6" w:rsidRPr="00B3569B" w:rsidRDefault="00313B54" w:rsidP="00C808CC">
            <w:pPr>
              <w:spacing w:line="240" w:lineRule="auto"/>
              <w:jc w:val="center"/>
              <w:rPr>
                <w:rFonts w:asciiTheme="minorHAnsi" w:hAnsiTheme="minorHAnsi" w:cstheme="majorHAnsi"/>
                <w:color w:val="000000" w:themeColor="text1"/>
              </w:rPr>
            </w:pPr>
            <w:r>
              <w:rPr>
                <w:noProof/>
              </w:rPr>
              <w:drawing>
                <wp:anchor distT="0" distB="0" distL="114300" distR="114300" simplePos="0" relativeHeight="251674112" behindDoc="0" locked="0" layoutInCell="1" allowOverlap="1" wp14:anchorId="75BD8DE8" wp14:editId="318317B2">
                  <wp:simplePos x="0" y="0"/>
                  <wp:positionH relativeFrom="column">
                    <wp:posOffset>2540</wp:posOffset>
                  </wp:positionH>
                  <wp:positionV relativeFrom="paragraph">
                    <wp:posOffset>368300</wp:posOffset>
                  </wp:positionV>
                  <wp:extent cx="1341120" cy="632460"/>
                  <wp:effectExtent l="0" t="0" r="0" b="0"/>
                  <wp:wrapTopAndBottom/>
                  <wp:docPr id="379759428"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341120" cy="6324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172" w:type="dxa"/>
          </w:tcPr>
          <w:p w14:paraId="05A2AA55" w14:textId="77777777" w:rsidR="001113B6" w:rsidRPr="00B3569B" w:rsidRDefault="001113B6" w:rsidP="00C808C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986" w:type="dxa"/>
          </w:tcPr>
          <w:p w14:paraId="4C6D25C4" w14:textId="77777777" w:rsidR="001113B6" w:rsidRPr="00B3569B" w:rsidRDefault="001113B6" w:rsidP="00C808CC">
            <w:pPr>
              <w:pStyle w:val="NoSpacing"/>
              <w:jc w:val="center"/>
              <w:rPr>
                <w:rFonts w:cstheme="majorHAnsi"/>
                <w:color w:val="000000" w:themeColor="text1"/>
              </w:rPr>
            </w:pPr>
            <w:r w:rsidRPr="00B3569B">
              <w:rPr>
                <w:rFonts w:cstheme="majorHAnsi"/>
                <w:color w:val="000000" w:themeColor="text1"/>
              </w:rPr>
              <w:t>Document ID:</w:t>
            </w:r>
          </w:p>
        </w:tc>
        <w:tc>
          <w:tcPr>
            <w:tcW w:w="1438" w:type="dxa"/>
          </w:tcPr>
          <w:p w14:paraId="124EBFF5" w14:textId="77777777" w:rsidR="001113B6" w:rsidRPr="00B3569B" w:rsidRDefault="001113B6" w:rsidP="00C808CC">
            <w:pPr>
              <w:pStyle w:val="NoSpacing"/>
              <w:jc w:val="center"/>
              <w:rPr>
                <w:rFonts w:cstheme="majorHAnsi"/>
                <w:color w:val="000000" w:themeColor="text1"/>
              </w:rPr>
            </w:pPr>
            <w:r w:rsidRPr="00B3569B">
              <w:rPr>
                <w:rFonts w:cstheme="majorHAnsi"/>
                <w:color w:val="000000" w:themeColor="text1"/>
              </w:rPr>
              <w:t>SMSA-HW01</w:t>
            </w:r>
          </w:p>
        </w:tc>
      </w:tr>
      <w:tr w:rsidR="009B2D58" w:rsidRPr="00B3569B" w14:paraId="03D0A92B" w14:textId="77777777" w:rsidTr="00C95D35">
        <w:trPr>
          <w:trHeight w:val="378"/>
          <w:jc w:val="center"/>
        </w:trPr>
        <w:tc>
          <w:tcPr>
            <w:tcW w:w="2491" w:type="dxa"/>
            <w:vMerge/>
          </w:tcPr>
          <w:p w14:paraId="56E7AADF"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72" w:type="dxa"/>
            <w:vMerge w:val="restart"/>
          </w:tcPr>
          <w:p w14:paraId="1093055B" w14:textId="77777777" w:rsidR="009B2D58" w:rsidRPr="00B3569B" w:rsidRDefault="009B2D58" w:rsidP="009B2D58">
            <w:pPr>
              <w:spacing w:line="240" w:lineRule="auto"/>
              <w:jc w:val="center"/>
              <w:rPr>
                <w:rFonts w:asciiTheme="minorHAnsi" w:hAnsiTheme="minorHAnsi" w:cstheme="majorHAnsi"/>
                <w:b/>
                <w:color w:val="000000" w:themeColor="text1"/>
              </w:rPr>
            </w:pPr>
          </w:p>
          <w:p w14:paraId="73412D73"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986" w:type="dxa"/>
          </w:tcPr>
          <w:p w14:paraId="26799A3A" w14:textId="77777777" w:rsidR="009B2D58" w:rsidRPr="00313B54" w:rsidRDefault="009B2D58" w:rsidP="009B2D58">
            <w:pPr>
              <w:pStyle w:val="NoSpacing"/>
              <w:jc w:val="center"/>
              <w:rPr>
                <w:rFonts w:cstheme="majorHAnsi"/>
                <w:color w:val="000000" w:themeColor="text1"/>
                <w:sz w:val="20"/>
                <w:szCs w:val="20"/>
              </w:rPr>
            </w:pPr>
            <w:r w:rsidRPr="00313B54">
              <w:rPr>
                <w:rFonts w:cstheme="majorHAnsi"/>
                <w:color w:val="000000" w:themeColor="text1"/>
                <w:sz w:val="20"/>
                <w:szCs w:val="20"/>
              </w:rPr>
              <w:t>Revision No:</w:t>
            </w:r>
          </w:p>
        </w:tc>
        <w:tc>
          <w:tcPr>
            <w:tcW w:w="1438" w:type="dxa"/>
          </w:tcPr>
          <w:p w14:paraId="221E69E1" w14:textId="751CF278" w:rsidR="009B2D58" w:rsidRPr="00313B54"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B3569B" w14:paraId="1550976C" w14:textId="77777777" w:rsidTr="00C95D35">
        <w:trPr>
          <w:trHeight w:val="413"/>
          <w:jc w:val="center"/>
        </w:trPr>
        <w:tc>
          <w:tcPr>
            <w:tcW w:w="2491" w:type="dxa"/>
            <w:vMerge/>
          </w:tcPr>
          <w:p w14:paraId="76F69495"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72" w:type="dxa"/>
            <w:vMerge/>
          </w:tcPr>
          <w:p w14:paraId="6CAF20A5"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986" w:type="dxa"/>
          </w:tcPr>
          <w:p w14:paraId="15845859" w14:textId="77777777" w:rsidR="009B2D58" w:rsidRPr="00313B54" w:rsidRDefault="009B2D58" w:rsidP="009B2D58">
            <w:pPr>
              <w:pStyle w:val="NoSpacing"/>
              <w:jc w:val="center"/>
              <w:rPr>
                <w:rFonts w:cstheme="majorHAnsi"/>
                <w:color w:val="000000" w:themeColor="text1"/>
                <w:sz w:val="20"/>
                <w:szCs w:val="20"/>
              </w:rPr>
            </w:pPr>
            <w:r w:rsidRPr="00313B54">
              <w:rPr>
                <w:rFonts w:cstheme="majorHAnsi"/>
                <w:color w:val="000000" w:themeColor="text1"/>
                <w:sz w:val="20"/>
                <w:szCs w:val="20"/>
              </w:rPr>
              <w:t>Effective Date:</w:t>
            </w:r>
          </w:p>
        </w:tc>
        <w:tc>
          <w:tcPr>
            <w:tcW w:w="1438" w:type="dxa"/>
          </w:tcPr>
          <w:p w14:paraId="113E124C" w14:textId="6AD9C57B" w:rsidR="009B2D58" w:rsidRPr="00313B54"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B3569B" w14:paraId="66B98770" w14:textId="77777777" w:rsidTr="00C95D35">
        <w:trPr>
          <w:trHeight w:val="375"/>
          <w:jc w:val="center"/>
        </w:trPr>
        <w:tc>
          <w:tcPr>
            <w:tcW w:w="2491" w:type="dxa"/>
            <w:vMerge/>
          </w:tcPr>
          <w:p w14:paraId="4FCDCB59"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72" w:type="dxa"/>
            <w:vMerge/>
          </w:tcPr>
          <w:p w14:paraId="24FEE941"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986" w:type="dxa"/>
          </w:tcPr>
          <w:p w14:paraId="624726DF" w14:textId="77777777" w:rsidR="009B2D58" w:rsidRPr="00313B54" w:rsidRDefault="009B2D58" w:rsidP="009B2D58">
            <w:pPr>
              <w:pStyle w:val="NoSpacing"/>
              <w:jc w:val="center"/>
              <w:rPr>
                <w:rFonts w:cstheme="majorHAnsi"/>
                <w:color w:val="000000" w:themeColor="text1"/>
                <w:sz w:val="20"/>
                <w:szCs w:val="20"/>
              </w:rPr>
            </w:pPr>
            <w:r w:rsidRPr="00313B54">
              <w:rPr>
                <w:rFonts w:cstheme="majorHAnsi"/>
                <w:color w:val="000000" w:themeColor="text1"/>
                <w:sz w:val="20"/>
                <w:szCs w:val="20"/>
              </w:rPr>
              <w:t>Next Revision Date:</w:t>
            </w:r>
          </w:p>
        </w:tc>
        <w:tc>
          <w:tcPr>
            <w:tcW w:w="1438" w:type="dxa"/>
          </w:tcPr>
          <w:p w14:paraId="5EAB250F" w14:textId="43D6962E" w:rsidR="009B2D58" w:rsidRPr="00313B54"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A13822" w:rsidRPr="00B3569B" w14:paraId="3013CEF6" w14:textId="77777777" w:rsidTr="00C95D35">
        <w:trPr>
          <w:trHeight w:val="182"/>
          <w:jc w:val="center"/>
        </w:trPr>
        <w:tc>
          <w:tcPr>
            <w:tcW w:w="2491" w:type="dxa"/>
            <w:vMerge/>
          </w:tcPr>
          <w:p w14:paraId="768DCF77"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72" w:type="dxa"/>
            <w:vMerge/>
          </w:tcPr>
          <w:p w14:paraId="395D0B22"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986" w:type="dxa"/>
          </w:tcPr>
          <w:p w14:paraId="4180D76A" w14:textId="77777777" w:rsidR="00A13822" w:rsidRPr="00313B54" w:rsidRDefault="00A13822" w:rsidP="00A13822">
            <w:pPr>
              <w:pStyle w:val="NoSpacing"/>
              <w:jc w:val="center"/>
              <w:rPr>
                <w:rFonts w:cstheme="majorHAnsi"/>
                <w:color w:val="000000" w:themeColor="text1"/>
                <w:sz w:val="20"/>
                <w:szCs w:val="20"/>
              </w:rPr>
            </w:pPr>
            <w:r w:rsidRPr="00313B54">
              <w:rPr>
                <w:rFonts w:cstheme="majorHAnsi"/>
                <w:color w:val="000000" w:themeColor="text1"/>
                <w:sz w:val="20"/>
                <w:szCs w:val="20"/>
              </w:rPr>
              <w:t>Function:</w:t>
            </w:r>
          </w:p>
        </w:tc>
        <w:tc>
          <w:tcPr>
            <w:tcW w:w="1438" w:type="dxa"/>
          </w:tcPr>
          <w:p w14:paraId="06D4E2F7" w14:textId="77777777" w:rsidR="00A13822" w:rsidRPr="00313B54" w:rsidRDefault="00A13822" w:rsidP="00A13822">
            <w:pPr>
              <w:pStyle w:val="NoSpacing"/>
              <w:jc w:val="center"/>
              <w:rPr>
                <w:rFonts w:cstheme="majorHAnsi"/>
                <w:color w:val="000000" w:themeColor="text1"/>
                <w:sz w:val="20"/>
                <w:szCs w:val="20"/>
              </w:rPr>
            </w:pPr>
            <w:r w:rsidRPr="00313B54">
              <w:rPr>
                <w:rFonts w:cstheme="majorHAnsi"/>
                <w:color w:val="000000" w:themeColor="text1"/>
                <w:sz w:val="20"/>
                <w:szCs w:val="20"/>
              </w:rPr>
              <w:t>Warehouse</w:t>
            </w:r>
          </w:p>
        </w:tc>
      </w:tr>
      <w:tr w:rsidR="00A13822" w:rsidRPr="00B3569B" w14:paraId="1BD4302D" w14:textId="77777777" w:rsidTr="00C95D35">
        <w:trPr>
          <w:trHeight w:val="203"/>
          <w:jc w:val="center"/>
        </w:trPr>
        <w:tc>
          <w:tcPr>
            <w:tcW w:w="2491" w:type="dxa"/>
            <w:vMerge/>
          </w:tcPr>
          <w:p w14:paraId="02F773CF"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72" w:type="dxa"/>
            <w:vMerge/>
          </w:tcPr>
          <w:p w14:paraId="6A2287C4"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986" w:type="dxa"/>
          </w:tcPr>
          <w:p w14:paraId="49BF538E" w14:textId="77777777" w:rsidR="00A13822" w:rsidRPr="00313B54" w:rsidRDefault="00A13822" w:rsidP="00A13822">
            <w:pPr>
              <w:pStyle w:val="NoSpacing"/>
              <w:jc w:val="center"/>
              <w:rPr>
                <w:rFonts w:cstheme="majorHAnsi"/>
                <w:color w:val="000000" w:themeColor="text1"/>
                <w:sz w:val="20"/>
                <w:szCs w:val="20"/>
              </w:rPr>
            </w:pPr>
            <w:r w:rsidRPr="00313B54">
              <w:rPr>
                <w:rFonts w:cstheme="majorHAnsi"/>
                <w:color w:val="000000" w:themeColor="text1"/>
                <w:sz w:val="20"/>
                <w:szCs w:val="20"/>
              </w:rPr>
              <w:t>Page:</w:t>
            </w:r>
          </w:p>
        </w:tc>
        <w:tc>
          <w:tcPr>
            <w:tcW w:w="1438" w:type="dxa"/>
          </w:tcPr>
          <w:p w14:paraId="4BF547E6" w14:textId="27BCD1CB" w:rsidR="00A13822" w:rsidRPr="00313B54" w:rsidRDefault="00A13822" w:rsidP="00A13822">
            <w:pPr>
              <w:pStyle w:val="NoSpacing"/>
              <w:jc w:val="center"/>
              <w:rPr>
                <w:rFonts w:cstheme="majorHAnsi"/>
                <w:color w:val="000000" w:themeColor="text1"/>
                <w:sz w:val="20"/>
                <w:szCs w:val="20"/>
              </w:rPr>
            </w:pPr>
            <w:r w:rsidRPr="00313B54">
              <w:rPr>
                <w:rFonts w:cstheme="majorHAnsi"/>
                <w:color w:val="000000" w:themeColor="text1"/>
                <w:sz w:val="20"/>
                <w:szCs w:val="20"/>
              </w:rPr>
              <w:t>Page 7 of 11</w:t>
            </w:r>
          </w:p>
        </w:tc>
      </w:tr>
    </w:tbl>
    <w:p w14:paraId="294D9C50" w14:textId="77777777" w:rsidR="001113B6" w:rsidRDefault="001113B6" w:rsidP="001113B6">
      <w:pPr>
        <w:spacing w:after="0" w:line="240" w:lineRule="auto"/>
        <w:ind w:left="2160" w:hanging="720"/>
        <w:rPr>
          <w:rFonts w:asciiTheme="minorHAnsi" w:hAnsiTheme="minorHAnsi" w:cstheme="majorHAnsi"/>
          <w:color w:val="000000" w:themeColor="text1"/>
        </w:rPr>
      </w:pPr>
    </w:p>
    <w:p w14:paraId="119417A6" w14:textId="70CC0FB7" w:rsidR="004D5974" w:rsidRPr="00B3569B" w:rsidRDefault="001113B6" w:rsidP="001113B6">
      <w:pPr>
        <w:spacing w:after="0" w:line="240" w:lineRule="auto"/>
        <w:ind w:left="2160" w:hanging="720"/>
        <w:rPr>
          <w:rFonts w:asciiTheme="minorHAnsi" w:hAnsiTheme="minorHAnsi" w:cstheme="majorHAnsi"/>
          <w:color w:val="000000" w:themeColor="text1"/>
        </w:rPr>
      </w:pPr>
      <w:r w:rsidRPr="00AB3C7E">
        <w:rPr>
          <w:noProof/>
          <w:sz w:val="48"/>
          <w:szCs w:val="48"/>
          <w:lang w:val="en-GB"/>
        </w:rPr>
        <w:drawing>
          <wp:anchor distT="0" distB="0" distL="114300" distR="114300" simplePos="0" relativeHeight="251642368" behindDoc="0" locked="0" layoutInCell="1" allowOverlap="1" wp14:anchorId="06023710" wp14:editId="43277FDA">
            <wp:simplePos x="0" y="0"/>
            <wp:positionH relativeFrom="column">
              <wp:posOffset>-83820</wp:posOffset>
            </wp:positionH>
            <wp:positionV relativeFrom="paragraph">
              <wp:posOffset>427990</wp:posOffset>
            </wp:positionV>
            <wp:extent cx="6134100" cy="2278380"/>
            <wp:effectExtent l="0" t="0" r="0" b="7620"/>
            <wp:wrapTopAndBottom/>
            <wp:docPr id="1106768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6865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34100" cy="2278380"/>
                    </a:xfrm>
                    <a:prstGeom prst="rect">
                      <a:avLst/>
                    </a:prstGeom>
                  </pic:spPr>
                </pic:pic>
              </a:graphicData>
            </a:graphic>
            <wp14:sizeRelH relativeFrom="page">
              <wp14:pctWidth>0</wp14:pctWidth>
            </wp14:sizeRelH>
            <wp14:sizeRelV relativeFrom="page">
              <wp14:pctHeight>0</wp14:pctHeight>
            </wp14:sizeRelV>
          </wp:anchor>
        </w:drawing>
      </w:r>
      <w:r w:rsidRPr="00B3569B">
        <w:rPr>
          <w:rFonts w:asciiTheme="minorHAnsi" w:hAnsiTheme="minorHAnsi" w:cstheme="majorHAnsi"/>
          <w:color w:val="000000" w:themeColor="text1"/>
        </w:rPr>
        <w:t xml:space="preserve">5.10.8 </w:t>
      </w:r>
      <w:r w:rsidR="004D5974" w:rsidRPr="00B3569B">
        <w:rPr>
          <w:rFonts w:asciiTheme="minorHAnsi" w:hAnsiTheme="minorHAnsi" w:cstheme="majorHAnsi"/>
          <w:color w:val="000000" w:themeColor="text1"/>
        </w:rPr>
        <w:tab/>
      </w:r>
      <w:r w:rsidR="006441B7" w:rsidRPr="00B3569B">
        <w:rPr>
          <w:rFonts w:asciiTheme="minorHAnsi" w:hAnsiTheme="minorHAnsi" w:cstheme="majorHAnsi"/>
          <w:color w:val="000000" w:themeColor="text1"/>
        </w:rPr>
        <w:t>Select the document that needs to be shelved and click on the printing button to print the list.</w:t>
      </w:r>
    </w:p>
    <w:p w14:paraId="25A0156B" w14:textId="77777777" w:rsidR="001113B6" w:rsidRDefault="001113B6" w:rsidP="001113B6">
      <w:pPr>
        <w:spacing w:after="0" w:line="240" w:lineRule="auto"/>
        <w:ind w:left="2160" w:hanging="720"/>
        <w:rPr>
          <w:rFonts w:asciiTheme="minorHAnsi" w:hAnsiTheme="minorHAnsi" w:cstheme="majorHAnsi"/>
          <w:color w:val="000000" w:themeColor="text1"/>
        </w:rPr>
      </w:pPr>
    </w:p>
    <w:p w14:paraId="4293E8A5" w14:textId="69DDF885" w:rsidR="00DE7F0D" w:rsidRPr="00B3569B" w:rsidRDefault="000D154E" w:rsidP="001113B6">
      <w:pPr>
        <w:spacing w:after="0" w:line="240" w:lineRule="auto"/>
        <w:ind w:left="2160" w:hanging="720"/>
        <w:rPr>
          <w:rFonts w:asciiTheme="minorHAnsi" w:hAnsiTheme="minorHAnsi" w:cstheme="majorHAnsi"/>
          <w:color w:val="000000" w:themeColor="text1"/>
        </w:rPr>
      </w:pPr>
      <w:r>
        <w:rPr>
          <w:noProof/>
        </w:rPr>
        <w:drawing>
          <wp:anchor distT="0" distB="0" distL="114300" distR="114300" simplePos="0" relativeHeight="251643392" behindDoc="0" locked="0" layoutInCell="1" allowOverlap="1" wp14:anchorId="55E28558" wp14:editId="5D60A45D">
            <wp:simplePos x="0" y="0"/>
            <wp:positionH relativeFrom="column">
              <wp:posOffset>0</wp:posOffset>
            </wp:positionH>
            <wp:positionV relativeFrom="paragraph">
              <wp:posOffset>590550</wp:posOffset>
            </wp:positionV>
            <wp:extent cx="6080760" cy="2244090"/>
            <wp:effectExtent l="0" t="0" r="0" b="3810"/>
            <wp:wrapTopAndBottom/>
            <wp:docPr id="111327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080760" cy="2244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569B">
        <w:rPr>
          <w:rFonts w:asciiTheme="minorHAnsi" w:hAnsiTheme="minorHAnsi" w:cstheme="majorHAnsi"/>
          <w:color w:val="000000" w:themeColor="text1"/>
        </w:rPr>
        <w:t xml:space="preserve">5.10.9 </w:t>
      </w:r>
      <w:r w:rsidR="004D5974" w:rsidRPr="00B3569B">
        <w:rPr>
          <w:rFonts w:asciiTheme="minorHAnsi" w:hAnsiTheme="minorHAnsi" w:cstheme="majorHAnsi"/>
          <w:color w:val="000000" w:themeColor="text1"/>
        </w:rPr>
        <w:tab/>
      </w:r>
      <w:r w:rsidR="00DE7F0D" w:rsidRPr="00B3569B">
        <w:rPr>
          <w:rFonts w:asciiTheme="minorHAnsi" w:hAnsiTheme="minorHAnsi" w:cstheme="majorHAnsi"/>
          <w:color w:val="000000" w:themeColor="text1"/>
        </w:rPr>
        <w:t>According to the current encoding in the library, the shelf listing sheet recommends the shelf storage location with the dimension of 'Item + sub-library', and the current unstocked coding is recommended to be empty.</w:t>
      </w:r>
    </w:p>
    <w:p w14:paraId="4620AF79" w14:textId="67455515" w:rsidR="00DE7F0D" w:rsidRPr="00B3569B" w:rsidRDefault="00DE7F0D" w:rsidP="001113B6">
      <w:pPr>
        <w:spacing w:after="0" w:line="240" w:lineRule="auto"/>
        <w:ind w:left="2160" w:hanging="720"/>
        <w:rPr>
          <w:rFonts w:asciiTheme="minorHAnsi" w:hAnsiTheme="minorHAnsi" w:cstheme="majorHAnsi"/>
          <w:color w:val="000000" w:themeColor="text1"/>
        </w:rPr>
      </w:pPr>
    </w:p>
    <w:tbl>
      <w:tblPr>
        <w:tblW w:w="9680" w:type="dxa"/>
        <w:tblLook w:val="04A0" w:firstRow="1" w:lastRow="0" w:firstColumn="1" w:lastColumn="0" w:noHBand="0" w:noVBand="1"/>
      </w:tblPr>
      <w:tblGrid>
        <w:gridCol w:w="3519"/>
        <w:gridCol w:w="2845"/>
        <w:gridCol w:w="1658"/>
        <w:gridCol w:w="1658"/>
      </w:tblGrid>
      <w:tr w:rsidR="000D154E" w:rsidRPr="006A014C" w14:paraId="3EADE765" w14:textId="77777777" w:rsidTr="00C808CC">
        <w:trPr>
          <w:trHeight w:val="284"/>
        </w:trPr>
        <w:tc>
          <w:tcPr>
            <w:tcW w:w="3519" w:type="dxa"/>
            <w:tcBorders>
              <w:top w:val="single" w:sz="4" w:space="0" w:color="auto"/>
              <w:left w:val="single" w:sz="4" w:space="0" w:color="auto"/>
              <w:bottom w:val="single" w:sz="4" w:space="0" w:color="auto"/>
              <w:right w:val="single" w:sz="4" w:space="0" w:color="auto"/>
            </w:tcBorders>
            <w:noWrap/>
            <w:vAlign w:val="center"/>
            <w:hideMark/>
          </w:tcPr>
          <w:p w14:paraId="1243E47A" w14:textId="77777777" w:rsidR="000D154E" w:rsidRPr="006A014C" w:rsidRDefault="000D154E"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845" w:type="dxa"/>
            <w:tcBorders>
              <w:top w:val="single" w:sz="4" w:space="0" w:color="auto"/>
              <w:left w:val="nil"/>
              <w:bottom w:val="single" w:sz="4" w:space="0" w:color="auto"/>
              <w:right w:val="single" w:sz="4" w:space="0" w:color="auto"/>
            </w:tcBorders>
            <w:noWrap/>
            <w:vAlign w:val="center"/>
            <w:hideMark/>
          </w:tcPr>
          <w:p w14:paraId="51A0E05B" w14:textId="77777777" w:rsidR="000D154E" w:rsidRPr="006A014C" w:rsidRDefault="000D154E"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58" w:type="dxa"/>
            <w:tcBorders>
              <w:top w:val="single" w:sz="4" w:space="0" w:color="auto"/>
              <w:left w:val="nil"/>
              <w:bottom w:val="single" w:sz="4" w:space="0" w:color="auto"/>
              <w:right w:val="single" w:sz="4" w:space="0" w:color="auto"/>
            </w:tcBorders>
            <w:noWrap/>
            <w:vAlign w:val="center"/>
            <w:hideMark/>
          </w:tcPr>
          <w:p w14:paraId="23CBDA34" w14:textId="77777777" w:rsidR="000D154E" w:rsidRPr="006A014C" w:rsidRDefault="000D154E"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tcBorders>
              <w:top w:val="single" w:sz="4" w:space="0" w:color="auto"/>
              <w:left w:val="nil"/>
              <w:bottom w:val="single" w:sz="4" w:space="0" w:color="auto"/>
              <w:right w:val="single" w:sz="4" w:space="0" w:color="auto"/>
            </w:tcBorders>
            <w:noWrap/>
            <w:vAlign w:val="center"/>
            <w:hideMark/>
          </w:tcPr>
          <w:p w14:paraId="5E7EB9E1" w14:textId="77777777" w:rsidR="000D154E" w:rsidRPr="006A014C" w:rsidRDefault="000D154E"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6A014C" w14:paraId="6D9FF50A" w14:textId="77777777" w:rsidTr="000D154E">
        <w:trPr>
          <w:trHeight w:val="397"/>
        </w:trPr>
        <w:tc>
          <w:tcPr>
            <w:tcW w:w="3519" w:type="dxa"/>
            <w:tcBorders>
              <w:top w:val="nil"/>
              <w:left w:val="single" w:sz="4" w:space="0" w:color="auto"/>
              <w:bottom w:val="single" w:sz="4" w:space="0" w:color="auto"/>
              <w:right w:val="single" w:sz="4" w:space="0" w:color="auto"/>
            </w:tcBorders>
            <w:noWrap/>
            <w:vAlign w:val="center"/>
            <w:hideMark/>
          </w:tcPr>
          <w:p w14:paraId="3092F4CB"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845" w:type="dxa"/>
            <w:tcBorders>
              <w:top w:val="nil"/>
              <w:left w:val="nil"/>
              <w:bottom w:val="single" w:sz="4" w:space="0" w:color="auto"/>
              <w:right w:val="single" w:sz="4" w:space="0" w:color="auto"/>
            </w:tcBorders>
            <w:noWrap/>
            <w:vAlign w:val="center"/>
            <w:hideMark/>
          </w:tcPr>
          <w:p w14:paraId="10C5E731" w14:textId="526DCE7F"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1342F54E"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0AC97526"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4E6ED26F" w14:textId="77777777" w:rsidTr="000D154E">
        <w:trPr>
          <w:trHeight w:val="397"/>
        </w:trPr>
        <w:tc>
          <w:tcPr>
            <w:tcW w:w="3519" w:type="dxa"/>
            <w:tcBorders>
              <w:top w:val="nil"/>
              <w:left w:val="single" w:sz="4" w:space="0" w:color="auto"/>
              <w:bottom w:val="single" w:sz="4" w:space="0" w:color="auto"/>
              <w:right w:val="single" w:sz="4" w:space="0" w:color="auto"/>
            </w:tcBorders>
            <w:noWrap/>
            <w:vAlign w:val="center"/>
            <w:hideMark/>
          </w:tcPr>
          <w:p w14:paraId="2C88705A"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845" w:type="dxa"/>
            <w:tcBorders>
              <w:top w:val="nil"/>
              <w:left w:val="nil"/>
              <w:bottom w:val="single" w:sz="4" w:space="0" w:color="auto"/>
              <w:right w:val="single" w:sz="4" w:space="0" w:color="auto"/>
            </w:tcBorders>
            <w:noWrap/>
            <w:vAlign w:val="center"/>
            <w:hideMark/>
          </w:tcPr>
          <w:p w14:paraId="094AFFF2" w14:textId="2C238760"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1D4992D3"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2A926D10"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106F7A61" w14:textId="77777777" w:rsidTr="000D154E">
        <w:trPr>
          <w:trHeight w:val="397"/>
        </w:trPr>
        <w:tc>
          <w:tcPr>
            <w:tcW w:w="3519" w:type="dxa"/>
            <w:tcBorders>
              <w:top w:val="nil"/>
              <w:left w:val="single" w:sz="4" w:space="0" w:color="auto"/>
              <w:bottom w:val="single" w:sz="4" w:space="0" w:color="auto"/>
              <w:right w:val="single" w:sz="4" w:space="0" w:color="auto"/>
            </w:tcBorders>
            <w:noWrap/>
            <w:vAlign w:val="center"/>
            <w:hideMark/>
          </w:tcPr>
          <w:p w14:paraId="0C8BBB14"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845" w:type="dxa"/>
            <w:tcBorders>
              <w:top w:val="nil"/>
              <w:left w:val="nil"/>
              <w:bottom w:val="single" w:sz="4" w:space="0" w:color="auto"/>
              <w:right w:val="single" w:sz="4" w:space="0" w:color="auto"/>
            </w:tcBorders>
            <w:noWrap/>
            <w:vAlign w:val="center"/>
            <w:hideMark/>
          </w:tcPr>
          <w:p w14:paraId="67949E11" w14:textId="15FBBD6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4B80EE08"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2C388C6A"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bl>
    <w:p w14:paraId="53177C6C" w14:textId="6870ABCE" w:rsidR="00DE7F0D" w:rsidRDefault="00DE7F0D" w:rsidP="00DE7F0D">
      <w:pPr>
        <w:spacing w:line="240" w:lineRule="auto"/>
        <w:ind w:left="2160" w:hanging="720"/>
        <w:rPr>
          <w:rFonts w:asciiTheme="minorHAnsi" w:hAnsiTheme="minorHAnsi" w:cstheme="majorHAnsi"/>
          <w:color w:val="000000" w:themeColor="text1"/>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4252"/>
        <w:gridCol w:w="1993"/>
        <w:gridCol w:w="1422"/>
      </w:tblGrid>
      <w:tr w:rsidR="00F71E76" w:rsidRPr="00B3569B" w14:paraId="5422D12D" w14:textId="77777777" w:rsidTr="006D5972">
        <w:trPr>
          <w:trHeight w:val="624"/>
          <w:jc w:val="center"/>
        </w:trPr>
        <w:tc>
          <w:tcPr>
            <w:tcW w:w="2562" w:type="dxa"/>
            <w:vMerge w:val="restart"/>
          </w:tcPr>
          <w:p w14:paraId="05D0BE79" w14:textId="2E748E43" w:rsidR="00F71E76" w:rsidRPr="00B3569B" w:rsidRDefault="00313B54" w:rsidP="00C808CC">
            <w:pPr>
              <w:spacing w:line="240" w:lineRule="auto"/>
              <w:jc w:val="center"/>
              <w:rPr>
                <w:rFonts w:asciiTheme="minorHAnsi" w:hAnsiTheme="minorHAnsi" w:cstheme="majorHAnsi"/>
                <w:color w:val="000000" w:themeColor="text1"/>
              </w:rPr>
            </w:pPr>
            <w:r>
              <w:rPr>
                <w:noProof/>
              </w:rPr>
              <w:drawing>
                <wp:anchor distT="0" distB="0" distL="114300" distR="114300" simplePos="0" relativeHeight="251675136" behindDoc="0" locked="0" layoutInCell="1" allowOverlap="1" wp14:anchorId="48826EA4" wp14:editId="0D30DF8F">
                  <wp:simplePos x="0" y="0"/>
                  <wp:positionH relativeFrom="column">
                    <wp:posOffset>2540</wp:posOffset>
                  </wp:positionH>
                  <wp:positionV relativeFrom="paragraph">
                    <wp:posOffset>363220</wp:posOffset>
                  </wp:positionV>
                  <wp:extent cx="1470660" cy="708660"/>
                  <wp:effectExtent l="0" t="0" r="0" b="0"/>
                  <wp:wrapTopAndBottom/>
                  <wp:docPr id="1073560999"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252" w:type="dxa"/>
          </w:tcPr>
          <w:p w14:paraId="3427DD02" w14:textId="77777777" w:rsidR="00F71E76" w:rsidRPr="00B3569B" w:rsidRDefault="00F71E76" w:rsidP="00C808C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993" w:type="dxa"/>
          </w:tcPr>
          <w:p w14:paraId="78566047" w14:textId="77777777" w:rsidR="00F71E76" w:rsidRPr="00B3569B" w:rsidRDefault="00F71E76" w:rsidP="00C808CC">
            <w:pPr>
              <w:pStyle w:val="NoSpacing"/>
              <w:jc w:val="center"/>
              <w:rPr>
                <w:rFonts w:cstheme="majorHAnsi"/>
                <w:color w:val="000000" w:themeColor="text1"/>
              </w:rPr>
            </w:pPr>
            <w:r w:rsidRPr="00B3569B">
              <w:rPr>
                <w:rFonts w:cstheme="majorHAnsi"/>
                <w:color w:val="000000" w:themeColor="text1"/>
              </w:rPr>
              <w:t>Document ID:</w:t>
            </w:r>
          </w:p>
        </w:tc>
        <w:tc>
          <w:tcPr>
            <w:tcW w:w="1422" w:type="dxa"/>
          </w:tcPr>
          <w:p w14:paraId="24B879BB" w14:textId="77777777" w:rsidR="00F71E76" w:rsidRPr="00B3569B" w:rsidRDefault="00F71E76" w:rsidP="00C808CC">
            <w:pPr>
              <w:pStyle w:val="NoSpacing"/>
              <w:jc w:val="center"/>
              <w:rPr>
                <w:rFonts w:cstheme="majorHAnsi"/>
                <w:color w:val="000000" w:themeColor="text1"/>
              </w:rPr>
            </w:pPr>
            <w:r w:rsidRPr="00B3569B">
              <w:rPr>
                <w:rFonts w:cstheme="majorHAnsi"/>
                <w:color w:val="000000" w:themeColor="text1"/>
              </w:rPr>
              <w:t>SMSA-HW01</w:t>
            </w:r>
          </w:p>
        </w:tc>
      </w:tr>
      <w:tr w:rsidR="009B2D58" w:rsidRPr="00B3569B" w14:paraId="6F14A82A" w14:textId="77777777" w:rsidTr="006D5972">
        <w:trPr>
          <w:trHeight w:val="378"/>
          <w:jc w:val="center"/>
        </w:trPr>
        <w:tc>
          <w:tcPr>
            <w:tcW w:w="2562" w:type="dxa"/>
            <w:vMerge/>
          </w:tcPr>
          <w:p w14:paraId="56BF87CF"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252" w:type="dxa"/>
            <w:vMerge w:val="restart"/>
          </w:tcPr>
          <w:p w14:paraId="0CC9EF96" w14:textId="77777777" w:rsidR="009B2D58" w:rsidRPr="00B3569B" w:rsidRDefault="009B2D58" w:rsidP="009B2D58">
            <w:pPr>
              <w:spacing w:line="240" w:lineRule="auto"/>
              <w:jc w:val="center"/>
              <w:rPr>
                <w:rFonts w:asciiTheme="minorHAnsi" w:hAnsiTheme="minorHAnsi" w:cstheme="majorHAnsi"/>
                <w:b/>
                <w:color w:val="000000" w:themeColor="text1"/>
              </w:rPr>
            </w:pPr>
          </w:p>
          <w:p w14:paraId="39F909BC"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993" w:type="dxa"/>
          </w:tcPr>
          <w:p w14:paraId="21F74CA3" w14:textId="77777777" w:rsidR="009B2D58" w:rsidRPr="00313B54" w:rsidRDefault="009B2D58" w:rsidP="009B2D58">
            <w:pPr>
              <w:pStyle w:val="NoSpacing"/>
              <w:jc w:val="center"/>
              <w:rPr>
                <w:rFonts w:cstheme="majorHAnsi"/>
                <w:color w:val="000000" w:themeColor="text1"/>
                <w:sz w:val="20"/>
                <w:szCs w:val="20"/>
              </w:rPr>
            </w:pPr>
            <w:r w:rsidRPr="00313B54">
              <w:rPr>
                <w:rFonts w:cstheme="majorHAnsi"/>
                <w:color w:val="000000" w:themeColor="text1"/>
                <w:sz w:val="20"/>
                <w:szCs w:val="20"/>
              </w:rPr>
              <w:t>Revision No:</w:t>
            </w:r>
          </w:p>
        </w:tc>
        <w:tc>
          <w:tcPr>
            <w:tcW w:w="1422" w:type="dxa"/>
          </w:tcPr>
          <w:p w14:paraId="2743CCCD" w14:textId="6A62348F" w:rsidR="009B2D58" w:rsidRPr="00313B54"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B3569B" w14:paraId="7D22A6BC" w14:textId="77777777" w:rsidTr="006D5972">
        <w:trPr>
          <w:trHeight w:val="413"/>
          <w:jc w:val="center"/>
        </w:trPr>
        <w:tc>
          <w:tcPr>
            <w:tcW w:w="2562" w:type="dxa"/>
            <w:vMerge/>
          </w:tcPr>
          <w:p w14:paraId="06844F58"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252" w:type="dxa"/>
            <w:vMerge/>
          </w:tcPr>
          <w:p w14:paraId="1CE48EA8"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993" w:type="dxa"/>
          </w:tcPr>
          <w:p w14:paraId="0741728A" w14:textId="77777777" w:rsidR="009B2D58" w:rsidRPr="00313B54" w:rsidRDefault="009B2D58" w:rsidP="009B2D58">
            <w:pPr>
              <w:pStyle w:val="NoSpacing"/>
              <w:jc w:val="center"/>
              <w:rPr>
                <w:rFonts w:cstheme="majorHAnsi"/>
                <w:color w:val="000000" w:themeColor="text1"/>
                <w:sz w:val="20"/>
                <w:szCs w:val="20"/>
              </w:rPr>
            </w:pPr>
            <w:r w:rsidRPr="00313B54">
              <w:rPr>
                <w:rFonts w:cstheme="majorHAnsi"/>
                <w:color w:val="000000" w:themeColor="text1"/>
                <w:sz w:val="20"/>
                <w:szCs w:val="20"/>
              </w:rPr>
              <w:t>Effective Date:</w:t>
            </w:r>
          </w:p>
        </w:tc>
        <w:tc>
          <w:tcPr>
            <w:tcW w:w="1422" w:type="dxa"/>
          </w:tcPr>
          <w:p w14:paraId="74D3D1C0" w14:textId="65C95AF3" w:rsidR="009B2D58" w:rsidRPr="00313B54"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B3569B" w14:paraId="31EE8759" w14:textId="77777777" w:rsidTr="006D5972">
        <w:trPr>
          <w:trHeight w:val="375"/>
          <w:jc w:val="center"/>
        </w:trPr>
        <w:tc>
          <w:tcPr>
            <w:tcW w:w="2562" w:type="dxa"/>
            <w:vMerge/>
          </w:tcPr>
          <w:p w14:paraId="35638165"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252" w:type="dxa"/>
            <w:vMerge/>
          </w:tcPr>
          <w:p w14:paraId="4567C659"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993" w:type="dxa"/>
          </w:tcPr>
          <w:p w14:paraId="39312930" w14:textId="77777777" w:rsidR="009B2D58" w:rsidRPr="00313B54" w:rsidRDefault="009B2D58" w:rsidP="009B2D58">
            <w:pPr>
              <w:pStyle w:val="NoSpacing"/>
              <w:jc w:val="center"/>
              <w:rPr>
                <w:rFonts w:cstheme="majorHAnsi"/>
                <w:color w:val="000000" w:themeColor="text1"/>
                <w:sz w:val="20"/>
                <w:szCs w:val="20"/>
              </w:rPr>
            </w:pPr>
            <w:r w:rsidRPr="00313B54">
              <w:rPr>
                <w:rFonts w:cstheme="majorHAnsi"/>
                <w:color w:val="000000" w:themeColor="text1"/>
                <w:sz w:val="20"/>
                <w:szCs w:val="20"/>
              </w:rPr>
              <w:t>Next Revision Date:</w:t>
            </w:r>
          </w:p>
        </w:tc>
        <w:tc>
          <w:tcPr>
            <w:tcW w:w="1422" w:type="dxa"/>
          </w:tcPr>
          <w:p w14:paraId="2E05DCA6" w14:textId="09C01337" w:rsidR="009B2D58" w:rsidRPr="00313B54"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A13822" w:rsidRPr="00B3569B" w14:paraId="6F4786B5" w14:textId="77777777" w:rsidTr="006D5972">
        <w:trPr>
          <w:trHeight w:val="182"/>
          <w:jc w:val="center"/>
        </w:trPr>
        <w:tc>
          <w:tcPr>
            <w:tcW w:w="2562" w:type="dxa"/>
            <w:vMerge/>
          </w:tcPr>
          <w:p w14:paraId="26CB4045"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252" w:type="dxa"/>
            <w:vMerge/>
          </w:tcPr>
          <w:p w14:paraId="5E6D4FDC"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993" w:type="dxa"/>
          </w:tcPr>
          <w:p w14:paraId="229D9EFD" w14:textId="77777777" w:rsidR="00A13822" w:rsidRPr="00313B54" w:rsidRDefault="00A13822" w:rsidP="00A13822">
            <w:pPr>
              <w:pStyle w:val="NoSpacing"/>
              <w:jc w:val="center"/>
              <w:rPr>
                <w:rFonts w:cstheme="majorHAnsi"/>
                <w:color w:val="000000" w:themeColor="text1"/>
                <w:sz w:val="20"/>
                <w:szCs w:val="20"/>
              </w:rPr>
            </w:pPr>
            <w:r w:rsidRPr="00313B54">
              <w:rPr>
                <w:rFonts w:cstheme="majorHAnsi"/>
                <w:color w:val="000000" w:themeColor="text1"/>
                <w:sz w:val="20"/>
                <w:szCs w:val="20"/>
              </w:rPr>
              <w:t>Function:</w:t>
            </w:r>
          </w:p>
        </w:tc>
        <w:tc>
          <w:tcPr>
            <w:tcW w:w="1422" w:type="dxa"/>
          </w:tcPr>
          <w:p w14:paraId="13E91140" w14:textId="77777777" w:rsidR="00A13822" w:rsidRPr="00313B54" w:rsidRDefault="00A13822" w:rsidP="00A13822">
            <w:pPr>
              <w:pStyle w:val="NoSpacing"/>
              <w:jc w:val="center"/>
              <w:rPr>
                <w:rFonts w:cstheme="majorHAnsi"/>
                <w:color w:val="000000" w:themeColor="text1"/>
                <w:sz w:val="20"/>
                <w:szCs w:val="20"/>
              </w:rPr>
            </w:pPr>
            <w:r w:rsidRPr="00313B54">
              <w:rPr>
                <w:rFonts w:cstheme="majorHAnsi"/>
                <w:color w:val="000000" w:themeColor="text1"/>
                <w:sz w:val="20"/>
                <w:szCs w:val="20"/>
              </w:rPr>
              <w:t>Warehouse</w:t>
            </w:r>
          </w:p>
        </w:tc>
      </w:tr>
      <w:tr w:rsidR="00A13822" w:rsidRPr="00B3569B" w14:paraId="0F5B49E6" w14:textId="77777777" w:rsidTr="006D5972">
        <w:trPr>
          <w:trHeight w:val="203"/>
          <w:jc w:val="center"/>
        </w:trPr>
        <w:tc>
          <w:tcPr>
            <w:tcW w:w="2562" w:type="dxa"/>
            <w:vMerge/>
          </w:tcPr>
          <w:p w14:paraId="2607D261"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252" w:type="dxa"/>
            <w:vMerge/>
          </w:tcPr>
          <w:p w14:paraId="151E9A33"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993" w:type="dxa"/>
          </w:tcPr>
          <w:p w14:paraId="520E4A87" w14:textId="77777777" w:rsidR="00A13822" w:rsidRPr="00313B54" w:rsidRDefault="00A13822" w:rsidP="00A13822">
            <w:pPr>
              <w:pStyle w:val="NoSpacing"/>
              <w:jc w:val="center"/>
              <w:rPr>
                <w:rFonts w:cstheme="majorHAnsi"/>
                <w:color w:val="000000" w:themeColor="text1"/>
                <w:sz w:val="20"/>
                <w:szCs w:val="20"/>
              </w:rPr>
            </w:pPr>
            <w:r w:rsidRPr="00313B54">
              <w:rPr>
                <w:rFonts w:cstheme="majorHAnsi"/>
                <w:color w:val="000000" w:themeColor="text1"/>
                <w:sz w:val="20"/>
                <w:szCs w:val="20"/>
              </w:rPr>
              <w:t>Page:</w:t>
            </w:r>
          </w:p>
        </w:tc>
        <w:tc>
          <w:tcPr>
            <w:tcW w:w="1422" w:type="dxa"/>
          </w:tcPr>
          <w:p w14:paraId="094DF922" w14:textId="228DD112" w:rsidR="00A13822" w:rsidRPr="00313B54" w:rsidRDefault="00A13822" w:rsidP="00A13822">
            <w:pPr>
              <w:pStyle w:val="NoSpacing"/>
              <w:jc w:val="center"/>
              <w:rPr>
                <w:rFonts w:cstheme="majorHAnsi"/>
                <w:color w:val="000000" w:themeColor="text1"/>
                <w:sz w:val="20"/>
                <w:szCs w:val="20"/>
              </w:rPr>
            </w:pPr>
            <w:r w:rsidRPr="00313B54">
              <w:rPr>
                <w:rFonts w:cstheme="majorHAnsi"/>
                <w:color w:val="000000" w:themeColor="text1"/>
                <w:sz w:val="20"/>
                <w:szCs w:val="20"/>
              </w:rPr>
              <w:t>Page 8 of 11</w:t>
            </w:r>
          </w:p>
        </w:tc>
      </w:tr>
    </w:tbl>
    <w:p w14:paraId="64CB0418" w14:textId="77777777" w:rsidR="00F71E76" w:rsidRDefault="00F71E76" w:rsidP="00F71E76">
      <w:pPr>
        <w:spacing w:after="0" w:line="240" w:lineRule="auto"/>
        <w:ind w:left="2160" w:hanging="720"/>
        <w:rPr>
          <w:rFonts w:asciiTheme="minorHAnsi" w:hAnsiTheme="minorHAnsi" w:cstheme="majorHAnsi"/>
          <w:color w:val="000000" w:themeColor="text1"/>
        </w:rPr>
      </w:pPr>
    </w:p>
    <w:p w14:paraId="4DC1C8D2" w14:textId="049885D3" w:rsidR="00DE7F0D" w:rsidRPr="00B3569B" w:rsidRDefault="00F71E76" w:rsidP="00F71E76">
      <w:pPr>
        <w:spacing w:after="0" w:line="240" w:lineRule="auto"/>
        <w:ind w:left="2160" w:hanging="720"/>
        <w:rPr>
          <w:rFonts w:asciiTheme="minorHAnsi" w:hAnsiTheme="minorHAnsi" w:cstheme="majorHAnsi"/>
          <w:color w:val="000000" w:themeColor="text1"/>
        </w:rPr>
      </w:pPr>
      <w:r w:rsidRPr="00104776">
        <w:rPr>
          <w:noProof/>
          <w:sz w:val="48"/>
          <w:szCs w:val="48"/>
          <w:lang w:val="en-GB"/>
        </w:rPr>
        <w:drawing>
          <wp:anchor distT="0" distB="0" distL="114300" distR="114300" simplePos="0" relativeHeight="251646464" behindDoc="0" locked="0" layoutInCell="1" allowOverlap="1" wp14:anchorId="5559F028" wp14:editId="5F8E7048">
            <wp:simplePos x="0" y="0"/>
            <wp:positionH relativeFrom="column">
              <wp:posOffset>-76200</wp:posOffset>
            </wp:positionH>
            <wp:positionV relativeFrom="paragraph">
              <wp:posOffset>709930</wp:posOffset>
            </wp:positionV>
            <wp:extent cx="6149340" cy="2139950"/>
            <wp:effectExtent l="0" t="0" r="3810" b="0"/>
            <wp:wrapTopAndBottom/>
            <wp:docPr id="155151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1886"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49340" cy="2139950"/>
                    </a:xfrm>
                    <a:prstGeom prst="rect">
                      <a:avLst/>
                    </a:prstGeom>
                  </pic:spPr>
                </pic:pic>
              </a:graphicData>
            </a:graphic>
            <wp14:sizeRelH relativeFrom="page">
              <wp14:pctWidth>0</wp14:pctWidth>
            </wp14:sizeRelH>
            <wp14:sizeRelV relativeFrom="page">
              <wp14:pctHeight>0</wp14:pctHeight>
            </wp14:sizeRelV>
          </wp:anchor>
        </w:drawing>
      </w:r>
      <w:r w:rsidRPr="00B3569B">
        <w:rPr>
          <w:rFonts w:asciiTheme="minorHAnsi" w:hAnsiTheme="minorHAnsi" w:cstheme="majorHAnsi"/>
          <w:color w:val="000000" w:themeColor="text1"/>
        </w:rPr>
        <w:t xml:space="preserve">5.10.10 </w:t>
      </w:r>
      <w:r w:rsidR="00DE7F0D" w:rsidRPr="00B3569B">
        <w:rPr>
          <w:rFonts w:asciiTheme="minorHAnsi" w:hAnsiTheme="minorHAnsi" w:cstheme="majorHAnsi"/>
          <w:color w:val="000000" w:themeColor="text1"/>
        </w:rPr>
        <w:t>Click the button to the left of the document to be published, and expand the current document details. Maintain the corresponding racking position, check the corresponding code, and click the '</w:t>
      </w:r>
      <w:proofErr w:type="spellStart"/>
      <w:r w:rsidR="00DE7F0D" w:rsidRPr="00B3569B">
        <w:rPr>
          <w:rFonts w:asciiTheme="minorHAnsi" w:hAnsiTheme="minorHAnsi" w:cstheme="majorHAnsi"/>
          <w:color w:val="000000" w:themeColor="text1"/>
        </w:rPr>
        <w:t>Putaway</w:t>
      </w:r>
      <w:proofErr w:type="spellEnd"/>
      <w:r w:rsidR="00DE7F0D" w:rsidRPr="00B3569B">
        <w:rPr>
          <w:rFonts w:asciiTheme="minorHAnsi" w:hAnsiTheme="minorHAnsi" w:cstheme="majorHAnsi"/>
          <w:color w:val="000000" w:themeColor="text1"/>
        </w:rPr>
        <w:t>' button to execute the rack.</w:t>
      </w:r>
    </w:p>
    <w:p w14:paraId="215DC6D0" w14:textId="77777777" w:rsidR="00F71E76" w:rsidRDefault="00F71E76" w:rsidP="00F71E76">
      <w:pPr>
        <w:spacing w:after="0" w:line="240" w:lineRule="auto"/>
        <w:ind w:left="2160" w:hanging="720"/>
        <w:rPr>
          <w:rFonts w:asciiTheme="minorHAnsi" w:hAnsiTheme="minorHAnsi" w:cstheme="majorHAnsi"/>
          <w:color w:val="000000" w:themeColor="text1"/>
        </w:rPr>
      </w:pPr>
    </w:p>
    <w:p w14:paraId="02C6B6B1" w14:textId="5B861F17" w:rsidR="004D5974" w:rsidRPr="00B3569B" w:rsidRDefault="00F71E76" w:rsidP="00F71E76">
      <w:pPr>
        <w:spacing w:after="0" w:line="240" w:lineRule="auto"/>
        <w:ind w:left="2160" w:hanging="720"/>
        <w:rPr>
          <w:rFonts w:asciiTheme="minorHAnsi" w:hAnsiTheme="minorHAnsi" w:cstheme="majorHAnsi"/>
          <w:color w:val="000000" w:themeColor="text1"/>
        </w:rPr>
      </w:pPr>
      <w:r w:rsidRPr="00A93E9A">
        <w:rPr>
          <w:noProof/>
          <w:sz w:val="48"/>
          <w:szCs w:val="48"/>
          <w:lang w:val="en-GB"/>
        </w:rPr>
        <w:drawing>
          <wp:anchor distT="0" distB="0" distL="114300" distR="114300" simplePos="0" relativeHeight="251651584" behindDoc="0" locked="0" layoutInCell="1" allowOverlap="1" wp14:anchorId="29CDA9C5" wp14:editId="76765497">
            <wp:simplePos x="0" y="0"/>
            <wp:positionH relativeFrom="column">
              <wp:posOffset>-53340</wp:posOffset>
            </wp:positionH>
            <wp:positionV relativeFrom="paragraph">
              <wp:posOffset>721360</wp:posOffset>
            </wp:positionV>
            <wp:extent cx="6156960" cy="1973580"/>
            <wp:effectExtent l="0" t="0" r="0" b="7620"/>
            <wp:wrapTopAndBottom/>
            <wp:docPr id="1309770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7084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56960" cy="1973580"/>
                    </a:xfrm>
                    <a:prstGeom prst="rect">
                      <a:avLst/>
                    </a:prstGeom>
                  </pic:spPr>
                </pic:pic>
              </a:graphicData>
            </a:graphic>
            <wp14:sizeRelH relativeFrom="page">
              <wp14:pctWidth>0</wp14:pctWidth>
            </wp14:sizeRelH>
            <wp14:sizeRelV relativeFrom="page">
              <wp14:pctHeight>0</wp14:pctHeight>
            </wp14:sizeRelV>
          </wp:anchor>
        </w:drawing>
      </w:r>
      <w:r w:rsidRPr="00B3569B">
        <w:rPr>
          <w:rFonts w:asciiTheme="minorHAnsi" w:hAnsiTheme="minorHAnsi" w:cstheme="majorHAnsi"/>
          <w:color w:val="000000" w:themeColor="text1"/>
        </w:rPr>
        <w:t xml:space="preserve">5.10.11 </w:t>
      </w:r>
      <w:r w:rsidR="00DE7F0D" w:rsidRPr="00B3569B">
        <w:rPr>
          <w:rFonts w:asciiTheme="minorHAnsi" w:hAnsiTheme="minorHAnsi" w:cstheme="majorHAnsi"/>
          <w:color w:val="000000" w:themeColor="text1"/>
        </w:rPr>
        <w:t>Store Query - WMS Execution -&gt; Inventory -&gt; Inventory Balances. The serial number is generated by the system in the order in which the inbound order is received. It is composed of the internal single number ASN/Receipt + code line number Line # of the inbound order.</w:t>
      </w:r>
    </w:p>
    <w:p w14:paraId="2CA34270" w14:textId="62FE9424" w:rsidR="00DE7F0D" w:rsidRPr="00B3569B" w:rsidRDefault="00DE7F0D" w:rsidP="00127681">
      <w:pPr>
        <w:spacing w:after="0" w:line="240" w:lineRule="auto"/>
        <w:ind w:left="2160" w:hanging="720"/>
        <w:rPr>
          <w:rFonts w:asciiTheme="minorHAnsi" w:hAnsiTheme="minorHAnsi" w:cstheme="majorHAnsi"/>
          <w:color w:val="000000" w:themeColor="text1"/>
        </w:rPr>
      </w:pPr>
    </w:p>
    <w:tbl>
      <w:tblPr>
        <w:tblW w:w="9680" w:type="dxa"/>
        <w:tblLook w:val="04A0" w:firstRow="1" w:lastRow="0" w:firstColumn="1" w:lastColumn="0" w:noHBand="0" w:noVBand="1"/>
      </w:tblPr>
      <w:tblGrid>
        <w:gridCol w:w="3519"/>
        <w:gridCol w:w="2845"/>
        <w:gridCol w:w="1658"/>
        <w:gridCol w:w="1658"/>
      </w:tblGrid>
      <w:tr w:rsidR="00127681" w:rsidRPr="006A014C" w14:paraId="04812376" w14:textId="77777777" w:rsidTr="00C808CC">
        <w:trPr>
          <w:trHeight w:val="284"/>
        </w:trPr>
        <w:tc>
          <w:tcPr>
            <w:tcW w:w="3519" w:type="dxa"/>
            <w:tcBorders>
              <w:top w:val="single" w:sz="4" w:space="0" w:color="auto"/>
              <w:left w:val="single" w:sz="4" w:space="0" w:color="auto"/>
              <w:bottom w:val="single" w:sz="4" w:space="0" w:color="auto"/>
              <w:right w:val="single" w:sz="4" w:space="0" w:color="auto"/>
            </w:tcBorders>
            <w:noWrap/>
            <w:vAlign w:val="center"/>
            <w:hideMark/>
          </w:tcPr>
          <w:p w14:paraId="52D441C7" w14:textId="77777777" w:rsidR="00127681" w:rsidRPr="006A014C" w:rsidRDefault="00127681"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845" w:type="dxa"/>
            <w:tcBorders>
              <w:top w:val="single" w:sz="4" w:space="0" w:color="auto"/>
              <w:left w:val="nil"/>
              <w:bottom w:val="single" w:sz="4" w:space="0" w:color="auto"/>
              <w:right w:val="single" w:sz="4" w:space="0" w:color="auto"/>
            </w:tcBorders>
            <w:noWrap/>
            <w:vAlign w:val="center"/>
            <w:hideMark/>
          </w:tcPr>
          <w:p w14:paraId="33EC5EA3" w14:textId="77777777" w:rsidR="00127681" w:rsidRPr="006A014C" w:rsidRDefault="00127681"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58" w:type="dxa"/>
            <w:tcBorders>
              <w:top w:val="single" w:sz="4" w:space="0" w:color="auto"/>
              <w:left w:val="nil"/>
              <w:bottom w:val="single" w:sz="4" w:space="0" w:color="auto"/>
              <w:right w:val="single" w:sz="4" w:space="0" w:color="auto"/>
            </w:tcBorders>
            <w:noWrap/>
            <w:vAlign w:val="center"/>
            <w:hideMark/>
          </w:tcPr>
          <w:p w14:paraId="0DF769E9" w14:textId="77777777" w:rsidR="00127681" w:rsidRPr="006A014C" w:rsidRDefault="00127681"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tcBorders>
              <w:top w:val="single" w:sz="4" w:space="0" w:color="auto"/>
              <w:left w:val="nil"/>
              <w:bottom w:val="single" w:sz="4" w:space="0" w:color="auto"/>
              <w:right w:val="single" w:sz="4" w:space="0" w:color="auto"/>
            </w:tcBorders>
            <w:noWrap/>
            <w:vAlign w:val="center"/>
            <w:hideMark/>
          </w:tcPr>
          <w:p w14:paraId="67A6C930" w14:textId="77777777" w:rsidR="00127681" w:rsidRPr="006A014C" w:rsidRDefault="00127681"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6A014C" w14:paraId="4E5112C9" w14:textId="77777777" w:rsidTr="00C808CC">
        <w:trPr>
          <w:trHeight w:val="397"/>
        </w:trPr>
        <w:tc>
          <w:tcPr>
            <w:tcW w:w="3519" w:type="dxa"/>
            <w:tcBorders>
              <w:top w:val="nil"/>
              <w:left w:val="single" w:sz="4" w:space="0" w:color="auto"/>
              <w:bottom w:val="single" w:sz="4" w:space="0" w:color="auto"/>
              <w:right w:val="single" w:sz="4" w:space="0" w:color="auto"/>
            </w:tcBorders>
            <w:noWrap/>
            <w:vAlign w:val="center"/>
            <w:hideMark/>
          </w:tcPr>
          <w:p w14:paraId="693A245B"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845" w:type="dxa"/>
            <w:tcBorders>
              <w:top w:val="nil"/>
              <w:left w:val="nil"/>
              <w:bottom w:val="single" w:sz="4" w:space="0" w:color="auto"/>
              <w:right w:val="single" w:sz="4" w:space="0" w:color="auto"/>
            </w:tcBorders>
            <w:noWrap/>
            <w:vAlign w:val="center"/>
            <w:hideMark/>
          </w:tcPr>
          <w:p w14:paraId="7691A3A0" w14:textId="35E3BF6A"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4C3F38E5"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30768820"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56875E87" w14:textId="77777777" w:rsidTr="00C808CC">
        <w:trPr>
          <w:trHeight w:val="397"/>
        </w:trPr>
        <w:tc>
          <w:tcPr>
            <w:tcW w:w="3519" w:type="dxa"/>
            <w:tcBorders>
              <w:top w:val="nil"/>
              <w:left w:val="single" w:sz="4" w:space="0" w:color="auto"/>
              <w:bottom w:val="single" w:sz="4" w:space="0" w:color="auto"/>
              <w:right w:val="single" w:sz="4" w:space="0" w:color="auto"/>
            </w:tcBorders>
            <w:noWrap/>
            <w:vAlign w:val="center"/>
            <w:hideMark/>
          </w:tcPr>
          <w:p w14:paraId="174A76B9"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845" w:type="dxa"/>
            <w:tcBorders>
              <w:top w:val="nil"/>
              <w:left w:val="nil"/>
              <w:bottom w:val="single" w:sz="4" w:space="0" w:color="auto"/>
              <w:right w:val="single" w:sz="4" w:space="0" w:color="auto"/>
            </w:tcBorders>
            <w:noWrap/>
            <w:vAlign w:val="center"/>
            <w:hideMark/>
          </w:tcPr>
          <w:p w14:paraId="1EB9588C" w14:textId="2DB3A61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4786B552"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15E6E90D"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5A8F7528" w14:textId="77777777" w:rsidTr="00C808CC">
        <w:trPr>
          <w:trHeight w:val="397"/>
        </w:trPr>
        <w:tc>
          <w:tcPr>
            <w:tcW w:w="3519" w:type="dxa"/>
            <w:tcBorders>
              <w:top w:val="nil"/>
              <w:left w:val="single" w:sz="4" w:space="0" w:color="auto"/>
              <w:bottom w:val="single" w:sz="4" w:space="0" w:color="auto"/>
              <w:right w:val="single" w:sz="4" w:space="0" w:color="auto"/>
            </w:tcBorders>
            <w:noWrap/>
            <w:vAlign w:val="center"/>
            <w:hideMark/>
          </w:tcPr>
          <w:p w14:paraId="224253D6"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845" w:type="dxa"/>
            <w:tcBorders>
              <w:top w:val="nil"/>
              <w:left w:val="nil"/>
              <w:bottom w:val="single" w:sz="4" w:space="0" w:color="auto"/>
              <w:right w:val="single" w:sz="4" w:space="0" w:color="auto"/>
            </w:tcBorders>
            <w:noWrap/>
            <w:vAlign w:val="center"/>
            <w:hideMark/>
          </w:tcPr>
          <w:p w14:paraId="6596F6B5" w14:textId="3859480B"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6B835FE8"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2A034589"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bl>
    <w:p w14:paraId="28140FAE" w14:textId="5CF6829B" w:rsidR="00DE7F0D" w:rsidRDefault="00DE7F0D" w:rsidP="005024B4">
      <w:pPr>
        <w:spacing w:line="240" w:lineRule="auto"/>
        <w:ind w:left="2160" w:hanging="720"/>
        <w:rPr>
          <w:rFonts w:asciiTheme="minorHAnsi" w:hAnsiTheme="minorHAnsi" w:cstheme="majorHAnsi"/>
          <w:color w:val="000000" w:themeColor="text1"/>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3"/>
        <w:gridCol w:w="4138"/>
        <w:gridCol w:w="1966"/>
        <w:gridCol w:w="1422"/>
      </w:tblGrid>
      <w:tr w:rsidR="00D2282A" w:rsidRPr="00B3569B" w14:paraId="53490D34" w14:textId="77777777" w:rsidTr="006D5972">
        <w:trPr>
          <w:trHeight w:val="624"/>
          <w:jc w:val="center"/>
        </w:trPr>
        <w:tc>
          <w:tcPr>
            <w:tcW w:w="2703" w:type="dxa"/>
            <w:vMerge w:val="restart"/>
          </w:tcPr>
          <w:p w14:paraId="3069B18D" w14:textId="72B4B4D8" w:rsidR="00D2282A" w:rsidRPr="00B3569B" w:rsidRDefault="006D5972" w:rsidP="00C808CC">
            <w:pPr>
              <w:spacing w:line="240" w:lineRule="auto"/>
              <w:jc w:val="center"/>
              <w:rPr>
                <w:rFonts w:asciiTheme="minorHAnsi" w:hAnsiTheme="minorHAnsi" w:cstheme="majorHAnsi"/>
                <w:color w:val="000000" w:themeColor="text1"/>
              </w:rPr>
            </w:pPr>
            <w:r>
              <w:rPr>
                <w:noProof/>
              </w:rPr>
              <w:drawing>
                <wp:anchor distT="0" distB="0" distL="114300" distR="114300" simplePos="0" relativeHeight="251676160" behindDoc="0" locked="0" layoutInCell="1" allowOverlap="1" wp14:anchorId="198AC778" wp14:editId="43EE6661">
                  <wp:simplePos x="0" y="0"/>
                  <wp:positionH relativeFrom="column">
                    <wp:posOffset>25400</wp:posOffset>
                  </wp:positionH>
                  <wp:positionV relativeFrom="paragraph">
                    <wp:posOffset>331470</wp:posOffset>
                  </wp:positionV>
                  <wp:extent cx="1470660" cy="708660"/>
                  <wp:effectExtent l="0" t="0" r="0" b="0"/>
                  <wp:wrapTopAndBottom/>
                  <wp:docPr id="862214009"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138" w:type="dxa"/>
          </w:tcPr>
          <w:p w14:paraId="61CD3FAB" w14:textId="77777777" w:rsidR="00D2282A" w:rsidRPr="00B3569B" w:rsidRDefault="00D2282A" w:rsidP="00C808C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966" w:type="dxa"/>
          </w:tcPr>
          <w:p w14:paraId="1A106DF9" w14:textId="77777777" w:rsidR="00D2282A" w:rsidRPr="00B3569B" w:rsidRDefault="00D2282A" w:rsidP="00C808CC">
            <w:pPr>
              <w:pStyle w:val="NoSpacing"/>
              <w:jc w:val="center"/>
              <w:rPr>
                <w:rFonts w:cstheme="majorHAnsi"/>
                <w:color w:val="000000" w:themeColor="text1"/>
              </w:rPr>
            </w:pPr>
            <w:r w:rsidRPr="00B3569B">
              <w:rPr>
                <w:rFonts w:cstheme="majorHAnsi"/>
                <w:color w:val="000000" w:themeColor="text1"/>
              </w:rPr>
              <w:t>Document ID:</w:t>
            </w:r>
          </w:p>
        </w:tc>
        <w:tc>
          <w:tcPr>
            <w:tcW w:w="1422" w:type="dxa"/>
          </w:tcPr>
          <w:p w14:paraId="03579DB0" w14:textId="77777777" w:rsidR="00D2282A" w:rsidRPr="00B3569B" w:rsidRDefault="00D2282A" w:rsidP="00C808CC">
            <w:pPr>
              <w:pStyle w:val="NoSpacing"/>
              <w:jc w:val="center"/>
              <w:rPr>
                <w:rFonts w:cstheme="majorHAnsi"/>
                <w:color w:val="000000" w:themeColor="text1"/>
              </w:rPr>
            </w:pPr>
            <w:r w:rsidRPr="00B3569B">
              <w:rPr>
                <w:rFonts w:cstheme="majorHAnsi"/>
                <w:color w:val="000000" w:themeColor="text1"/>
              </w:rPr>
              <w:t>SMSA-HW01</w:t>
            </w:r>
          </w:p>
        </w:tc>
      </w:tr>
      <w:tr w:rsidR="009B2D58" w:rsidRPr="00B3569B" w14:paraId="56AA8F51" w14:textId="77777777" w:rsidTr="006D5972">
        <w:trPr>
          <w:trHeight w:val="378"/>
          <w:jc w:val="center"/>
        </w:trPr>
        <w:tc>
          <w:tcPr>
            <w:tcW w:w="2703" w:type="dxa"/>
            <w:vMerge/>
          </w:tcPr>
          <w:p w14:paraId="348C5A6F"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38" w:type="dxa"/>
            <w:vMerge w:val="restart"/>
          </w:tcPr>
          <w:p w14:paraId="0776264D" w14:textId="77777777" w:rsidR="009B2D58" w:rsidRPr="00B3569B" w:rsidRDefault="009B2D58" w:rsidP="009B2D58">
            <w:pPr>
              <w:spacing w:line="240" w:lineRule="auto"/>
              <w:jc w:val="center"/>
              <w:rPr>
                <w:rFonts w:asciiTheme="minorHAnsi" w:hAnsiTheme="minorHAnsi" w:cstheme="majorHAnsi"/>
                <w:b/>
                <w:color w:val="000000" w:themeColor="text1"/>
              </w:rPr>
            </w:pPr>
          </w:p>
          <w:p w14:paraId="5AA80082"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966" w:type="dxa"/>
          </w:tcPr>
          <w:p w14:paraId="7A285F54" w14:textId="77777777" w:rsidR="009B2D58" w:rsidRPr="006D5972" w:rsidRDefault="009B2D58" w:rsidP="009B2D58">
            <w:pPr>
              <w:pStyle w:val="NoSpacing"/>
              <w:jc w:val="center"/>
              <w:rPr>
                <w:rFonts w:cstheme="majorHAnsi"/>
                <w:color w:val="000000" w:themeColor="text1"/>
                <w:sz w:val="20"/>
                <w:szCs w:val="20"/>
              </w:rPr>
            </w:pPr>
            <w:r w:rsidRPr="006D5972">
              <w:rPr>
                <w:rFonts w:cstheme="majorHAnsi"/>
                <w:color w:val="000000" w:themeColor="text1"/>
                <w:sz w:val="20"/>
                <w:szCs w:val="20"/>
              </w:rPr>
              <w:t>Revision No:</w:t>
            </w:r>
          </w:p>
        </w:tc>
        <w:tc>
          <w:tcPr>
            <w:tcW w:w="1422" w:type="dxa"/>
          </w:tcPr>
          <w:p w14:paraId="79DE0D20" w14:textId="454885DD" w:rsidR="009B2D58" w:rsidRPr="006D5972"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B3569B" w14:paraId="0D6A0B8B" w14:textId="77777777" w:rsidTr="006D5972">
        <w:trPr>
          <w:trHeight w:val="413"/>
          <w:jc w:val="center"/>
        </w:trPr>
        <w:tc>
          <w:tcPr>
            <w:tcW w:w="2703" w:type="dxa"/>
            <w:vMerge/>
          </w:tcPr>
          <w:p w14:paraId="6848F8A8"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38" w:type="dxa"/>
            <w:vMerge/>
          </w:tcPr>
          <w:p w14:paraId="527823E4"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966" w:type="dxa"/>
          </w:tcPr>
          <w:p w14:paraId="6605BA04" w14:textId="77777777" w:rsidR="009B2D58" w:rsidRPr="006D5972" w:rsidRDefault="009B2D58" w:rsidP="009B2D58">
            <w:pPr>
              <w:pStyle w:val="NoSpacing"/>
              <w:jc w:val="center"/>
              <w:rPr>
                <w:rFonts w:cstheme="majorHAnsi"/>
                <w:color w:val="000000" w:themeColor="text1"/>
                <w:sz w:val="20"/>
                <w:szCs w:val="20"/>
              </w:rPr>
            </w:pPr>
            <w:r w:rsidRPr="006D5972">
              <w:rPr>
                <w:rFonts w:cstheme="majorHAnsi"/>
                <w:color w:val="000000" w:themeColor="text1"/>
                <w:sz w:val="20"/>
                <w:szCs w:val="20"/>
              </w:rPr>
              <w:t>Effective Date:</w:t>
            </w:r>
          </w:p>
        </w:tc>
        <w:tc>
          <w:tcPr>
            <w:tcW w:w="1422" w:type="dxa"/>
          </w:tcPr>
          <w:p w14:paraId="04BE23A4" w14:textId="78D2E100" w:rsidR="009B2D58" w:rsidRPr="006D5972"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B3569B" w14:paraId="42797B20" w14:textId="77777777" w:rsidTr="006D5972">
        <w:trPr>
          <w:trHeight w:val="375"/>
          <w:jc w:val="center"/>
        </w:trPr>
        <w:tc>
          <w:tcPr>
            <w:tcW w:w="2703" w:type="dxa"/>
            <w:vMerge/>
          </w:tcPr>
          <w:p w14:paraId="3849997B"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38" w:type="dxa"/>
            <w:vMerge/>
          </w:tcPr>
          <w:p w14:paraId="7A91D02F"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966" w:type="dxa"/>
          </w:tcPr>
          <w:p w14:paraId="46EC865F" w14:textId="77777777" w:rsidR="009B2D58" w:rsidRPr="006D5972" w:rsidRDefault="009B2D58" w:rsidP="009B2D58">
            <w:pPr>
              <w:pStyle w:val="NoSpacing"/>
              <w:jc w:val="center"/>
              <w:rPr>
                <w:rFonts w:cstheme="majorHAnsi"/>
                <w:color w:val="000000" w:themeColor="text1"/>
                <w:sz w:val="20"/>
                <w:szCs w:val="20"/>
              </w:rPr>
            </w:pPr>
            <w:r w:rsidRPr="006D5972">
              <w:rPr>
                <w:rFonts w:cstheme="majorHAnsi"/>
                <w:color w:val="000000" w:themeColor="text1"/>
                <w:sz w:val="20"/>
                <w:szCs w:val="20"/>
              </w:rPr>
              <w:t>Next Revision Date:</w:t>
            </w:r>
          </w:p>
        </w:tc>
        <w:tc>
          <w:tcPr>
            <w:tcW w:w="1422" w:type="dxa"/>
          </w:tcPr>
          <w:p w14:paraId="7AEBC88B" w14:textId="48FECB54" w:rsidR="009B2D58" w:rsidRPr="006D5972"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A13822" w:rsidRPr="00B3569B" w14:paraId="70F00C6B" w14:textId="77777777" w:rsidTr="006D5972">
        <w:trPr>
          <w:trHeight w:val="182"/>
          <w:jc w:val="center"/>
        </w:trPr>
        <w:tc>
          <w:tcPr>
            <w:tcW w:w="2703" w:type="dxa"/>
            <w:vMerge/>
          </w:tcPr>
          <w:p w14:paraId="49755391"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38" w:type="dxa"/>
            <w:vMerge/>
          </w:tcPr>
          <w:p w14:paraId="3513AC75"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966" w:type="dxa"/>
          </w:tcPr>
          <w:p w14:paraId="4ECBC29E" w14:textId="77777777" w:rsidR="00A13822" w:rsidRPr="006D5972" w:rsidRDefault="00A13822" w:rsidP="00A13822">
            <w:pPr>
              <w:pStyle w:val="NoSpacing"/>
              <w:jc w:val="center"/>
              <w:rPr>
                <w:rFonts w:cstheme="majorHAnsi"/>
                <w:color w:val="000000" w:themeColor="text1"/>
                <w:sz w:val="20"/>
                <w:szCs w:val="20"/>
              </w:rPr>
            </w:pPr>
            <w:r w:rsidRPr="006D5972">
              <w:rPr>
                <w:rFonts w:cstheme="majorHAnsi"/>
                <w:color w:val="000000" w:themeColor="text1"/>
                <w:sz w:val="20"/>
                <w:szCs w:val="20"/>
              </w:rPr>
              <w:t>Function:</w:t>
            </w:r>
          </w:p>
        </w:tc>
        <w:tc>
          <w:tcPr>
            <w:tcW w:w="1422" w:type="dxa"/>
          </w:tcPr>
          <w:p w14:paraId="79F6177D" w14:textId="77777777" w:rsidR="00A13822" w:rsidRPr="006D5972" w:rsidRDefault="00A13822" w:rsidP="00A13822">
            <w:pPr>
              <w:pStyle w:val="NoSpacing"/>
              <w:jc w:val="center"/>
              <w:rPr>
                <w:rFonts w:cstheme="majorHAnsi"/>
                <w:color w:val="000000" w:themeColor="text1"/>
                <w:sz w:val="20"/>
                <w:szCs w:val="20"/>
              </w:rPr>
            </w:pPr>
            <w:r w:rsidRPr="006D5972">
              <w:rPr>
                <w:rFonts w:cstheme="majorHAnsi"/>
                <w:color w:val="000000" w:themeColor="text1"/>
                <w:sz w:val="20"/>
                <w:szCs w:val="20"/>
              </w:rPr>
              <w:t>Warehouse</w:t>
            </w:r>
          </w:p>
        </w:tc>
      </w:tr>
      <w:tr w:rsidR="00A13822" w:rsidRPr="00B3569B" w14:paraId="0B8BCCA7" w14:textId="77777777" w:rsidTr="006D5972">
        <w:trPr>
          <w:trHeight w:val="203"/>
          <w:jc w:val="center"/>
        </w:trPr>
        <w:tc>
          <w:tcPr>
            <w:tcW w:w="2703" w:type="dxa"/>
            <w:vMerge/>
          </w:tcPr>
          <w:p w14:paraId="4419685F"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38" w:type="dxa"/>
            <w:vMerge/>
          </w:tcPr>
          <w:p w14:paraId="1DC5D5F6"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966" w:type="dxa"/>
          </w:tcPr>
          <w:p w14:paraId="49AE02DA" w14:textId="77777777" w:rsidR="00A13822" w:rsidRPr="006D5972" w:rsidRDefault="00A13822" w:rsidP="00A13822">
            <w:pPr>
              <w:pStyle w:val="NoSpacing"/>
              <w:jc w:val="center"/>
              <w:rPr>
                <w:rFonts w:cstheme="majorHAnsi"/>
                <w:color w:val="000000" w:themeColor="text1"/>
                <w:sz w:val="20"/>
                <w:szCs w:val="20"/>
              </w:rPr>
            </w:pPr>
            <w:r w:rsidRPr="006D5972">
              <w:rPr>
                <w:rFonts w:cstheme="majorHAnsi"/>
                <w:color w:val="000000" w:themeColor="text1"/>
                <w:sz w:val="20"/>
                <w:szCs w:val="20"/>
              </w:rPr>
              <w:t>Page:</w:t>
            </w:r>
          </w:p>
        </w:tc>
        <w:tc>
          <w:tcPr>
            <w:tcW w:w="1422" w:type="dxa"/>
          </w:tcPr>
          <w:p w14:paraId="33B03FC9" w14:textId="633A13A6" w:rsidR="00A13822" w:rsidRPr="006D5972" w:rsidRDefault="00A13822" w:rsidP="00A13822">
            <w:pPr>
              <w:pStyle w:val="NoSpacing"/>
              <w:jc w:val="center"/>
              <w:rPr>
                <w:rFonts w:cstheme="majorHAnsi"/>
                <w:color w:val="000000" w:themeColor="text1"/>
                <w:sz w:val="20"/>
                <w:szCs w:val="20"/>
              </w:rPr>
            </w:pPr>
            <w:r w:rsidRPr="006D5972">
              <w:rPr>
                <w:rFonts w:cstheme="majorHAnsi"/>
                <w:color w:val="000000" w:themeColor="text1"/>
                <w:sz w:val="20"/>
                <w:szCs w:val="20"/>
              </w:rPr>
              <w:t>Page 9 of 11</w:t>
            </w:r>
          </w:p>
        </w:tc>
      </w:tr>
    </w:tbl>
    <w:p w14:paraId="0B43A0CF" w14:textId="4085AA04" w:rsidR="00D2282A" w:rsidRDefault="00D2282A" w:rsidP="00B87AA7">
      <w:pPr>
        <w:spacing w:after="0" w:line="240" w:lineRule="auto"/>
        <w:ind w:left="2160" w:hanging="720"/>
        <w:rPr>
          <w:rFonts w:asciiTheme="minorHAnsi" w:hAnsiTheme="minorHAnsi" w:cstheme="majorHAnsi"/>
          <w:color w:val="000000" w:themeColor="text1"/>
        </w:rPr>
      </w:pPr>
    </w:p>
    <w:p w14:paraId="3DA5F81C" w14:textId="25309FB4" w:rsidR="008C11C2" w:rsidRPr="00B3569B" w:rsidRDefault="00D2282A" w:rsidP="005024B4">
      <w:pPr>
        <w:spacing w:line="240" w:lineRule="auto"/>
        <w:ind w:left="2160" w:hanging="720"/>
        <w:rPr>
          <w:rFonts w:asciiTheme="minorHAnsi" w:hAnsiTheme="minorHAnsi" w:cstheme="majorHAnsi"/>
          <w:color w:val="000000" w:themeColor="text1"/>
        </w:rPr>
      </w:pPr>
      <w:r w:rsidRPr="00A93E9A">
        <w:rPr>
          <w:noProof/>
          <w:sz w:val="48"/>
          <w:szCs w:val="48"/>
          <w:lang w:val="en-GB"/>
        </w:rPr>
        <w:drawing>
          <wp:anchor distT="0" distB="0" distL="114300" distR="114300" simplePos="0" relativeHeight="251653632" behindDoc="0" locked="0" layoutInCell="1" allowOverlap="1" wp14:anchorId="140EB225" wp14:editId="34982E46">
            <wp:simplePos x="0" y="0"/>
            <wp:positionH relativeFrom="column">
              <wp:posOffset>-91440</wp:posOffset>
            </wp:positionH>
            <wp:positionV relativeFrom="paragraph">
              <wp:posOffset>313690</wp:posOffset>
            </wp:positionV>
            <wp:extent cx="6141720" cy="2301240"/>
            <wp:effectExtent l="0" t="0" r="0" b="3810"/>
            <wp:wrapTopAndBottom/>
            <wp:docPr id="211000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0409"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41720" cy="2301240"/>
                    </a:xfrm>
                    <a:prstGeom prst="rect">
                      <a:avLst/>
                    </a:prstGeom>
                  </pic:spPr>
                </pic:pic>
              </a:graphicData>
            </a:graphic>
            <wp14:sizeRelH relativeFrom="page">
              <wp14:pctWidth>0</wp14:pctWidth>
            </wp14:sizeRelH>
            <wp14:sizeRelV relativeFrom="page">
              <wp14:pctHeight>0</wp14:pctHeight>
            </wp14:sizeRelV>
          </wp:anchor>
        </w:drawing>
      </w:r>
      <w:r w:rsidRPr="00B3569B">
        <w:rPr>
          <w:rFonts w:asciiTheme="minorHAnsi" w:hAnsiTheme="minorHAnsi" w:cstheme="majorHAnsi"/>
          <w:color w:val="000000" w:themeColor="text1"/>
        </w:rPr>
        <w:t xml:space="preserve">5.10.12 </w:t>
      </w:r>
      <w:r w:rsidR="008C11C2" w:rsidRPr="00B3569B">
        <w:rPr>
          <w:rFonts w:asciiTheme="minorHAnsi" w:hAnsiTheme="minorHAnsi" w:cstheme="majorHAnsi"/>
          <w:color w:val="000000" w:themeColor="text1"/>
        </w:rPr>
        <w:t>Inventory Query-WMS -&gt; Execution -&gt; Inventory -&gt; Store Query.</w:t>
      </w:r>
    </w:p>
    <w:p w14:paraId="3750C34D" w14:textId="77777777" w:rsidR="00D2282A" w:rsidRDefault="00D2282A" w:rsidP="002E43F6">
      <w:pPr>
        <w:spacing w:after="0" w:line="240" w:lineRule="auto"/>
        <w:ind w:left="2160" w:hanging="720"/>
        <w:rPr>
          <w:rFonts w:asciiTheme="minorHAnsi" w:hAnsiTheme="minorHAnsi" w:cstheme="majorHAnsi"/>
          <w:color w:val="000000" w:themeColor="text1"/>
        </w:rPr>
      </w:pPr>
    </w:p>
    <w:p w14:paraId="1681DF58" w14:textId="770C8CB6" w:rsidR="0005523A" w:rsidRPr="00B3569B" w:rsidRDefault="00B87AA7" w:rsidP="002E43F6">
      <w:pPr>
        <w:spacing w:after="0" w:line="240" w:lineRule="auto"/>
        <w:ind w:left="2160" w:hanging="720"/>
        <w:rPr>
          <w:rFonts w:asciiTheme="minorHAnsi" w:hAnsiTheme="minorHAnsi" w:cstheme="majorHAnsi"/>
          <w:color w:val="000000" w:themeColor="text1"/>
        </w:rPr>
      </w:pPr>
      <w:r w:rsidRPr="00A93E9A">
        <w:rPr>
          <w:noProof/>
          <w:sz w:val="48"/>
          <w:szCs w:val="48"/>
          <w:lang w:val="en-GB"/>
        </w:rPr>
        <w:drawing>
          <wp:anchor distT="0" distB="0" distL="114300" distR="114300" simplePos="0" relativeHeight="251658752" behindDoc="0" locked="0" layoutInCell="1" allowOverlap="1" wp14:anchorId="0FBE2D57" wp14:editId="4D34125D">
            <wp:simplePos x="0" y="0"/>
            <wp:positionH relativeFrom="column">
              <wp:posOffset>-91440</wp:posOffset>
            </wp:positionH>
            <wp:positionV relativeFrom="paragraph">
              <wp:posOffset>449580</wp:posOffset>
            </wp:positionV>
            <wp:extent cx="6154420" cy="2087880"/>
            <wp:effectExtent l="0" t="0" r="0" b="7620"/>
            <wp:wrapTopAndBottom/>
            <wp:docPr id="1914772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7201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54420" cy="2087880"/>
                    </a:xfrm>
                    <a:prstGeom prst="rect">
                      <a:avLst/>
                    </a:prstGeom>
                  </pic:spPr>
                </pic:pic>
              </a:graphicData>
            </a:graphic>
            <wp14:sizeRelH relativeFrom="page">
              <wp14:pctWidth>0</wp14:pctWidth>
            </wp14:sizeRelH>
            <wp14:sizeRelV relativeFrom="page">
              <wp14:pctHeight>0</wp14:pctHeight>
            </wp14:sizeRelV>
          </wp:anchor>
        </w:drawing>
      </w:r>
      <w:r w:rsidR="008C11C2" w:rsidRPr="00B3569B">
        <w:rPr>
          <w:rFonts w:asciiTheme="minorHAnsi" w:hAnsiTheme="minorHAnsi" w:cstheme="majorHAnsi"/>
          <w:color w:val="000000" w:themeColor="text1"/>
        </w:rPr>
        <w:t>5.10.13 Inventory Query-Summary by location code</w:t>
      </w:r>
    </w:p>
    <w:p w14:paraId="049F97D5" w14:textId="6AC3DD45" w:rsidR="00CC4B38" w:rsidRPr="00B3569B" w:rsidRDefault="00CC4B38" w:rsidP="008C11C2">
      <w:pPr>
        <w:spacing w:line="240" w:lineRule="auto"/>
        <w:ind w:left="2160" w:hanging="720"/>
        <w:rPr>
          <w:rFonts w:asciiTheme="minorHAnsi" w:hAnsiTheme="minorHAnsi" w:cstheme="majorHAnsi"/>
          <w:color w:val="000000" w:themeColor="text1"/>
        </w:rPr>
      </w:pPr>
    </w:p>
    <w:tbl>
      <w:tblPr>
        <w:tblW w:w="9680" w:type="dxa"/>
        <w:tblLook w:val="04A0" w:firstRow="1" w:lastRow="0" w:firstColumn="1" w:lastColumn="0" w:noHBand="0" w:noVBand="1"/>
      </w:tblPr>
      <w:tblGrid>
        <w:gridCol w:w="3519"/>
        <w:gridCol w:w="2845"/>
        <w:gridCol w:w="1658"/>
        <w:gridCol w:w="1658"/>
      </w:tblGrid>
      <w:tr w:rsidR="00D2282A" w:rsidRPr="006A014C" w14:paraId="261EA2DF" w14:textId="77777777" w:rsidTr="00C808CC">
        <w:trPr>
          <w:trHeight w:val="284"/>
        </w:trPr>
        <w:tc>
          <w:tcPr>
            <w:tcW w:w="3519" w:type="dxa"/>
            <w:tcBorders>
              <w:top w:val="single" w:sz="4" w:space="0" w:color="auto"/>
              <w:left w:val="single" w:sz="4" w:space="0" w:color="auto"/>
              <w:bottom w:val="single" w:sz="4" w:space="0" w:color="auto"/>
              <w:right w:val="single" w:sz="4" w:space="0" w:color="auto"/>
            </w:tcBorders>
            <w:noWrap/>
            <w:vAlign w:val="center"/>
            <w:hideMark/>
          </w:tcPr>
          <w:p w14:paraId="544A1D7B" w14:textId="77777777" w:rsidR="00D2282A" w:rsidRPr="006A014C" w:rsidRDefault="00D2282A"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845" w:type="dxa"/>
            <w:tcBorders>
              <w:top w:val="single" w:sz="4" w:space="0" w:color="auto"/>
              <w:left w:val="nil"/>
              <w:bottom w:val="single" w:sz="4" w:space="0" w:color="auto"/>
              <w:right w:val="single" w:sz="4" w:space="0" w:color="auto"/>
            </w:tcBorders>
            <w:noWrap/>
            <w:vAlign w:val="center"/>
            <w:hideMark/>
          </w:tcPr>
          <w:p w14:paraId="3A59E322" w14:textId="77777777" w:rsidR="00D2282A" w:rsidRPr="006A014C" w:rsidRDefault="00D2282A"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58" w:type="dxa"/>
            <w:tcBorders>
              <w:top w:val="single" w:sz="4" w:space="0" w:color="auto"/>
              <w:left w:val="nil"/>
              <w:bottom w:val="single" w:sz="4" w:space="0" w:color="auto"/>
              <w:right w:val="single" w:sz="4" w:space="0" w:color="auto"/>
            </w:tcBorders>
            <w:noWrap/>
            <w:vAlign w:val="center"/>
            <w:hideMark/>
          </w:tcPr>
          <w:p w14:paraId="256B54F6" w14:textId="77777777" w:rsidR="00D2282A" w:rsidRPr="006A014C" w:rsidRDefault="00D2282A"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tcBorders>
              <w:top w:val="single" w:sz="4" w:space="0" w:color="auto"/>
              <w:left w:val="nil"/>
              <w:bottom w:val="single" w:sz="4" w:space="0" w:color="auto"/>
              <w:right w:val="single" w:sz="4" w:space="0" w:color="auto"/>
            </w:tcBorders>
            <w:noWrap/>
            <w:vAlign w:val="center"/>
            <w:hideMark/>
          </w:tcPr>
          <w:p w14:paraId="21A73165" w14:textId="77777777" w:rsidR="00D2282A" w:rsidRPr="006A014C" w:rsidRDefault="00D2282A"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6A014C" w14:paraId="5A55736E" w14:textId="77777777" w:rsidTr="00C808CC">
        <w:trPr>
          <w:trHeight w:val="397"/>
        </w:trPr>
        <w:tc>
          <w:tcPr>
            <w:tcW w:w="3519" w:type="dxa"/>
            <w:tcBorders>
              <w:top w:val="nil"/>
              <w:left w:val="single" w:sz="4" w:space="0" w:color="auto"/>
              <w:bottom w:val="single" w:sz="4" w:space="0" w:color="auto"/>
              <w:right w:val="single" w:sz="4" w:space="0" w:color="auto"/>
            </w:tcBorders>
            <w:noWrap/>
            <w:vAlign w:val="center"/>
            <w:hideMark/>
          </w:tcPr>
          <w:p w14:paraId="005AFAD0"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845" w:type="dxa"/>
            <w:tcBorders>
              <w:top w:val="nil"/>
              <w:left w:val="nil"/>
              <w:bottom w:val="single" w:sz="4" w:space="0" w:color="auto"/>
              <w:right w:val="single" w:sz="4" w:space="0" w:color="auto"/>
            </w:tcBorders>
            <w:noWrap/>
            <w:vAlign w:val="center"/>
            <w:hideMark/>
          </w:tcPr>
          <w:p w14:paraId="3D54C113" w14:textId="106A0A5D"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777FC2A1"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7B5A82B6"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3467DC62" w14:textId="77777777" w:rsidTr="00C808CC">
        <w:trPr>
          <w:trHeight w:val="397"/>
        </w:trPr>
        <w:tc>
          <w:tcPr>
            <w:tcW w:w="3519" w:type="dxa"/>
            <w:tcBorders>
              <w:top w:val="nil"/>
              <w:left w:val="single" w:sz="4" w:space="0" w:color="auto"/>
              <w:bottom w:val="single" w:sz="4" w:space="0" w:color="auto"/>
              <w:right w:val="single" w:sz="4" w:space="0" w:color="auto"/>
            </w:tcBorders>
            <w:noWrap/>
            <w:vAlign w:val="center"/>
            <w:hideMark/>
          </w:tcPr>
          <w:p w14:paraId="1B3A31C8"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845" w:type="dxa"/>
            <w:tcBorders>
              <w:top w:val="nil"/>
              <w:left w:val="nil"/>
              <w:bottom w:val="single" w:sz="4" w:space="0" w:color="auto"/>
              <w:right w:val="single" w:sz="4" w:space="0" w:color="auto"/>
            </w:tcBorders>
            <w:noWrap/>
            <w:vAlign w:val="center"/>
            <w:hideMark/>
          </w:tcPr>
          <w:p w14:paraId="229491EF" w14:textId="0E22AC4F"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38AF5438"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393EAC61"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2E8EC1E4" w14:textId="77777777" w:rsidTr="00C808CC">
        <w:trPr>
          <w:trHeight w:val="397"/>
        </w:trPr>
        <w:tc>
          <w:tcPr>
            <w:tcW w:w="3519" w:type="dxa"/>
            <w:tcBorders>
              <w:top w:val="nil"/>
              <w:left w:val="single" w:sz="4" w:space="0" w:color="auto"/>
              <w:bottom w:val="single" w:sz="4" w:space="0" w:color="auto"/>
              <w:right w:val="single" w:sz="4" w:space="0" w:color="auto"/>
            </w:tcBorders>
            <w:noWrap/>
            <w:vAlign w:val="center"/>
            <w:hideMark/>
          </w:tcPr>
          <w:p w14:paraId="0F7E5899"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845" w:type="dxa"/>
            <w:tcBorders>
              <w:top w:val="nil"/>
              <w:left w:val="nil"/>
              <w:bottom w:val="single" w:sz="4" w:space="0" w:color="auto"/>
              <w:right w:val="single" w:sz="4" w:space="0" w:color="auto"/>
            </w:tcBorders>
            <w:noWrap/>
            <w:vAlign w:val="center"/>
            <w:hideMark/>
          </w:tcPr>
          <w:p w14:paraId="7D199382" w14:textId="202441B3"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593CEFB1"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11C430BF"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bl>
    <w:p w14:paraId="2DF5D9DD" w14:textId="77777777" w:rsidR="00D2282A" w:rsidRDefault="00D2282A" w:rsidP="005024B4">
      <w:pPr>
        <w:spacing w:line="240" w:lineRule="auto"/>
        <w:ind w:left="1440" w:hanging="720"/>
        <w:rPr>
          <w:rFonts w:asciiTheme="minorHAnsi" w:hAnsiTheme="minorHAnsi" w:cstheme="majorHAnsi"/>
          <w:color w:val="000000" w:themeColor="text1"/>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4288"/>
        <w:gridCol w:w="1982"/>
        <w:gridCol w:w="1427"/>
      </w:tblGrid>
      <w:tr w:rsidR="00031B29" w:rsidRPr="00B3569B" w14:paraId="02E9C4D1" w14:textId="77777777" w:rsidTr="00A13822">
        <w:trPr>
          <w:trHeight w:val="624"/>
          <w:jc w:val="center"/>
        </w:trPr>
        <w:tc>
          <w:tcPr>
            <w:tcW w:w="2532" w:type="dxa"/>
            <w:vMerge w:val="restart"/>
          </w:tcPr>
          <w:p w14:paraId="2E47A761" w14:textId="7DD11B37" w:rsidR="00031B29" w:rsidRPr="00B3569B" w:rsidRDefault="00053804" w:rsidP="00C808CC">
            <w:pPr>
              <w:spacing w:line="240" w:lineRule="auto"/>
              <w:jc w:val="center"/>
              <w:rPr>
                <w:rFonts w:asciiTheme="minorHAnsi" w:hAnsiTheme="minorHAnsi" w:cstheme="majorHAnsi"/>
                <w:color w:val="000000" w:themeColor="text1"/>
              </w:rPr>
            </w:pPr>
            <w:r>
              <w:rPr>
                <w:noProof/>
              </w:rPr>
              <w:lastRenderedPageBreak/>
              <w:drawing>
                <wp:anchor distT="0" distB="0" distL="114300" distR="114300" simplePos="0" relativeHeight="251677184" behindDoc="0" locked="0" layoutInCell="1" allowOverlap="1" wp14:anchorId="5A0E00D1" wp14:editId="2B831BA6">
                  <wp:simplePos x="0" y="0"/>
                  <wp:positionH relativeFrom="column">
                    <wp:posOffset>1905</wp:posOffset>
                  </wp:positionH>
                  <wp:positionV relativeFrom="paragraph">
                    <wp:posOffset>355600</wp:posOffset>
                  </wp:positionV>
                  <wp:extent cx="1470660" cy="708660"/>
                  <wp:effectExtent l="0" t="0" r="0" b="0"/>
                  <wp:wrapTopAndBottom/>
                  <wp:docPr id="1792190818"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288" w:type="dxa"/>
          </w:tcPr>
          <w:p w14:paraId="0DED0936" w14:textId="77777777" w:rsidR="00031B29" w:rsidRPr="00B3569B" w:rsidRDefault="00031B29" w:rsidP="00C808C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982" w:type="dxa"/>
          </w:tcPr>
          <w:p w14:paraId="59870F58" w14:textId="77777777" w:rsidR="00031B29" w:rsidRPr="00B3569B" w:rsidRDefault="00031B29" w:rsidP="00C808CC">
            <w:pPr>
              <w:pStyle w:val="NoSpacing"/>
              <w:jc w:val="center"/>
              <w:rPr>
                <w:rFonts w:cstheme="majorHAnsi"/>
                <w:color w:val="000000" w:themeColor="text1"/>
              </w:rPr>
            </w:pPr>
            <w:r w:rsidRPr="00B3569B">
              <w:rPr>
                <w:rFonts w:cstheme="majorHAnsi"/>
                <w:color w:val="000000" w:themeColor="text1"/>
              </w:rPr>
              <w:t>Document ID:</w:t>
            </w:r>
          </w:p>
        </w:tc>
        <w:tc>
          <w:tcPr>
            <w:tcW w:w="1427" w:type="dxa"/>
          </w:tcPr>
          <w:p w14:paraId="2D647BAF" w14:textId="77777777" w:rsidR="00031B29" w:rsidRPr="00B3569B" w:rsidRDefault="00031B29" w:rsidP="00C808CC">
            <w:pPr>
              <w:pStyle w:val="NoSpacing"/>
              <w:jc w:val="center"/>
              <w:rPr>
                <w:rFonts w:cstheme="majorHAnsi"/>
                <w:color w:val="000000" w:themeColor="text1"/>
              </w:rPr>
            </w:pPr>
            <w:r w:rsidRPr="00B3569B">
              <w:rPr>
                <w:rFonts w:cstheme="majorHAnsi"/>
                <w:color w:val="000000" w:themeColor="text1"/>
              </w:rPr>
              <w:t>SMSA-HW01</w:t>
            </w:r>
          </w:p>
        </w:tc>
      </w:tr>
      <w:tr w:rsidR="009B2D58" w:rsidRPr="00B3569B" w14:paraId="32CB57CA" w14:textId="77777777" w:rsidTr="00A13822">
        <w:trPr>
          <w:trHeight w:val="378"/>
          <w:jc w:val="center"/>
        </w:trPr>
        <w:tc>
          <w:tcPr>
            <w:tcW w:w="2532" w:type="dxa"/>
            <w:vMerge/>
          </w:tcPr>
          <w:p w14:paraId="5D302A0A"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288" w:type="dxa"/>
            <w:vMerge w:val="restart"/>
          </w:tcPr>
          <w:p w14:paraId="1BC9B09B" w14:textId="77777777" w:rsidR="009B2D58" w:rsidRPr="00B3569B" w:rsidRDefault="009B2D58" w:rsidP="009B2D58">
            <w:pPr>
              <w:spacing w:line="240" w:lineRule="auto"/>
              <w:jc w:val="center"/>
              <w:rPr>
                <w:rFonts w:asciiTheme="minorHAnsi" w:hAnsiTheme="minorHAnsi" w:cstheme="majorHAnsi"/>
                <w:b/>
                <w:color w:val="000000" w:themeColor="text1"/>
              </w:rPr>
            </w:pPr>
          </w:p>
          <w:p w14:paraId="2388F52A"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982" w:type="dxa"/>
          </w:tcPr>
          <w:p w14:paraId="58321157" w14:textId="77777777" w:rsidR="009B2D58" w:rsidRPr="00053804" w:rsidRDefault="009B2D58" w:rsidP="009B2D58">
            <w:pPr>
              <w:pStyle w:val="NoSpacing"/>
              <w:jc w:val="center"/>
              <w:rPr>
                <w:rFonts w:cstheme="majorHAnsi"/>
                <w:color w:val="000000" w:themeColor="text1"/>
                <w:sz w:val="20"/>
                <w:szCs w:val="20"/>
              </w:rPr>
            </w:pPr>
            <w:r w:rsidRPr="00053804">
              <w:rPr>
                <w:rFonts w:cstheme="majorHAnsi"/>
                <w:color w:val="000000" w:themeColor="text1"/>
                <w:sz w:val="20"/>
                <w:szCs w:val="20"/>
              </w:rPr>
              <w:t>Revision No:</w:t>
            </w:r>
          </w:p>
        </w:tc>
        <w:tc>
          <w:tcPr>
            <w:tcW w:w="1427" w:type="dxa"/>
          </w:tcPr>
          <w:p w14:paraId="13D02295" w14:textId="7D75F8F9" w:rsidR="009B2D58" w:rsidRPr="00053804"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B3569B" w14:paraId="6558E8C1" w14:textId="77777777" w:rsidTr="00A13822">
        <w:trPr>
          <w:trHeight w:val="413"/>
          <w:jc w:val="center"/>
        </w:trPr>
        <w:tc>
          <w:tcPr>
            <w:tcW w:w="2532" w:type="dxa"/>
            <w:vMerge/>
          </w:tcPr>
          <w:p w14:paraId="3DF3B9EC"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288" w:type="dxa"/>
            <w:vMerge/>
          </w:tcPr>
          <w:p w14:paraId="4A306EE5"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982" w:type="dxa"/>
          </w:tcPr>
          <w:p w14:paraId="3F1B3111" w14:textId="77777777" w:rsidR="009B2D58" w:rsidRPr="00053804" w:rsidRDefault="009B2D58" w:rsidP="009B2D58">
            <w:pPr>
              <w:pStyle w:val="NoSpacing"/>
              <w:jc w:val="center"/>
              <w:rPr>
                <w:rFonts w:cstheme="majorHAnsi"/>
                <w:color w:val="000000" w:themeColor="text1"/>
                <w:sz w:val="20"/>
                <w:szCs w:val="20"/>
              </w:rPr>
            </w:pPr>
            <w:r w:rsidRPr="00053804">
              <w:rPr>
                <w:rFonts w:cstheme="majorHAnsi"/>
                <w:color w:val="000000" w:themeColor="text1"/>
                <w:sz w:val="20"/>
                <w:szCs w:val="20"/>
              </w:rPr>
              <w:t>Effective Date:</w:t>
            </w:r>
          </w:p>
        </w:tc>
        <w:tc>
          <w:tcPr>
            <w:tcW w:w="1427" w:type="dxa"/>
          </w:tcPr>
          <w:p w14:paraId="113625E8" w14:textId="1552B52A" w:rsidR="009B2D58" w:rsidRPr="00053804"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B3569B" w14:paraId="7175E89A" w14:textId="77777777" w:rsidTr="00A13822">
        <w:trPr>
          <w:trHeight w:val="375"/>
          <w:jc w:val="center"/>
        </w:trPr>
        <w:tc>
          <w:tcPr>
            <w:tcW w:w="2532" w:type="dxa"/>
            <w:vMerge/>
          </w:tcPr>
          <w:p w14:paraId="1EE62C27"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288" w:type="dxa"/>
            <w:vMerge/>
          </w:tcPr>
          <w:p w14:paraId="7F388731"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982" w:type="dxa"/>
          </w:tcPr>
          <w:p w14:paraId="36A75764" w14:textId="77777777" w:rsidR="009B2D58" w:rsidRPr="00053804" w:rsidRDefault="009B2D58" w:rsidP="009B2D58">
            <w:pPr>
              <w:pStyle w:val="NoSpacing"/>
              <w:jc w:val="center"/>
              <w:rPr>
                <w:rFonts w:cstheme="majorHAnsi"/>
                <w:color w:val="000000" w:themeColor="text1"/>
                <w:sz w:val="20"/>
                <w:szCs w:val="20"/>
              </w:rPr>
            </w:pPr>
            <w:r w:rsidRPr="00053804">
              <w:rPr>
                <w:rFonts w:cstheme="majorHAnsi"/>
                <w:color w:val="000000" w:themeColor="text1"/>
                <w:sz w:val="20"/>
                <w:szCs w:val="20"/>
              </w:rPr>
              <w:t>Next Revision Date:</w:t>
            </w:r>
          </w:p>
        </w:tc>
        <w:tc>
          <w:tcPr>
            <w:tcW w:w="1427" w:type="dxa"/>
          </w:tcPr>
          <w:p w14:paraId="4CD06315" w14:textId="1A5A4C39" w:rsidR="009B2D58" w:rsidRPr="00053804"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A13822" w:rsidRPr="00B3569B" w14:paraId="3787389C" w14:textId="77777777" w:rsidTr="00A13822">
        <w:trPr>
          <w:trHeight w:val="182"/>
          <w:jc w:val="center"/>
        </w:trPr>
        <w:tc>
          <w:tcPr>
            <w:tcW w:w="2532" w:type="dxa"/>
            <w:vMerge/>
          </w:tcPr>
          <w:p w14:paraId="53696331"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288" w:type="dxa"/>
            <w:vMerge/>
          </w:tcPr>
          <w:p w14:paraId="0D0F2366"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982" w:type="dxa"/>
          </w:tcPr>
          <w:p w14:paraId="18CDB64E" w14:textId="77777777" w:rsidR="00A13822" w:rsidRPr="00053804" w:rsidRDefault="00A13822" w:rsidP="00A13822">
            <w:pPr>
              <w:pStyle w:val="NoSpacing"/>
              <w:jc w:val="center"/>
              <w:rPr>
                <w:rFonts w:cstheme="majorHAnsi"/>
                <w:color w:val="000000" w:themeColor="text1"/>
                <w:sz w:val="20"/>
                <w:szCs w:val="20"/>
              </w:rPr>
            </w:pPr>
            <w:r w:rsidRPr="00053804">
              <w:rPr>
                <w:rFonts w:cstheme="majorHAnsi"/>
                <w:color w:val="000000" w:themeColor="text1"/>
                <w:sz w:val="20"/>
                <w:szCs w:val="20"/>
              </w:rPr>
              <w:t>Function:</w:t>
            </w:r>
          </w:p>
        </w:tc>
        <w:tc>
          <w:tcPr>
            <w:tcW w:w="1427" w:type="dxa"/>
          </w:tcPr>
          <w:p w14:paraId="26D7954B" w14:textId="77777777" w:rsidR="00A13822" w:rsidRPr="00053804" w:rsidRDefault="00A13822" w:rsidP="00A13822">
            <w:pPr>
              <w:pStyle w:val="NoSpacing"/>
              <w:jc w:val="center"/>
              <w:rPr>
                <w:rFonts w:cstheme="majorHAnsi"/>
                <w:color w:val="000000" w:themeColor="text1"/>
                <w:sz w:val="20"/>
                <w:szCs w:val="20"/>
              </w:rPr>
            </w:pPr>
            <w:r w:rsidRPr="00053804">
              <w:rPr>
                <w:rFonts w:cstheme="majorHAnsi"/>
                <w:color w:val="000000" w:themeColor="text1"/>
                <w:sz w:val="20"/>
                <w:szCs w:val="20"/>
              </w:rPr>
              <w:t>Warehouse</w:t>
            </w:r>
          </w:p>
        </w:tc>
      </w:tr>
      <w:tr w:rsidR="00A13822" w:rsidRPr="00B3569B" w14:paraId="427ADDB8" w14:textId="77777777" w:rsidTr="00A13822">
        <w:trPr>
          <w:trHeight w:val="203"/>
          <w:jc w:val="center"/>
        </w:trPr>
        <w:tc>
          <w:tcPr>
            <w:tcW w:w="2532" w:type="dxa"/>
            <w:vMerge/>
          </w:tcPr>
          <w:p w14:paraId="599394C2"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288" w:type="dxa"/>
            <w:vMerge/>
          </w:tcPr>
          <w:p w14:paraId="0DBEB963"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982" w:type="dxa"/>
          </w:tcPr>
          <w:p w14:paraId="68DAB572" w14:textId="77777777" w:rsidR="00A13822" w:rsidRPr="00053804" w:rsidRDefault="00A13822" w:rsidP="00A13822">
            <w:pPr>
              <w:pStyle w:val="NoSpacing"/>
              <w:jc w:val="center"/>
              <w:rPr>
                <w:rFonts w:cstheme="majorHAnsi"/>
                <w:color w:val="000000" w:themeColor="text1"/>
                <w:sz w:val="20"/>
                <w:szCs w:val="20"/>
              </w:rPr>
            </w:pPr>
            <w:r w:rsidRPr="00053804">
              <w:rPr>
                <w:rFonts w:cstheme="majorHAnsi"/>
                <w:color w:val="000000" w:themeColor="text1"/>
                <w:sz w:val="20"/>
                <w:szCs w:val="20"/>
              </w:rPr>
              <w:t>Page:</w:t>
            </w:r>
          </w:p>
        </w:tc>
        <w:tc>
          <w:tcPr>
            <w:tcW w:w="1427" w:type="dxa"/>
          </w:tcPr>
          <w:p w14:paraId="296FD63E" w14:textId="1E621355" w:rsidR="00A13822" w:rsidRPr="00053804" w:rsidRDefault="00A13822" w:rsidP="00A13822">
            <w:pPr>
              <w:pStyle w:val="NoSpacing"/>
              <w:jc w:val="center"/>
              <w:rPr>
                <w:rFonts w:cstheme="majorHAnsi"/>
                <w:color w:val="000000" w:themeColor="text1"/>
                <w:sz w:val="20"/>
                <w:szCs w:val="20"/>
              </w:rPr>
            </w:pPr>
            <w:r w:rsidRPr="00053804">
              <w:rPr>
                <w:rFonts w:cstheme="majorHAnsi"/>
                <w:color w:val="000000" w:themeColor="text1"/>
                <w:sz w:val="20"/>
                <w:szCs w:val="20"/>
              </w:rPr>
              <w:t>Page 10 of 11</w:t>
            </w:r>
          </w:p>
        </w:tc>
      </w:tr>
    </w:tbl>
    <w:p w14:paraId="40C44BAC" w14:textId="77777777" w:rsidR="00031B29" w:rsidRDefault="00031B29" w:rsidP="005024B4">
      <w:pPr>
        <w:spacing w:line="240" w:lineRule="auto"/>
        <w:ind w:left="1440" w:hanging="720"/>
        <w:rPr>
          <w:rFonts w:asciiTheme="minorHAnsi" w:hAnsiTheme="minorHAnsi" w:cstheme="majorHAnsi"/>
          <w:color w:val="000000" w:themeColor="text1"/>
        </w:rPr>
      </w:pPr>
    </w:p>
    <w:p w14:paraId="0F61F954" w14:textId="7E98A379" w:rsidR="0005523A" w:rsidRPr="00B3569B" w:rsidRDefault="00000000" w:rsidP="005024B4">
      <w:pPr>
        <w:spacing w:line="240" w:lineRule="auto"/>
        <w:ind w:left="144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5.11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Receiving shipping operator/team leader shall check the inventory for the inbound transactions for each day after Putaway in the system for inventory accuracy.</w:t>
      </w:r>
    </w:p>
    <w:p w14:paraId="3CA6D47F" w14:textId="7903AACA" w:rsidR="0005523A" w:rsidRPr="00B3569B" w:rsidRDefault="00000000" w:rsidP="005024B4">
      <w:pPr>
        <w:spacing w:line="240" w:lineRule="auto"/>
        <w:ind w:firstLine="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5.12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Annexure-A shall be used for checking the inventory.</w:t>
      </w:r>
    </w:p>
    <w:p w14:paraId="6732E2D4" w14:textId="1CBC0112" w:rsidR="0005523A" w:rsidRPr="00B3569B" w:rsidRDefault="00000000" w:rsidP="005024B4">
      <w:pPr>
        <w:spacing w:line="240" w:lineRule="auto"/>
        <w:ind w:firstLine="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5.13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All related documents shall be filed for record purposes.</w:t>
      </w:r>
    </w:p>
    <w:p w14:paraId="2634BEED" w14:textId="7381C26A" w:rsidR="0005523A" w:rsidRPr="00B3569B" w:rsidRDefault="00000000" w:rsidP="005024B4">
      <w:pPr>
        <w:spacing w:line="240" w:lineRule="auto"/>
        <w:ind w:firstLine="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5.14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Environment, Health and Safety considerations:</w:t>
      </w:r>
    </w:p>
    <w:p w14:paraId="1EC7B340" w14:textId="2F113196" w:rsidR="004D5974" w:rsidRPr="00B3569B" w:rsidRDefault="00000000" w:rsidP="005024B4">
      <w:pPr>
        <w:spacing w:line="240" w:lineRule="auto"/>
        <w:ind w:left="216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5.14.1 </w:t>
      </w:r>
      <w:r w:rsidR="004D5974"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Vehicles/Trucks delivering the inbound shipment shall turn off their engine during unloading</w:t>
      </w:r>
      <w:r w:rsidR="00CD7D63" w:rsidRPr="00B3569B">
        <w:rPr>
          <w:rFonts w:asciiTheme="minorHAnsi" w:hAnsiTheme="minorHAnsi" w:cstheme="majorHAnsi"/>
          <w:color w:val="000000" w:themeColor="text1"/>
        </w:rPr>
        <w:t xml:space="preserve"> the truck</w:t>
      </w:r>
      <w:r w:rsidRPr="00B3569B">
        <w:rPr>
          <w:rFonts w:asciiTheme="minorHAnsi" w:hAnsiTheme="minorHAnsi" w:cstheme="majorHAnsi"/>
          <w:color w:val="000000" w:themeColor="text1"/>
        </w:rPr>
        <w:t>.</w:t>
      </w:r>
    </w:p>
    <w:p w14:paraId="508D50C1" w14:textId="220ED823" w:rsidR="0005523A" w:rsidRDefault="00000000" w:rsidP="005024B4">
      <w:pPr>
        <w:spacing w:line="240" w:lineRule="auto"/>
        <w:ind w:left="2160" w:hanging="720"/>
        <w:rPr>
          <w:rFonts w:asciiTheme="minorHAnsi" w:hAnsiTheme="minorHAnsi" w:cstheme="majorHAnsi"/>
          <w:color w:val="000000" w:themeColor="text1"/>
        </w:rPr>
      </w:pPr>
      <w:r w:rsidRPr="00B3569B">
        <w:rPr>
          <w:rFonts w:asciiTheme="minorHAnsi" w:hAnsiTheme="minorHAnsi" w:cstheme="majorHAnsi"/>
          <w:color w:val="000000" w:themeColor="text1"/>
        </w:rPr>
        <w:t xml:space="preserve">5.14.2 </w:t>
      </w:r>
      <w:r w:rsidR="004048B3"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Safe manual lifting practices shall be followed.</w:t>
      </w:r>
    </w:p>
    <w:p w14:paraId="57AD5FC7" w14:textId="65833A23" w:rsidR="0036608B" w:rsidRDefault="0036608B" w:rsidP="0036608B">
      <w:pPr>
        <w:spacing w:line="240" w:lineRule="auto"/>
        <w:rPr>
          <w:rFonts w:asciiTheme="minorHAnsi" w:hAnsiTheme="minorHAnsi" w:cstheme="majorHAnsi"/>
          <w:b/>
          <w:color w:val="000000" w:themeColor="text1"/>
        </w:rPr>
      </w:pPr>
      <w:r w:rsidRPr="00B3569B">
        <w:rPr>
          <w:rFonts w:asciiTheme="minorHAnsi" w:hAnsiTheme="minorHAnsi" w:cstheme="majorHAnsi"/>
          <w:b/>
          <w:color w:val="000000" w:themeColor="text1"/>
        </w:rPr>
        <w:t xml:space="preserve">6.0 </w:t>
      </w:r>
      <w:r w:rsidRPr="00B3569B">
        <w:rPr>
          <w:rFonts w:asciiTheme="minorHAnsi" w:hAnsiTheme="minorHAnsi" w:cstheme="majorHAnsi"/>
          <w:b/>
          <w:color w:val="000000" w:themeColor="text1"/>
        </w:rPr>
        <w:tab/>
      </w:r>
      <w:r>
        <w:rPr>
          <w:rFonts w:asciiTheme="minorHAnsi" w:hAnsiTheme="minorHAnsi" w:cstheme="majorHAnsi"/>
          <w:b/>
          <w:color w:val="000000" w:themeColor="text1"/>
        </w:rPr>
        <w:t>NOTE</w:t>
      </w:r>
    </w:p>
    <w:p w14:paraId="41912003" w14:textId="7F54F173" w:rsidR="0036608B" w:rsidRDefault="0036608B" w:rsidP="0036608B">
      <w:pPr>
        <w:spacing w:line="240" w:lineRule="auto"/>
        <w:ind w:left="1440" w:hanging="720"/>
        <w:rPr>
          <w:rFonts w:asciiTheme="minorHAnsi" w:hAnsiTheme="minorHAnsi" w:cstheme="majorHAnsi"/>
          <w:color w:val="000000" w:themeColor="text1"/>
        </w:rPr>
      </w:pPr>
      <w:r w:rsidRPr="004F2142">
        <w:rPr>
          <w:rFonts w:asciiTheme="minorHAnsi" w:hAnsiTheme="minorHAnsi" w:cstheme="majorHAnsi"/>
          <w:noProof/>
          <w:color w:val="000000" w:themeColor="text1"/>
        </w:rPr>
        <w:drawing>
          <wp:anchor distT="0" distB="0" distL="114300" distR="114300" simplePos="0" relativeHeight="251671040" behindDoc="0" locked="0" layoutInCell="1" allowOverlap="1" wp14:anchorId="6E09C0EB" wp14:editId="130C6E7D">
            <wp:simplePos x="0" y="0"/>
            <wp:positionH relativeFrom="column">
              <wp:posOffset>0</wp:posOffset>
            </wp:positionH>
            <wp:positionV relativeFrom="paragraph">
              <wp:posOffset>512445</wp:posOffset>
            </wp:positionV>
            <wp:extent cx="6073140" cy="2552700"/>
            <wp:effectExtent l="57150" t="57150" r="99060" b="95250"/>
            <wp:wrapTopAndBottom/>
            <wp:docPr id="958227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27167" name=""/>
                    <pic:cNvPicPr/>
                  </pic:nvPicPr>
                  <pic:blipFill>
                    <a:blip r:embed="rId21"/>
                    <a:stretch>
                      <a:fillRect/>
                    </a:stretch>
                  </pic:blipFill>
                  <pic:spPr>
                    <a:xfrm>
                      <a:off x="0" y="0"/>
                      <a:ext cx="6073140" cy="255270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36608B">
        <w:rPr>
          <w:rFonts w:asciiTheme="minorHAnsi" w:hAnsiTheme="minorHAnsi" w:cstheme="majorHAnsi"/>
          <w:bCs/>
          <w:color w:val="000000" w:themeColor="text1"/>
        </w:rPr>
        <w:t>6.1</w:t>
      </w:r>
      <w:r>
        <w:rPr>
          <w:rFonts w:asciiTheme="minorHAnsi" w:hAnsiTheme="minorHAnsi" w:cstheme="majorHAnsi"/>
          <w:b/>
          <w:color w:val="000000" w:themeColor="text1"/>
        </w:rPr>
        <w:tab/>
      </w:r>
      <w:r>
        <w:rPr>
          <w:rFonts w:asciiTheme="minorHAnsi" w:hAnsiTheme="minorHAnsi" w:cstheme="majorHAnsi"/>
          <w:color w:val="000000" w:themeColor="text1"/>
        </w:rPr>
        <w:t>Stoppage of all manual process as per the email confirmation from Huawei. Email attached.</w:t>
      </w:r>
    </w:p>
    <w:p w14:paraId="1938D62F" w14:textId="0B4A2020" w:rsidR="0036608B" w:rsidRDefault="0036608B" w:rsidP="0036608B">
      <w:pPr>
        <w:spacing w:line="240" w:lineRule="auto"/>
        <w:rPr>
          <w:rFonts w:asciiTheme="minorHAnsi" w:hAnsiTheme="minorHAnsi" w:cstheme="majorHAnsi"/>
          <w:color w:val="000000" w:themeColor="text1"/>
        </w:rPr>
      </w:pPr>
    </w:p>
    <w:tbl>
      <w:tblPr>
        <w:tblW w:w="9680" w:type="dxa"/>
        <w:tblLook w:val="04A0" w:firstRow="1" w:lastRow="0" w:firstColumn="1" w:lastColumn="0" w:noHBand="0" w:noVBand="1"/>
      </w:tblPr>
      <w:tblGrid>
        <w:gridCol w:w="3519"/>
        <w:gridCol w:w="2845"/>
        <w:gridCol w:w="1658"/>
        <w:gridCol w:w="1658"/>
      </w:tblGrid>
      <w:tr w:rsidR="0036608B" w:rsidRPr="006A014C" w14:paraId="2310B1C8" w14:textId="77777777" w:rsidTr="00C808CC">
        <w:trPr>
          <w:trHeight w:val="284"/>
        </w:trPr>
        <w:tc>
          <w:tcPr>
            <w:tcW w:w="3519" w:type="dxa"/>
            <w:tcBorders>
              <w:top w:val="single" w:sz="4" w:space="0" w:color="auto"/>
              <w:left w:val="single" w:sz="4" w:space="0" w:color="auto"/>
              <w:bottom w:val="single" w:sz="4" w:space="0" w:color="auto"/>
              <w:right w:val="single" w:sz="4" w:space="0" w:color="auto"/>
            </w:tcBorders>
            <w:noWrap/>
            <w:vAlign w:val="center"/>
            <w:hideMark/>
          </w:tcPr>
          <w:p w14:paraId="48EC59F7" w14:textId="77777777" w:rsidR="0036608B" w:rsidRPr="006A014C" w:rsidRDefault="0036608B"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845" w:type="dxa"/>
            <w:tcBorders>
              <w:top w:val="single" w:sz="4" w:space="0" w:color="auto"/>
              <w:left w:val="nil"/>
              <w:bottom w:val="single" w:sz="4" w:space="0" w:color="auto"/>
              <w:right w:val="single" w:sz="4" w:space="0" w:color="auto"/>
            </w:tcBorders>
            <w:noWrap/>
            <w:vAlign w:val="center"/>
            <w:hideMark/>
          </w:tcPr>
          <w:p w14:paraId="2E443605" w14:textId="77777777" w:rsidR="0036608B" w:rsidRPr="006A014C" w:rsidRDefault="0036608B"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58" w:type="dxa"/>
            <w:tcBorders>
              <w:top w:val="single" w:sz="4" w:space="0" w:color="auto"/>
              <w:left w:val="nil"/>
              <w:bottom w:val="single" w:sz="4" w:space="0" w:color="auto"/>
              <w:right w:val="single" w:sz="4" w:space="0" w:color="auto"/>
            </w:tcBorders>
            <w:noWrap/>
            <w:vAlign w:val="center"/>
            <w:hideMark/>
          </w:tcPr>
          <w:p w14:paraId="09D916C4" w14:textId="77777777" w:rsidR="0036608B" w:rsidRPr="006A014C" w:rsidRDefault="0036608B"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tcBorders>
              <w:top w:val="single" w:sz="4" w:space="0" w:color="auto"/>
              <w:left w:val="nil"/>
              <w:bottom w:val="single" w:sz="4" w:space="0" w:color="auto"/>
              <w:right w:val="single" w:sz="4" w:space="0" w:color="auto"/>
            </w:tcBorders>
            <w:noWrap/>
            <w:vAlign w:val="center"/>
            <w:hideMark/>
          </w:tcPr>
          <w:p w14:paraId="684B127A" w14:textId="77777777" w:rsidR="0036608B" w:rsidRPr="006A014C" w:rsidRDefault="0036608B"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6A014C" w14:paraId="350D0CF2" w14:textId="77777777" w:rsidTr="00C808CC">
        <w:trPr>
          <w:trHeight w:val="397"/>
        </w:trPr>
        <w:tc>
          <w:tcPr>
            <w:tcW w:w="3519" w:type="dxa"/>
            <w:tcBorders>
              <w:top w:val="nil"/>
              <w:left w:val="single" w:sz="4" w:space="0" w:color="auto"/>
              <w:bottom w:val="single" w:sz="4" w:space="0" w:color="auto"/>
              <w:right w:val="single" w:sz="4" w:space="0" w:color="auto"/>
            </w:tcBorders>
            <w:noWrap/>
            <w:vAlign w:val="center"/>
            <w:hideMark/>
          </w:tcPr>
          <w:p w14:paraId="528108DE"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845" w:type="dxa"/>
            <w:tcBorders>
              <w:top w:val="nil"/>
              <w:left w:val="nil"/>
              <w:bottom w:val="single" w:sz="4" w:space="0" w:color="auto"/>
              <w:right w:val="single" w:sz="4" w:space="0" w:color="auto"/>
            </w:tcBorders>
            <w:noWrap/>
            <w:vAlign w:val="center"/>
            <w:hideMark/>
          </w:tcPr>
          <w:p w14:paraId="3B3E03DE" w14:textId="0AB90031"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55271F9C"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58F473D8"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1547FD1D" w14:textId="77777777" w:rsidTr="00C808CC">
        <w:trPr>
          <w:trHeight w:val="397"/>
        </w:trPr>
        <w:tc>
          <w:tcPr>
            <w:tcW w:w="3519" w:type="dxa"/>
            <w:tcBorders>
              <w:top w:val="nil"/>
              <w:left w:val="single" w:sz="4" w:space="0" w:color="auto"/>
              <w:bottom w:val="single" w:sz="4" w:space="0" w:color="auto"/>
              <w:right w:val="single" w:sz="4" w:space="0" w:color="auto"/>
            </w:tcBorders>
            <w:noWrap/>
            <w:vAlign w:val="center"/>
            <w:hideMark/>
          </w:tcPr>
          <w:p w14:paraId="50B673D5"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845" w:type="dxa"/>
            <w:tcBorders>
              <w:top w:val="nil"/>
              <w:left w:val="nil"/>
              <w:bottom w:val="single" w:sz="4" w:space="0" w:color="auto"/>
              <w:right w:val="single" w:sz="4" w:space="0" w:color="auto"/>
            </w:tcBorders>
            <w:noWrap/>
            <w:vAlign w:val="center"/>
            <w:hideMark/>
          </w:tcPr>
          <w:p w14:paraId="02869D02" w14:textId="6BB84F29"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0141F50D"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5A62A45A"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5A763E9D" w14:textId="77777777" w:rsidTr="00C808CC">
        <w:trPr>
          <w:trHeight w:val="397"/>
        </w:trPr>
        <w:tc>
          <w:tcPr>
            <w:tcW w:w="3519" w:type="dxa"/>
            <w:tcBorders>
              <w:top w:val="nil"/>
              <w:left w:val="single" w:sz="4" w:space="0" w:color="auto"/>
              <w:bottom w:val="single" w:sz="4" w:space="0" w:color="auto"/>
              <w:right w:val="single" w:sz="4" w:space="0" w:color="auto"/>
            </w:tcBorders>
            <w:noWrap/>
            <w:vAlign w:val="center"/>
            <w:hideMark/>
          </w:tcPr>
          <w:p w14:paraId="05C601E7"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845" w:type="dxa"/>
            <w:tcBorders>
              <w:top w:val="nil"/>
              <w:left w:val="nil"/>
              <w:bottom w:val="single" w:sz="4" w:space="0" w:color="auto"/>
              <w:right w:val="single" w:sz="4" w:space="0" w:color="auto"/>
            </w:tcBorders>
            <w:noWrap/>
            <w:vAlign w:val="center"/>
            <w:hideMark/>
          </w:tcPr>
          <w:p w14:paraId="1843AF85" w14:textId="5D2AA43F"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77B1486C"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67343F88"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bl>
    <w:p w14:paraId="4F61C4E6" w14:textId="77777777" w:rsidR="0036608B" w:rsidRDefault="0036608B" w:rsidP="0036608B">
      <w:pPr>
        <w:spacing w:line="240" w:lineRule="auto"/>
        <w:rPr>
          <w:rFonts w:asciiTheme="minorHAnsi" w:hAnsiTheme="minorHAnsi" w:cstheme="majorHAnsi"/>
          <w:color w:val="000000" w:themeColor="text1"/>
        </w:rPr>
      </w:pPr>
    </w:p>
    <w:p w14:paraId="4110CB1C" w14:textId="77777777" w:rsidR="0036608B" w:rsidRDefault="0036608B" w:rsidP="0036608B">
      <w:pPr>
        <w:spacing w:line="240" w:lineRule="auto"/>
        <w:rPr>
          <w:rFonts w:asciiTheme="minorHAnsi" w:hAnsiTheme="minorHAnsi" w:cstheme="majorHAnsi"/>
          <w:color w:val="000000" w:themeColor="text1"/>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4149"/>
        <w:gridCol w:w="1536"/>
        <w:gridCol w:w="1463"/>
      </w:tblGrid>
      <w:tr w:rsidR="00DF033F" w:rsidRPr="00B3569B" w14:paraId="5CA9BA04" w14:textId="77777777" w:rsidTr="00C808CC">
        <w:trPr>
          <w:trHeight w:val="699"/>
          <w:jc w:val="center"/>
        </w:trPr>
        <w:tc>
          <w:tcPr>
            <w:tcW w:w="2532" w:type="dxa"/>
            <w:vMerge w:val="restart"/>
          </w:tcPr>
          <w:p w14:paraId="0D19F161" w14:textId="77777777" w:rsidR="00DF033F" w:rsidRPr="00B3569B" w:rsidRDefault="00DF033F" w:rsidP="00C808CC">
            <w:pPr>
              <w:spacing w:line="240" w:lineRule="auto"/>
              <w:jc w:val="center"/>
              <w:rPr>
                <w:rFonts w:asciiTheme="minorHAnsi" w:hAnsiTheme="minorHAnsi" w:cstheme="majorHAnsi"/>
                <w:color w:val="000000" w:themeColor="text1"/>
              </w:rPr>
            </w:pPr>
            <w:r>
              <w:rPr>
                <w:noProof/>
              </w:rPr>
              <w:drawing>
                <wp:anchor distT="0" distB="0" distL="114300" distR="114300" simplePos="0" relativeHeight="251665920" behindDoc="0" locked="0" layoutInCell="1" allowOverlap="1" wp14:anchorId="2BBD8675" wp14:editId="61B158F1">
                  <wp:simplePos x="0" y="0"/>
                  <wp:positionH relativeFrom="column">
                    <wp:posOffset>2540</wp:posOffset>
                  </wp:positionH>
                  <wp:positionV relativeFrom="paragraph">
                    <wp:posOffset>424180</wp:posOffset>
                  </wp:positionV>
                  <wp:extent cx="1470660" cy="708660"/>
                  <wp:effectExtent l="0" t="0" r="0" b="0"/>
                  <wp:wrapTopAndBottom/>
                  <wp:docPr id="222446337"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6"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149" w:type="dxa"/>
          </w:tcPr>
          <w:p w14:paraId="374DC00D" w14:textId="77777777" w:rsidR="00DF033F" w:rsidRPr="00B3569B" w:rsidRDefault="00DF033F" w:rsidP="00C808CC">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SMSA Express Transportation Co., Ltd.</w:t>
            </w:r>
            <w:r w:rsidRPr="00B3569B">
              <w:rPr>
                <w:rFonts w:asciiTheme="minorHAnsi" w:hAnsiTheme="minorHAnsi" w:cstheme="majorHAnsi"/>
                <w:b/>
                <w:color w:val="000000" w:themeColor="text1"/>
              </w:rPr>
              <w:br/>
            </w:r>
            <w:r w:rsidRPr="00B3569B">
              <w:rPr>
                <w:rFonts w:asciiTheme="minorHAnsi" w:hAnsiTheme="minorHAnsi" w:cstheme="majorHAnsi"/>
                <w:color w:val="000000" w:themeColor="text1"/>
              </w:rPr>
              <w:t>P.O. Box 63259 Riyadh 11526, K.S.A.</w:t>
            </w:r>
          </w:p>
        </w:tc>
        <w:tc>
          <w:tcPr>
            <w:tcW w:w="1536" w:type="dxa"/>
          </w:tcPr>
          <w:p w14:paraId="3CCD73D6" w14:textId="77777777" w:rsidR="00DF033F" w:rsidRPr="00B3569B" w:rsidRDefault="00DF033F" w:rsidP="00C808CC">
            <w:pPr>
              <w:pStyle w:val="NoSpacing"/>
              <w:jc w:val="center"/>
              <w:rPr>
                <w:rFonts w:cstheme="majorHAnsi"/>
                <w:color w:val="000000" w:themeColor="text1"/>
              </w:rPr>
            </w:pPr>
            <w:r w:rsidRPr="00B3569B">
              <w:rPr>
                <w:rFonts w:cstheme="majorHAnsi"/>
                <w:color w:val="000000" w:themeColor="text1"/>
              </w:rPr>
              <w:t>Document ID:</w:t>
            </w:r>
          </w:p>
        </w:tc>
        <w:tc>
          <w:tcPr>
            <w:tcW w:w="1463" w:type="dxa"/>
          </w:tcPr>
          <w:p w14:paraId="30E1ACAA" w14:textId="77777777" w:rsidR="00DF033F" w:rsidRPr="00B3569B" w:rsidRDefault="00DF033F" w:rsidP="00C808CC">
            <w:pPr>
              <w:pStyle w:val="NoSpacing"/>
              <w:jc w:val="center"/>
              <w:rPr>
                <w:rFonts w:cstheme="majorHAnsi"/>
                <w:color w:val="000000" w:themeColor="text1"/>
              </w:rPr>
            </w:pPr>
            <w:r w:rsidRPr="00B3569B">
              <w:rPr>
                <w:rFonts w:cstheme="majorHAnsi"/>
                <w:color w:val="000000" w:themeColor="text1"/>
              </w:rPr>
              <w:t>SMSA-HW01</w:t>
            </w:r>
          </w:p>
        </w:tc>
      </w:tr>
      <w:tr w:rsidR="009B2D58" w:rsidRPr="00567CD6" w14:paraId="0385C1E9" w14:textId="77777777" w:rsidTr="00C808CC">
        <w:trPr>
          <w:trHeight w:val="378"/>
          <w:jc w:val="center"/>
        </w:trPr>
        <w:tc>
          <w:tcPr>
            <w:tcW w:w="2532" w:type="dxa"/>
            <w:vMerge/>
          </w:tcPr>
          <w:p w14:paraId="7652177F"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vMerge w:val="restart"/>
          </w:tcPr>
          <w:p w14:paraId="465C607E" w14:textId="77777777" w:rsidR="009B2D58" w:rsidRPr="00B3569B" w:rsidRDefault="009B2D58" w:rsidP="009B2D58">
            <w:pPr>
              <w:spacing w:line="240" w:lineRule="auto"/>
              <w:jc w:val="center"/>
              <w:rPr>
                <w:rFonts w:asciiTheme="minorHAnsi" w:hAnsiTheme="minorHAnsi" w:cstheme="majorHAnsi"/>
                <w:b/>
                <w:color w:val="000000" w:themeColor="text1"/>
              </w:rPr>
            </w:pPr>
          </w:p>
          <w:p w14:paraId="60EE9744" w14:textId="77777777" w:rsidR="009B2D58" w:rsidRPr="00B3569B" w:rsidRDefault="009B2D58" w:rsidP="009B2D58">
            <w:pPr>
              <w:spacing w:line="240" w:lineRule="auto"/>
              <w:jc w:val="center"/>
              <w:rPr>
                <w:rFonts w:asciiTheme="minorHAnsi" w:hAnsiTheme="minorHAnsi" w:cstheme="majorHAnsi"/>
                <w:color w:val="000000" w:themeColor="text1"/>
              </w:rPr>
            </w:pPr>
            <w:r w:rsidRPr="00B3569B">
              <w:rPr>
                <w:rFonts w:asciiTheme="minorHAnsi" w:hAnsiTheme="minorHAnsi" w:cstheme="majorHAnsi"/>
                <w:b/>
                <w:color w:val="000000" w:themeColor="text1"/>
              </w:rPr>
              <w:t>STANDARD OPERATING PROCEDURE</w:t>
            </w:r>
            <w:r w:rsidRPr="00B3569B">
              <w:rPr>
                <w:rFonts w:asciiTheme="minorHAnsi" w:hAnsiTheme="minorHAnsi" w:cstheme="majorHAnsi"/>
                <w:b/>
                <w:color w:val="000000" w:themeColor="text1"/>
              </w:rPr>
              <w:br/>
              <w:t>INBOUND RECEIVING PROCESS</w:t>
            </w:r>
          </w:p>
        </w:tc>
        <w:tc>
          <w:tcPr>
            <w:tcW w:w="1536" w:type="dxa"/>
          </w:tcPr>
          <w:p w14:paraId="3C2DEF35"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Revision No:</w:t>
            </w:r>
          </w:p>
        </w:tc>
        <w:tc>
          <w:tcPr>
            <w:tcW w:w="1463" w:type="dxa"/>
          </w:tcPr>
          <w:p w14:paraId="493EA67C" w14:textId="03997351"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02</w:t>
            </w:r>
          </w:p>
        </w:tc>
      </w:tr>
      <w:tr w:rsidR="009B2D58" w:rsidRPr="00567CD6" w14:paraId="4EF009E3" w14:textId="77777777" w:rsidTr="00C808CC">
        <w:trPr>
          <w:trHeight w:val="413"/>
          <w:jc w:val="center"/>
        </w:trPr>
        <w:tc>
          <w:tcPr>
            <w:tcW w:w="2532" w:type="dxa"/>
            <w:vMerge/>
          </w:tcPr>
          <w:p w14:paraId="3D6CB979"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vMerge/>
          </w:tcPr>
          <w:p w14:paraId="0F1428C8"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536" w:type="dxa"/>
          </w:tcPr>
          <w:p w14:paraId="136D419F"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Effective Date:</w:t>
            </w:r>
          </w:p>
        </w:tc>
        <w:tc>
          <w:tcPr>
            <w:tcW w:w="1463" w:type="dxa"/>
          </w:tcPr>
          <w:p w14:paraId="617B36BE" w14:textId="0F38A320"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01/7/2026</w:t>
            </w:r>
          </w:p>
        </w:tc>
      </w:tr>
      <w:tr w:rsidR="009B2D58" w:rsidRPr="00567CD6" w14:paraId="6F01885A" w14:textId="77777777" w:rsidTr="00C808CC">
        <w:trPr>
          <w:trHeight w:val="375"/>
          <w:jc w:val="center"/>
        </w:trPr>
        <w:tc>
          <w:tcPr>
            <w:tcW w:w="2532" w:type="dxa"/>
            <w:vMerge/>
          </w:tcPr>
          <w:p w14:paraId="69B834C3"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4149" w:type="dxa"/>
            <w:vMerge/>
          </w:tcPr>
          <w:p w14:paraId="5ACCFAE0" w14:textId="77777777" w:rsidR="009B2D58" w:rsidRPr="00B3569B" w:rsidRDefault="009B2D58" w:rsidP="009B2D58">
            <w:pPr>
              <w:spacing w:line="240" w:lineRule="auto"/>
              <w:jc w:val="center"/>
              <w:rPr>
                <w:rFonts w:asciiTheme="minorHAnsi" w:hAnsiTheme="minorHAnsi" w:cstheme="majorHAnsi"/>
                <w:color w:val="000000" w:themeColor="text1"/>
              </w:rPr>
            </w:pPr>
          </w:p>
        </w:tc>
        <w:tc>
          <w:tcPr>
            <w:tcW w:w="1536" w:type="dxa"/>
          </w:tcPr>
          <w:p w14:paraId="04C13BA5" w14:textId="77777777" w:rsidR="009B2D58" w:rsidRPr="00567CD6" w:rsidRDefault="009B2D58" w:rsidP="009B2D58">
            <w:pPr>
              <w:pStyle w:val="NoSpacing"/>
              <w:jc w:val="center"/>
              <w:rPr>
                <w:rFonts w:cstheme="majorHAnsi"/>
                <w:color w:val="000000" w:themeColor="text1"/>
                <w:sz w:val="20"/>
                <w:szCs w:val="20"/>
              </w:rPr>
            </w:pPr>
            <w:r w:rsidRPr="00567CD6">
              <w:rPr>
                <w:rFonts w:cstheme="majorHAnsi"/>
                <w:color w:val="000000" w:themeColor="text1"/>
                <w:sz w:val="20"/>
                <w:szCs w:val="20"/>
              </w:rPr>
              <w:t>Next Revision Date:</w:t>
            </w:r>
          </w:p>
        </w:tc>
        <w:tc>
          <w:tcPr>
            <w:tcW w:w="1463" w:type="dxa"/>
          </w:tcPr>
          <w:p w14:paraId="0419DB5F" w14:textId="6AFACAC5" w:rsidR="009B2D58" w:rsidRPr="00567CD6" w:rsidRDefault="009B2D58" w:rsidP="009B2D58">
            <w:pPr>
              <w:pStyle w:val="NoSpacing"/>
              <w:jc w:val="center"/>
              <w:rPr>
                <w:rFonts w:cstheme="majorHAnsi"/>
                <w:color w:val="000000" w:themeColor="text1"/>
                <w:sz w:val="20"/>
                <w:szCs w:val="20"/>
              </w:rPr>
            </w:pPr>
            <w:r>
              <w:rPr>
                <w:rFonts w:cstheme="majorHAnsi"/>
                <w:color w:val="000000" w:themeColor="text1"/>
              </w:rPr>
              <w:t>30/06/2029</w:t>
            </w:r>
          </w:p>
        </w:tc>
      </w:tr>
      <w:tr w:rsidR="00A13822" w:rsidRPr="00567CD6" w14:paraId="25314CBD" w14:textId="77777777" w:rsidTr="00C808CC">
        <w:trPr>
          <w:trHeight w:val="182"/>
          <w:jc w:val="center"/>
        </w:trPr>
        <w:tc>
          <w:tcPr>
            <w:tcW w:w="2532" w:type="dxa"/>
            <w:vMerge/>
          </w:tcPr>
          <w:p w14:paraId="28D8D16B"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49" w:type="dxa"/>
            <w:vMerge/>
          </w:tcPr>
          <w:p w14:paraId="20E6BEEE"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536" w:type="dxa"/>
          </w:tcPr>
          <w:p w14:paraId="4F3767C2" w14:textId="77777777"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Function:</w:t>
            </w:r>
          </w:p>
        </w:tc>
        <w:tc>
          <w:tcPr>
            <w:tcW w:w="1463" w:type="dxa"/>
          </w:tcPr>
          <w:p w14:paraId="1B945944" w14:textId="77777777"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Warehouse</w:t>
            </w:r>
          </w:p>
        </w:tc>
      </w:tr>
      <w:tr w:rsidR="00A13822" w:rsidRPr="00567CD6" w14:paraId="29FEB6F4" w14:textId="77777777" w:rsidTr="00C808CC">
        <w:trPr>
          <w:trHeight w:val="203"/>
          <w:jc w:val="center"/>
        </w:trPr>
        <w:tc>
          <w:tcPr>
            <w:tcW w:w="2532" w:type="dxa"/>
            <w:vMerge/>
          </w:tcPr>
          <w:p w14:paraId="6F59A9A0"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4149" w:type="dxa"/>
            <w:vMerge/>
          </w:tcPr>
          <w:p w14:paraId="5DCD5D74" w14:textId="77777777" w:rsidR="00A13822" w:rsidRPr="00B3569B" w:rsidRDefault="00A13822" w:rsidP="00A13822">
            <w:pPr>
              <w:spacing w:line="240" w:lineRule="auto"/>
              <w:jc w:val="center"/>
              <w:rPr>
                <w:rFonts w:asciiTheme="minorHAnsi" w:hAnsiTheme="minorHAnsi" w:cstheme="majorHAnsi"/>
                <w:color w:val="000000" w:themeColor="text1"/>
              </w:rPr>
            </w:pPr>
          </w:p>
        </w:tc>
        <w:tc>
          <w:tcPr>
            <w:tcW w:w="1536" w:type="dxa"/>
          </w:tcPr>
          <w:p w14:paraId="2A870E92" w14:textId="77777777" w:rsidR="00A13822" w:rsidRPr="00567CD6" w:rsidRDefault="00A13822" w:rsidP="00A13822">
            <w:pPr>
              <w:pStyle w:val="NoSpacing"/>
              <w:jc w:val="center"/>
              <w:rPr>
                <w:rFonts w:cstheme="majorHAnsi"/>
                <w:color w:val="000000" w:themeColor="text1"/>
                <w:sz w:val="20"/>
                <w:szCs w:val="20"/>
              </w:rPr>
            </w:pPr>
            <w:r w:rsidRPr="00567CD6">
              <w:rPr>
                <w:rFonts w:cstheme="majorHAnsi"/>
                <w:color w:val="000000" w:themeColor="text1"/>
                <w:sz w:val="20"/>
                <w:szCs w:val="20"/>
              </w:rPr>
              <w:t>Page:</w:t>
            </w:r>
          </w:p>
        </w:tc>
        <w:tc>
          <w:tcPr>
            <w:tcW w:w="1463" w:type="dxa"/>
          </w:tcPr>
          <w:p w14:paraId="1A46D24E" w14:textId="41B2B108" w:rsidR="00A13822" w:rsidRPr="00567CD6" w:rsidRDefault="00A13822" w:rsidP="00A13822">
            <w:pPr>
              <w:pStyle w:val="NoSpacing"/>
              <w:jc w:val="center"/>
              <w:rPr>
                <w:rFonts w:cstheme="majorHAnsi"/>
                <w:color w:val="000000" w:themeColor="text1"/>
                <w:sz w:val="20"/>
                <w:szCs w:val="20"/>
              </w:rPr>
            </w:pPr>
            <w:r w:rsidRPr="00E120DD">
              <w:rPr>
                <w:rFonts w:cstheme="majorHAnsi"/>
                <w:color w:val="000000" w:themeColor="text1"/>
                <w:sz w:val="20"/>
                <w:szCs w:val="20"/>
              </w:rPr>
              <w:t>Page 1</w:t>
            </w:r>
            <w:r>
              <w:rPr>
                <w:rFonts w:cstheme="majorHAnsi"/>
                <w:color w:val="000000" w:themeColor="text1"/>
                <w:sz w:val="20"/>
                <w:szCs w:val="20"/>
              </w:rPr>
              <w:t>1</w:t>
            </w:r>
            <w:r w:rsidRPr="00E120DD">
              <w:rPr>
                <w:rFonts w:cstheme="majorHAnsi"/>
                <w:color w:val="000000" w:themeColor="text1"/>
                <w:sz w:val="20"/>
                <w:szCs w:val="20"/>
              </w:rPr>
              <w:t xml:space="preserve"> of 11</w:t>
            </w:r>
          </w:p>
        </w:tc>
      </w:tr>
    </w:tbl>
    <w:p w14:paraId="6ACDC481" w14:textId="77777777" w:rsidR="00567CD6" w:rsidRDefault="00567CD6" w:rsidP="005024B4">
      <w:pPr>
        <w:spacing w:line="240" w:lineRule="auto"/>
        <w:ind w:left="2160" w:hanging="720"/>
        <w:rPr>
          <w:rFonts w:asciiTheme="minorHAnsi" w:hAnsiTheme="minorHAnsi" w:cstheme="majorHAnsi"/>
          <w:color w:val="000000" w:themeColor="text1"/>
        </w:rPr>
      </w:pPr>
    </w:p>
    <w:p w14:paraId="585FE0F7" w14:textId="3C3D5611" w:rsidR="0005523A" w:rsidRPr="00B3569B" w:rsidRDefault="000178C5" w:rsidP="005024B4">
      <w:pPr>
        <w:spacing w:line="240" w:lineRule="auto"/>
        <w:rPr>
          <w:rFonts w:asciiTheme="minorHAnsi" w:hAnsiTheme="minorHAnsi" w:cstheme="majorHAnsi"/>
          <w:color w:val="000000" w:themeColor="text1"/>
        </w:rPr>
      </w:pPr>
      <w:r>
        <w:rPr>
          <w:rFonts w:asciiTheme="minorHAnsi" w:hAnsiTheme="minorHAnsi" w:cstheme="majorHAnsi"/>
          <w:b/>
          <w:color w:val="000000" w:themeColor="text1"/>
        </w:rPr>
        <w:t>7</w:t>
      </w:r>
      <w:r w:rsidRPr="00B3569B">
        <w:rPr>
          <w:rFonts w:asciiTheme="minorHAnsi" w:hAnsiTheme="minorHAnsi" w:cstheme="majorHAnsi"/>
          <w:b/>
          <w:color w:val="000000" w:themeColor="text1"/>
        </w:rPr>
        <w:t xml:space="preserve">.0 </w:t>
      </w:r>
      <w:r w:rsidR="004D5974" w:rsidRPr="00B3569B">
        <w:rPr>
          <w:rFonts w:asciiTheme="minorHAnsi" w:hAnsiTheme="minorHAnsi" w:cstheme="majorHAnsi"/>
          <w:b/>
          <w:color w:val="000000" w:themeColor="text1"/>
        </w:rPr>
        <w:tab/>
      </w:r>
      <w:r w:rsidRPr="00B3569B">
        <w:rPr>
          <w:rFonts w:asciiTheme="minorHAnsi" w:hAnsiTheme="minorHAnsi" w:cstheme="majorHAnsi"/>
          <w:b/>
          <w:color w:val="000000" w:themeColor="text1"/>
        </w:rPr>
        <w:t>RECORD</w:t>
      </w:r>
    </w:p>
    <w:tbl>
      <w:tblPr>
        <w:tblStyle w:val="TableGrid"/>
        <w:tblW w:w="0" w:type="auto"/>
        <w:tblLook w:val="04A0" w:firstRow="1" w:lastRow="0" w:firstColumn="1" w:lastColumn="0" w:noHBand="0" w:noVBand="1"/>
      </w:tblPr>
      <w:tblGrid>
        <w:gridCol w:w="3116"/>
        <w:gridCol w:w="3117"/>
        <w:gridCol w:w="3117"/>
      </w:tblGrid>
      <w:tr w:rsidR="004048B3" w:rsidRPr="00B3569B" w14:paraId="3C82D225" w14:textId="77777777" w:rsidTr="0030123C">
        <w:trPr>
          <w:trHeight w:val="454"/>
        </w:trPr>
        <w:tc>
          <w:tcPr>
            <w:tcW w:w="3120" w:type="dxa"/>
          </w:tcPr>
          <w:p w14:paraId="7146504D"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Title of Record</w:t>
            </w:r>
          </w:p>
        </w:tc>
        <w:tc>
          <w:tcPr>
            <w:tcW w:w="3120" w:type="dxa"/>
          </w:tcPr>
          <w:p w14:paraId="31837B61"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Custodian</w:t>
            </w:r>
          </w:p>
        </w:tc>
        <w:tc>
          <w:tcPr>
            <w:tcW w:w="3120" w:type="dxa"/>
          </w:tcPr>
          <w:p w14:paraId="1C21172D"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Retention Period</w:t>
            </w:r>
          </w:p>
        </w:tc>
      </w:tr>
      <w:tr w:rsidR="004048B3" w:rsidRPr="00B3569B" w14:paraId="4A023E29" w14:textId="77777777" w:rsidTr="0030123C">
        <w:trPr>
          <w:trHeight w:val="454"/>
        </w:trPr>
        <w:tc>
          <w:tcPr>
            <w:tcW w:w="3120" w:type="dxa"/>
          </w:tcPr>
          <w:p w14:paraId="01C4A325"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Packing list</w:t>
            </w:r>
          </w:p>
        </w:tc>
        <w:tc>
          <w:tcPr>
            <w:tcW w:w="3120" w:type="dxa"/>
          </w:tcPr>
          <w:p w14:paraId="6FB383C7"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Team Leader</w:t>
            </w:r>
          </w:p>
        </w:tc>
        <w:tc>
          <w:tcPr>
            <w:tcW w:w="3120" w:type="dxa"/>
          </w:tcPr>
          <w:p w14:paraId="54D3521E" w14:textId="1003777D"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0</w:t>
            </w:r>
            <w:r w:rsidR="005822D0">
              <w:rPr>
                <w:rFonts w:asciiTheme="minorHAnsi" w:hAnsiTheme="minorHAnsi" w:cstheme="majorHAnsi"/>
                <w:color w:val="000000" w:themeColor="text1"/>
              </w:rPr>
              <w:t>3</w:t>
            </w:r>
            <w:r w:rsidRPr="00B3569B">
              <w:rPr>
                <w:rFonts w:asciiTheme="minorHAnsi" w:hAnsiTheme="minorHAnsi" w:cstheme="majorHAnsi"/>
                <w:color w:val="000000" w:themeColor="text1"/>
              </w:rPr>
              <w:t xml:space="preserve"> Year</w:t>
            </w:r>
          </w:p>
        </w:tc>
      </w:tr>
      <w:tr w:rsidR="004048B3" w:rsidRPr="00B3569B" w14:paraId="50209F0D" w14:textId="77777777" w:rsidTr="0030123C">
        <w:trPr>
          <w:trHeight w:val="454"/>
        </w:trPr>
        <w:tc>
          <w:tcPr>
            <w:tcW w:w="3120" w:type="dxa"/>
          </w:tcPr>
          <w:p w14:paraId="53178EFF"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ANNEXURE-A</w:t>
            </w:r>
          </w:p>
        </w:tc>
        <w:tc>
          <w:tcPr>
            <w:tcW w:w="3120" w:type="dxa"/>
          </w:tcPr>
          <w:p w14:paraId="49D5C040"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Team Leader</w:t>
            </w:r>
          </w:p>
        </w:tc>
        <w:tc>
          <w:tcPr>
            <w:tcW w:w="3120" w:type="dxa"/>
          </w:tcPr>
          <w:p w14:paraId="283D3B81" w14:textId="0A47BDBA"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0</w:t>
            </w:r>
            <w:r w:rsidR="005822D0">
              <w:rPr>
                <w:rFonts w:asciiTheme="minorHAnsi" w:hAnsiTheme="minorHAnsi" w:cstheme="majorHAnsi"/>
                <w:color w:val="000000" w:themeColor="text1"/>
              </w:rPr>
              <w:t>3</w:t>
            </w:r>
            <w:r w:rsidRPr="00B3569B">
              <w:rPr>
                <w:rFonts w:asciiTheme="minorHAnsi" w:hAnsiTheme="minorHAnsi" w:cstheme="majorHAnsi"/>
                <w:color w:val="000000" w:themeColor="text1"/>
              </w:rPr>
              <w:t xml:space="preserve"> Year</w:t>
            </w:r>
          </w:p>
        </w:tc>
      </w:tr>
    </w:tbl>
    <w:p w14:paraId="7C7170B5" w14:textId="77015423" w:rsidR="004D5974" w:rsidRPr="00B3569B" w:rsidRDefault="00000000" w:rsidP="005024B4">
      <w:pPr>
        <w:spacing w:line="240" w:lineRule="auto"/>
        <w:rPr>
          <w:rFonts w:asciiTheme="minorHAnsi" w:hAnsiTheme="minorHAnsi" w:cstheme="majorHAnsi"/>
          <w:color w:val="000000" w:themeColor="text1"/>
        </w:rPr>
      </w:pPr>
      <w:r w:rsidRPr="00B3569B">
        <w:rPr>
          <w:rFonts w:asciiTheme="minorHAnsi" w:hAnsiTheme="minorHAnsi" w:cstheme="majorHAnsi"/>
          <w:color w:val="000000" w:themeColor="text1"/>
        </w:rPr>
        <w:br/>
      </w:r>
      <w:r w:rsidR="000178C5">
        <w:rPr>
          <w:rFonts w:asciiTheme="minorHAnsi" w:hAnsiTheme="minorHAnsi" w:cstheme="majorHAnsi"/>
          <w:b/>
          <w:color w:val="000000" w:themeColor="text1"/>
        </w:rPr>
        <w:t>8</w:t>
      </w:r>
      <w:r w:rsidRPr="00B3569B">
        <w:rPr>
          <w:rFonts w:asciiTheme="minorHAnsi" w:hAnsiTheme="minorHAnsi" w:cstheme="majorHAnsi"/>
          <w:b/>
          <w:color w:val="000000" w:themeColor="text1"/>
        </w:rPr>
        <w:t xml:space="preserve">.0 </w:t>
      </w:r>
      <w:r w:rsidR="004D5974" w:rsidRPr="00B3569B">
        <w:rPr>
          <w:rFonts w:asciiTheme="minorHAnsi" w:hAnsiTheme="minorHAnsi" w:cstheme="majorHAnsi"/>
          <w:b/>
          <w:color w:val="000000" w:themeColor="text1"/>
        </w:rPr>
        <w:tab/>
      </w:r>
      <w:r w:rsidRPr="00B3569B">
        <w:rPr>
          <w:rFonts w:asciiTheme="minorHAnsi" w:hAnsiTheme="minorHAnsi" w:cstheme="majorHAnsi"/>
          <w:b/>
          <w:color w:val="000000" w:themeColor="text1"/>
        </w:rPr>
        <w:t>ATTACHMENT</w:t>
      </w:r>
    </w:p>
    <w:p w14:paraId="449BFFFC" w14:textId="3E4FB4E4" w:rsidR="00CD7D63" w:rsidRPr="00B3569B" w:rsidRDefault="000178C5" w:rsidP="005024B4">
      <w:pPr>
        <w:spacing w:line="240" w:lineRule="auto"/>
        <w:ind w:firstLine="720"/>
        <w:rPr>
          <w:rFonts w:asciiTheme="minorHAnsi" w:hAnsiTheme="minorHAnsi" w:cstheme="majorHAnsi"/>
          <w:color w:val="000000" w:themeColor="text1"/>
        </w:rPr>
      </w:pPr>
      <w:r>
        <w:rPr>
          <w:rFonts w:asciiTheme="minorHAnsi" w:hAnsiTheme="minorHAnsi" w:cstheme="majorHAnsi"/>
          <w:color w:val="000000" w:themeColor="text1"/>
        </w:rPr>
        <w:t>8</w:t>
      </w:r>
      <w:r w:rsidRPr="00B3569B">
        <w:rPr>
          <w:rFonts w:asciiTheme="minorHAnsi" w:hAnsiTheme="minorHAnsi" w:cstheme="majorHAnsi"/>
          <w:color w:val="000000" w:themeColor="text1"/>
        </w:rPr>
        <w:t xml:space="preserve">.1 </w:t>
      </w:r>
      <w:r w:rsidR="005B205E"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ANNEXURE-A</w:t>
      </w:r>
    </w:p>
    <w:p w14:paraId="08BE93C5" w14:textId="08538264" w:rsidR="0005523A" w:rsidRDefault="000178C5" w:rsidP="00CD7D63">
      <w:pPr>
        <w:spacing w:line="240" w:lineRule="auto"/>
        <w:rPr>
          <w:rFonts w:asciiTheme="minorHAnsi" w:hAnsiTheme="minorHAnsi" w:cstheme="majorHAnsi"/>
          <w:b/>
          <w:color w:val="000000" w:themeColor="text1"/>
        </w:rPr>
      </w:pPr>
      <w:r>
        <w:rPr>
          <w:rFonts w:asciiTheme="minorHAnsi" w:hAnsiTheme="minorHAnsi" w:cstheme="majorHAnsi"/>
          <w:b/>
          <w:color w:val="000000" w:themeColor="text1"/>
        </w:rPr>
        <w:t>9</w:t>
      </w:r>
      <w:r w:rsidRPr="00B3569B">
        <w:rPr>
          <w:rFonts w:asciiTheme="minorHAnsi" w:hAnsiTheme="minorHAnsi" w:cstheme="majorHAnsi"/>
          <w:b/>
          <w:color w:val="000000" w:themeColor="text1"/>
        </w:rPr>
        <w:t xml:space="preserve">.0 </w:t>
      </w:r>
      <w:r w:rsidR="005B205E" w:rsidRPr="00B3569B">
        <w:rPr>
          <w:rFonts w:asciiTheme="minorHAnsi" w:hAnsiTheme="minorHAnsi" w:cstheme="majorHAnsi"/>
          <w:b/>
          <w:color w:val="000000" w:themeColor="text1"/>
        </w:rPr>
        <w:tab/>
      </w:r>
      <w:r w:rsidRPr="00B3569B">
        <w:rPr>
          <w:rFonts w:asciiTheme="minorHAnsi" w:hAnsiTheme="minorHAnsi" w:cstheme="majorHAnsi"/>
          <w:b/>
          <w:color w:val="000000" w:themeColor="text1"/>
        </w:rPr>
        <w:t>DOCUMENT CHANGE RECORD</w:t>
      </w:r>
    </w:p>
    <w:tbl>
      <w:tblPr>
        <w:tblStyle w:val="TableGrid"/>
        <w:tblW w:w="0" w:type="auto"/>
        <w:tblLook w:val="04A0" w:firstRow="1" w:lastRow="0" w:firstColumn="1" w:lastColumn="0" w:noHBand="0" w:noVBand="1"/>
      </w:tblPr>
      <w:tblGrid>
        <w:gridCol w:w="1089"/>
        <w:gridCol w:w="1728"/>
        <w:gridCol w:w="3387"/>
        <w:gridCol w:w="3118"/>
      </w:tblGrid>
      <w:tr w:rsidR="004048B3" w:rsidRPr="00B3569B" w14:paraId="2DBCDADC" w14:textId="77777777" w:rsidTr="0030123C">
        <w:trPr>
          <w:trHeight w:val="454"/>
        </w:trPr>
        <w:tc>
          <w:tcPr>
            <w:tcW w:w="1089" w:type="dxa"/>
          </w:tcPr>
          <w:p w14:paraId="12379F4C" w14:textId="77777777" w:rsidR="0005523A" w:rsidRPr="0030123C" w:rsidRDefault="00000000" w:rsidP="008B49B2">
            <w:pPr>
              <w:jc w:val="center"/>
              <w:rPr>
                <w:rFonts w:asciiTheme="minorHAnsi" w:hAnsiTheme="minorHAnsi" w:cstheme="majorHAnsi"/>
                <w:color w:val="000000" w:themeColor="text1"/>
                <w:sz w:val="20"/>
                <w:szCs w:val="20"/>
              </w:rPr>
            </w:pPr>
            <w:r w:rsidRPr="0030123C">
              <w:rPr>
                <w:rFonts w:asciiTheme="minorHAnsi" w:hAnsiTheme="minorHAnsi" w:cstheme="majorHAnsi"/>
                <w:b/>
                <w:color w:val="000000" w:themeColor="text1"/>
                <w:sz w:val="20"/>
                <w:szCs w:val="20"/>
              </w:rPr>
              <w:t>Rev No.</w:t>
            </w:r>
          </w:p>
        </w:tc>
        <w:tc>
          <w:tcPr>
            <w:tcW w:w="1728" w:type="dxa"/>
          </w:tcPr>
          <w:p w14:paraId="7AE6D8F5" w14:textId="77777777" w:rsidR="0005523A" w:rsidRPr="0030123C" w:rsidRDefault="00000000" w:rsidP="008B49B2">
            <w:pPr>
              <w:jc w:val="center"/>
              <w:rPr>
                <w:rFonts w:asciiTheme="minorHAnsi" w:hAnsiTheme="minorHAnsi" w:cstheme="majorHAnsi"/>
                <w:color w:val="000000" w:themeColor="text1"/>
                <w:sz w:val="20"/>
                <w:szCs w:val="20"/>
              </w:rPr>
            </w:pPr>
            <w:r w:rsidRPr="0030123C">
              <w:rPr>
                <w:rFonts w:asciiTheme="minorHAnsi" w:hAnsiTheme="minorHAnsi" w:cstheme="majorHAnsi"/>
                <w:b/>
                <w:color w:val="000000" w:themeColor="text1"/>
                <w:sz w:val="20"/>
                <w:szCs w:val="20"/>
              </w:rPr>
              <w:t>Effective Date</w:t>
            </w:r>
          </w:p>
        </w:tc>
        <w:tc>
          <w:tcPr>
            <w:tcW w:w="3387" w:type="dxa"/>
          </w:tcPr>
          <w:p w14:paraId="051E319C" w14:textId="77777777" w:rsidR="0005523A" w:rsidRPr="0030123C" w:rsidRDefault="00000000" w:rsidP="008B49B2">
            <w:pPr>
              <w:jc w:val="center"/>
              <w:rPr>
                <w:rFonts w:asciiTheme="minorHAnsi" w:hAnsiTheme="minorHAnsi" w:cstheme="majorHAnsi"/>
                <w:color w:val="000000" w:themeColor="text1"/>
                <w:sz w:val="20"/>
                <w:szCs w:val="20"/>
              </w:rPr>
            </w:pPr>
            <w:r w:rsidRPr="0030123C">
              <w:rPr>
                <w:rFonts w:asciiTheme="minorHAnsi" w:hAnsiTheme="minorHAnsi" w:cstheme="majorHAnsi"/>
                <w:b/>
                <w:color w:val="000000" w:themeColor="text1"/>
                <w:sz w:val="20"/>
                <w:szCs w:val="20"/>
              </w:rPr>
              <w:t>Nature of Change</w:t>
            </w:r>
          </w:p>
        </w:tc>
        <w:tc>
          <w:tcPr>
            <w:tcW w:w="3118" w:type="dxa"/>
          </w:tcPr>
          <w:p w14:paraId="7261D1DC" w14:textId="77777777" w:rsidR="0005523A" w:rsidRPr="0030123C" w:rsidRDefault="00000000" w:rsidP="008B49B2">
            <w:pPr>
              <w:jc w:val="center"/>
              <w:rPr>
                <w:rFonts w:asciiTheme="minorHAnsi" w:hAnsiTheme="minorHAnsi" w:cstheme="majorHAnsi"/>
                <w:color w:val="000000" w:themeColor="text1"/>
                <w:sz w:val="20"/>
                <w:szCs w:val="20"/>
              </w:rPr>
            </w:pPr>
            <w:r w:rsidRPr="0030123C">
              <w:rPr>
                <w:rFonts w:asciiTheme="minorHAnsi" w:hAnsiTheme="minorHAnsi" w:cstheme="majorHAnsi"/>
                <w:b/>
                <w:color w:val="000000" w:themeColor="text1"/>
                <w:sz w:val="20"/>
                <w:szCs w:val="20"/>
              </w:rPr>
              <w:t>Document Change Request No:</w:t>
            </w:r>
          </w:p>
        </w:tc>
      </w:tr>
      <w:tr w:rsidR="004048B3" w:rsidRPr="00B3569B" w14:paraId="17C77430" w14:textId="77777777" w:rsidTr="0030123C">
        <w:trPr>
          <w:trHeight w:val="454"/>
        </w:trPr>
        <w:tc>
          <w:tcPr>
            <w:tcW w:w="1089" w:type="dxa"/>
          </w:tcPr>
          <w:p w14:paraId="4125002A"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00</w:t>
            </w:r>
          </w:p>
        </w:tc>
        <w:tc>
          <w:tcPr>
            <w:tcW w:w="1728" w:type="dxa"/>
          </w:tcPr>
          <w:p w14:paraId="438427B8" w14:textId="5F165407" w:rsidR="0005523A" w:rsidRPr="00B3569B" w:rsidRDefault="0005523A" w:rsidP="008B49B2">
            <w:pPr>
              <w:jc w:val="center"/>
              <w:rPr>
                <w:rFonts w:asciiTheme="minorHAnsi" w:hAnsiTheme="minorHAnsi" w:cstheme="majorHAnsi"/>
                <w:color w:val="000000" w:themeColor="text1"/>
              </w:rPr>
            </w:pPr>
          </w:p>
        </w:tc>
        <w:tc>
          <w:tcPr>
            <w:tcW w:w="3387" w:type="dxa"/>
          </w:tcPr>
          <w:p w14:paraId="3FF49D3A"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New Document</w:t>
            </w:r>
          </w:p>
        </w:tc>
        <w:tc>
          <w:tcPr>
            <w:tcW w:w="3118" w:type="dxa"/>
          </w:tcPr>
          <w:p w14:paraId="26409CAE" w14:textId="5061FD11" w:rsidR="0005523A" w:rsidRPr="00B3569B" w:rsidRDefault="0005523A" w:rsidP="008B49B2">
            <w:pPr>
              <w:jc w:val="center"/>
              <w:rPr>
                <w:rFonts w:asciiTheme="minorHAnsi" w:hAnsiTheme="minorHAnsi" w:cstheme="majorHAnsi"/>
                <w:color w:val="000000" w:themeColor="text1"/>
              </w:rPr>
            </w:pPr>
          </w:p>
        </w:tc>
      </w:tr>
      <w:tr w:rsidR="004048B3" w:rsidRPr="00B3569B" w14:paraId="24D79C13" w14:textId="77777777" w:rsidTr="0030123C">
        <w:trPr>
          <w:trHeight w:val="454"/>
        </w:trPr>
        <w:tc>
          <w:tcPr>
            <w:tcW w:w="1089" w:type="dxa"/>
          </w:tcPr>
          <w:p w14:paraId="59C11906"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01</w:t>
            </w:r>
          </w:p>
        </w:tc>
        <w:tc>
          <w:tcPr>
            <w:tcW w:w="1728" w:type="dxa"/>
          </w:tcPr>
          <w:p w14:paraId="5FE9CEDF" w14:textId="5076227F" w:rsidR="0005523A" w:rsidRPr="00B3569B" w:rsidRDefault="0005523A" w:rsidP="008B49B2">
            <w:pPr>
              <w:jc w:val="center"/>
              <w:rPr>
                <w:rFonts w:asciiTheme="minorHAnsi" w:hAnsiTheme="minorHAnsi" w:cstheme="majorHAnsi"/>
                <w:color w:val="000000" w:themeColor="text1"/>
              </w:rPr>
            </w:pPr>
          </w:p>
        </w:tc>
        <w:tc>
          <w:tcPr>
            <w:tcW w:w="3387" w:type="dxa"/>
          </w:tcPr>
          <w:p w14:paraId="27B23D18" w14:textId="77777777" w:rsidR="0005523A" w:rsidRPr="00B3569B" w:rsidRDefault="00000000" w:rsidP="008B49B2">
            <w:pPr>
              <w:jc w:val="center"/>
              <w:rPr>
                <w:rFonts w:asciiTheme="minorHAnsi" w:hAnsiTheme="minorHAnsi" w:cstheme="majorHAnsi"/>
                <w:color w:val="000000" w:themeColor="text1"/>
              </w:rPr>
            </w:pPr>
            <w:r w:rsidRPr="00B3569B">
              <w:rPr>
                <w:rFonts w:asciiTheme="minorHAnsi" w:hAnsiTheme="minorHAnsi" w:cstheme="majorHAnsi"/>
                <w:color w:val="000000" w:themeColor="text1"/>
              </w:rPr>
              <w:t>Periodic Review, No Change</w:t>
            </w:r>
          </w:p>
        </w:tc>
        <w:tc>
          <w:tcPr>
            <w:tcW w:w="3118" w:type="dxa"/>
          </w:tcPr>
          <w:p w14:paraId="7BDE93C3" w14:textId="76A26DFA" w:rsidR="0005523A" w:rsidRPr="00B3569B" w:rsidRDefault="0005523A" w:rsidP="008B49B2">
            <w:pPr>
              <w:jc w:val="center"/>
              <w:rPr>
                <w:rFonts w:asciiTheme="minorHAnsi" w:hAnsiTheme="minorHAnsi" w:cstheme="majorHAnsi"/>
                <w:color w:val="000000" w:themeColor="text1"/>
              </w:rPr>
            </w:pPr>
          </w:p>
        </w:tc>
      </w:tr>
    </w:tbl>
    <w:p w14:paraId="12CEA50A" w14:textId="77777777" w:rsidR="00F707EC" w:rsidRDefault="00F707EC" w:rsidP="005024B4">
      <w:pPr>
        <w:spacing w:line="240" w:lineRule="auto"/>
        <w:rPr>
          <w:rFonts w:asciiTheme="minorHAnsi" w:hAnsiTheme="minorHAnsi" w:cstheme="majorHAnsi"/>
          <w:color w:val="000000" w:themeColor="text1"/>
        </w:rPr>
      </w:pPr>
    </w:p>
    <w:p w14:paraId="221CE5D6" w14:textId="77777777" w:rsidR="00856A85" w:rsidRDefault="00F707EC" w:rsidP="005024B4">
      <w:pPr>
        <w:spacing w:line="240" w:lineRule="auto"/>
        <w:jc w:val="center"/>
        <w:rPr>
          <w:rFonts w:asciiTheme="minorHAnsi" w:hAnsiTheme="minorHAnsi" w:cstheme="majorHAnsi"/>
          <w:color w:val="000000" w:themeColor="text1"/>
        </w:rPr>
      </w:pPr>
      <w:r w:rsidRPr="00B3569B">
        <w:rPr>
          <w:rFonts w:asciiTheme="minorHAnsi" w:hAnsiTheme="minorHAnsi" w:cstheme="majorHAnsi"/>
          <w:color w:val="000000" w:themeColor="text1"/>
        </w:rPr>
        <w:t>END OF THE DOCUMENT</w:t>
      </w:r>
    </w:p>
    <w:p w14:paraId="30509FBE" w14:textId="77777777" w:rsidR="00856A85" w:rsidRDefault="00856A85" w:rsidP="005024B4">
      <w:pPr>
        <w:spacing w:line="240" w:lineRule="auto"/>
        <w:jc w:val="center"/>
        <w:rPr>
          <w:rFonts w:asciiTheme="minorHAnsi" w:hAnsiTheme="minorHAnsi" w:cstheme="majorHAnsi"/>
          <w:color w:val="000000" w:themeColor="text1"/>
        </w:rPr>
      </w:pPr>
    </w:p>
    <w:p w14:paraId="01731A4A" w14:textId="77777777" w:rsidR="00E50D20" w:rsidRDefault="00E50D20" w:rsidP="005024B4">
      <w:pPr>
        <w:spacing w:line="240" w:lineRule="auto"/>
        <w:jc w:val="center"/>
        <w:rPr>
          <w:rFonts w:asciiTheme="minorHAnsi" w:hAnsiTheme="minorHAnsi" w:cstheme="majorHAnsi"/>
          <w:color w:val="000000" w:themeColor="text1"/>
        </w:rPr>
      </w:pPr>
    </w:p>
    <w:p w14:paraId="2FAB00DE" w14:textId="77777777" w:rsidR="00856A85" w:rsidRDefault="00856A85" w:rsidP="005024B4">
      <w:pPr>
        <w:spacing w:line="240" w:lineRule="auto"/>
        <w:jc w:val="center"/>
        <w:rPr>
          <w:rFonts w:asciiTheme="minorHAnsi" w:hAnsiTheme="minorHAnsi" w:cstheme="majorHAnsi"/>
          <w:color w:val="000000" w:themeColor="text1"/>
        </w:rPr>
      </w:pPr>
    </w:p>
    <w:p w14:paraId="7AFFC7F9" w14:textId="77777777" w:rsidR="00856A85" w:rsidRDefault="00856A85" w:rsidP="005024B4">
      <w:pPr>
        <w:spacing w:line="240" w:lineRule="auto"/>
        <w:jc w:val="center"/>
        <w:rPr>
          <w:rFonts w:asciiTheme="minorHAnsi" w:hAnsiTheme="minorHAnsi" w:cstheme="majorHAnsi"/>
          <w:color w:val="000000" w:themeColor="text1"/>
        </w:rPr>
      </w:pPr>
    </w:p>
    <w:tbl>
      <w:tblPr>
        <w:tblW w:w="9680" w:type="dxa"/>
        <w:tblLook w:val="04A0" w:firstRow="1" w:lastRow="0" w:firstColumn="1" w:lastColumn="0" w:noHBand="0" w:noVBand="1"/>
      </w:tblPr>
      <w:tblGrid>
        <w:gridCol w:w="3519"/>
        <w:gridCol w:w="2845"/>
        <w:gridCol w:w="1658"/>
        <w:gridCol w:w="1658"/>
      </w:tblGrid>
      <w:tr w:rsidR="00DF033F" w:rsidRPr="006A014C" w14:paraId="120F5AA9" w14:textId="77777777" w:rsidTr="00C808CC">
        <w:trPr>
          <w:trHeight w:val="528"/>
        </w:trPr>
        <w:tc>
          <w:tcPr>
            <w:tcW w:w="3519" w:type="dxa"/>
            <w:tcBorders>
              <w:top w:val="single" w:sz="4" w:space="0" w:color="auto"/>
              <w:left w:val="single" w:sz="4" w:space="0" w:color="auto"/>
              <w:bottom w:val="single" w:sz="4" w:space="0" w:color="auto"/>
              <w:right w:val="single" w:sz="4" w:space="0" w:color="auto"/>
            </w:tcBorders>
            <w:noWrap/>
            <w:vAlign w:val="center"/>
            <w:hideMark/>
          </w:tcPr>
          <w:p w14:paraId="7264E10E" w14:textId="77777777" w:rsidR="00DF033F" w:rsidRPr="006A014C" w:rsidRDefault="00DF033F"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2845" w:type="dxa"/>
            <w:tcBorders>
              <w:top w:val="single" w:sz="4" w:space="0" w:color="auto"/>
              <w:left w:val="nil"/>
              <w:bottom w:val="single" w:sz="4" w:space="0" w:color="auto"/>
              <w:right w:val="single" w:sz="4" w:space="0" w:color="auto"/>
            </w:tcBorders>
            <w:noWrap/>
            <w:vAlign w:val="center"/>
            <w:hideMark/>
          </w:tcPr>
          <w:p w14:paraId="231ADC0F" w14:textId="77777777" w:rsidR="00DF033F" w:rsidRPr="006A014C" w:rsidRDefault="00DF033F"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658" w:type="dxa"/>
            <w:tcBorders>
              <w:top w:val="single" w:sz="4" w:space="0" w:color="auto"/>
              <w:left w:val="nil"/>
              <w:bottom w:val="single" w:sz="4" w:space="0" w:color="auto"/>
              <w:right w:val="single" w:sz="4" w:space="0" w:color="auto"/>
            </w:tcBorders>
            <w:noWrap/>
            <w:vAlign w:val="center"/>
            <w:hideMark/>
          </w:tcPr>
          <w:p w14:paraId="5878FC98" w14:textId="77777777" w:rsidR="00DF033F" w:rsidRPr="006A014C" w:rsidRDefault="00DF033F"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658" w:type="dxa"/>
            <w:tcBorders>
              <w:top w:val="single" w:sz="4" w:space="0" w:color="auto"/>
              <w:left w:val="nil"/>
              <w:bottom w:val="single" w:sz="4" w:space="0" w:color="auto"/>
              <w:right w:val="single" w:sz="4" w:space="0" w:color="auto"/>
            </w:tcBorders>
            <w:noWrap/>
            <w:vAlign w:val="center"/>
            <w:hideMark/>
          </w:tcPr>
          <w:p w14:paraId="347F488F" w14:textId="77777777" w:rsidR="00DF033F" w:rsidRPr="006A014C" w:rsidRDefault="00DF033F" w:rsidP="00C808CC">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9B2D58" w:rsidRPr="006A014C" w14:paraId="5EAB8149" w14:textId="77777777" w:rsidTr="00C808CC">
        <w:trPr>
          <w:trHeight w:val="564"/>
        </w:trPr>
        <w:tc>
          <w:tcPr>
            <w:tcW w:w="3519" w:type="dxa"/>
            <w:tcBorders>
              <w:top w:val="nil"/>
              <w:left w:val="single" w:sz="4" w:space="0" w:color="auto"/>
              <w:bottom w:val="single" w:sz="4" w:space="0" w:color="auto"/>
              <w:right w:val="single" w:sz="4" w:space="0" w:color="auto"/>
            </w:tcBorders>
            <w:noWrap/>
            <w:vAlign w:val="center"/>
            <w:hideMark/>
          </w:tcPr>
          <w:p w14:paraId="7215CE86"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2845" w:type="dxa"/>
            <w:tcBorders>
              <w:top w:val="nil"/>
              <w:left w:val="nil"/>
              <w:bottom w:val="single" w:sz="4" w:space="0" w:color="auto"/>
              <w:right w:val="single" w:sz="4" w:space="0" w:color="auto"/>
            </w:tcBorders>
            <w:noWrap/>
            <w:vAlign w:val="center"/>
            <w:hideMark/>
          </w:tcPr>
          <w:p w14:paraId="49A0CF4F" w14:textId="12923C58"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 xml:space="preserve">Firthows Ahmed </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393DE171"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15FE7A6E"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3CCAEDC5" w14:textId="77777777" w:rsidTr="00C808CC">
        <w:trPr>
          <w:trHeight w:val="564"/>
        </w:trPr>
        <w:tc>
          <w:tcPr>
            <w:tcW w:w="3519" w:type="dxa"/>
            <w:tcBorders>
              <w:top w:val="nil"/>
              <w:left w:val="single" w:sz="4" w:space="0" w:color="auto"/>
              <w:bottom w:val="single" w:sz="4" w:space="0" w:color="auto"/>
              <w:right w:val="single" w:sz="4" w:space="0" w:color="auto"/>
            </w:tcBorders>
            <w:noWrap/>
            <w:vAlign w:val="center"/>
            <w:hideMark/>
          </w:tcPr>
          <w:p w14:paraId="748BB79D"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2845" w:type="dxa"/>
            <w:tcBorders>
              <w:top w:val="nil"/>
              <w:left w:val="nil"/>
              <w:bottom w:val="single" w:sz="4" w:space="0" w:color="auto"/>
              <w:right w:val="single" w:sz="4" w:space="0" w:color="auto"/>
            </w:tcBorders>
            <w:noWrap/>
            <w:vAlign w:val="center"/>
            <w:hideMark/>
          </w:tcPr>
          <w:p w14:paraId="2F100A08" w14:textId="1CF23BF5"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155DA276"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442E3C45"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9B2D58" w:rsidRPr="006A014C" w14:paraId="2F4A9BB4" w14:textId="77777777" w:rsidTr="00C808CC">
        <w:trPr>
          <w:trHeight w:val="564"/>
        </w:trPr>
        <w:tc>
          <w:tcPr>
            <w:tcW w:w="3519" w:type="dxa"/>
            <w:tcBorders>
              <w:top w:val="nil"/>
              <w:left w:val="single" w:sz="4" w:space="0" w:color="auto"/>
              <w:bottom w:val="single" w:sz="4" w:space="0" w:color="auto"/>
              <w:right w:val="single" w:sz="4" w:space="0" w:color="auto"/>
            </w:tcBorders>
            <w:noWrap/>
            <w:vAlign w:val="center"/>
            <w:hideMark/>
          </w:tcPr>
          <w:p w14:paraId="50107C14"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2845" w:type="dxa"/>
            <w:tcBorders>
              <w:top w:val="nil"/>
              <w:left w:val="nil"/>
              <w:bottom w:val="single" w:sz="4" w:space="0" w:color="auto"/>
              <w:right w:val="single" w:sz="4" w:space="0" w:color="auto"/>
            </w:tcBorders>
            <w:noWrap/>
            <w:vAlign w:val="center"/>
            <w:hideMark/>
          </w:tcPr>
          <w:p w14:paraId="2374D91E" w14:textId="6651B812"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center"/>
            <w:hideMark/>
          </w:tcPr>
          <w:p w14:paraId="54BA232C" w14:textId="77777777" w:rsidR="009B2D58" w:rsidRPr="006A014C" w:rsidRDefault="009B2D58" w:rsidP="009B2D58">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658" w:type="dxa"/>
            <w:tcBorders>
              <w:top w:val="nil"/>
              <w:left w:val="nil"/>
              <w:bottom w:val="single" w:sz="4" w:space="0" w:color="auto"/>
              <w:right w:val="single" w:sz="4" w:space="0" w:color="auto"/>
            </w:tcBorders>
            <w:noWrap/>
            <w:vAlign w:val="bottom"/>
            <w:hideMark/>
          </w:tcPr>
          <w:p w14:paraId="03E42F92"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p w14:paraId="6401ACAF" w14:textId="77777777" w:rsidR="009B2D58" w:rsidRPr="006A014C" w:rsidRDefault="009B2D58" w:rsidP="009B2D58">
            <w:pPr>
              <w:spacing w:after="0" w:line="240" w:lineRule="auto"/>
              <w:rPr>
                <w:rFonts w:asciiTheme="minorHAnsi" w:eastAsia="Times New Roman" w:hAnsiTheme="minorHAnsi" w:cs="Calibri"/>
                <w:color w:val="000000"/>
                <w:sz w:val="20"/>
                <w:szCs w:val="20"/>
                <w:lang w:val="en-GB" w:eastAsia="en-GB" w:bidi="ml-IN"/>
              </w:rPr>
            </w:pPr>
          </w:p>
        </w:tc>
      </w:tr>
    </w:tbl>
    <w:p w14:paraId="559B591C" w14:textId="77777777" w:rsidR="00856A85" w:rsidRDefault="00856A85" w:rsidP="005024B4">
      <w:pPr>
        <w:spacing w:line="240" w:lineRule="auto"/>
        <w:jc w:val="center"/>
        <w:rPr>
          <w:rFonts w:asciiTheme="minorHAnsi" w:hAnsiTheme="minorHAnsi" w:cstheme="majorHAnsi"/>
          <w:color w:val="000000" w:themeColor="text1"/>
        </w:rPr>
      </w:pPr>
    </w:p>
    <w:p w14:paraId="47BA15FE" w14:textId="77777777" w:rsidR="00856A85" w:rsidRDefault="00856A85" w:rsidP="005024B4">
      <w:pPr>
        <w:spacing w:line="240" w:lineRule="auto"/>
        <w:jc w:val="center"/>
        <w:rPr>
          <w:rFonts w:asciiTheme="minorHAnsi" w:hAnsiTheme="minorHAnsi" w:cstheme="majorHAnsi"/>
          <w:color w:val="000000" w:themeColor="text1"/>
        </w:rPr>
      </w:pPr>
    </w:p>
    <w:p w14:paraId="6BD5C144" w14:textId="77777777" w:rsidR="00856A85" w:rsidRDefault="00856A85" w:rsidP="005024B4">
      <w:pPr>
        <w:spacing w:line="240" w:lineRule="auto"/>
        <w:jc w:val="center"/>
        <w:rPr>
          <w:rFonts w:asciiTheme="minorHAnsi" w:hAnsiTheme="minorHAnsi" w:cstheme="majorHAnsi"/>
          <w:color w:val="000000" w:themeColor="text1"/>
        </w:rPr>
      </w:pPr>
    </w:p>
    <w:p w14:paraId="42EB8035" w14:textId="77777777" w:rsidR="00856A85" w:rsidRDefault="00856A85" w:rsidP="005024B4">
      <w:pPr>
        <w:spacing w:line="240" w:lineRule="auto"/>
        <w:rPr>
          <w:rFonts w:asciiTheme="minorHAnsi" w:hAnsiTheme="minorHAnsi" w:cstheme="majorHAnsi"/>
          <w:color w:val="000000" w:themeColor="text1"/>
        </w:rPr>
      </w:pPr>
    </w:p>
    <w:p w14:paraId="1D88E028" w14:textId="77777777" w:rsidR="00554AEE" w:rsidRPr="00B3569B" w:rsidRDefault="00000000" w:rsidP="00554AEE">
      <w:pPr>
        <w:spacing w:line="240" w:lineRule="auto"/>
        <w:ind w:left="2880" w:firstLine="720"/>
        <w:rPr>
          <w:rFonts w:asciiTheme="minorHAnsi" w:hAnsiTheme="minorHAnsi" w:cstheme="majorHAnsi"/>
          <w:b/>
          <w:color w:val="000000" w:themeColor="text1"/>
          <w:u w:val="single"/>
        </w:rPr>
      </w:pPr>
      <w:r w:rsidRPr="00B3569B">
        <w:rPr>
          <w:rFonts w:asciiTheme="minorHAnsi" w:hAnsiTheme="minorHAnsi" w:cstheme="majorHAnsi"/>
          <w:b/>
          <w:color w:val="000000" w:themeColor="text1"/>
          <w:u w:val="single"/>
        </w:rPr>
        <w:t>Annexure-B</w:t>
      </w:r>
    </w:p>
    <w:p w14:paraId="0CED5E87" w14:textId="17E70D69" w:rsidR="00554AEE" w:rsidRPr="00B3569B" w:rsidRDefault="00274FA3" w:rsidP="00554AEE">
      <w:pPr>
        <w:spacing w:line="240" w:lineRule="auto"/>
        <w:ind w:left="1440"/>
        <w:rPr>
          <w:rFonts w:asciiTheme="minorHAnsi" w:hAnsiTheme="minorHAnsi" w:cstheme="majorHAnsi"/>
          <w:b/>
          <w:color w:val="000000" w:themeColor="text1"/>
        </w:rPr>
      </w:pPr>
      <w:r w:rsidRPr="00B3569B">
        <w:rPr>
          <w:rFonts w:asciiTheme="minorHAnsi" w:hAnsiTheme="minorHAnsi" w:cstheme="majorHAnsi"/>
          <w:b/>
          <w:color w:val="000000" w:themeColor="text1"/>
        </w:rPr>
        <w:t>(</w:t>
      </w:r>
      <w:r w:rsidR="00554AEE" w:rsidRPr="00B3569B">
        <w:rPr>
          <w:rFonts w:asciiTheme="minorHAnsi" w:hAnsiTheme="minorHAnsi" w:cstheme="majorHAnsi"/>
          <w:b/>
          <w:color w:val="000000" w:themeColor="text1"/>
        </w:rPr>
        <w:t>To be used in conjunction with SOP No. SMSA-HC18)</w:t>
      </w:r>
      <w:r w:rsidR="00554AEE" w:rsidRPr="00B3569B">
        <w:rPr>
          <w:rFonts w:asciiTheme="minorHAnsi" w:hAnsiTheme="minorHAnsi" w:cstheme="majorHAnsi"/>
          <w:b/>
          <w:color w:val="000000" w:themeColor="text1"/>
        </w:rPr>
        <w:tab/>
      </w:r>
    </w:p>
    <w:p w14:paraId="71AD2EFC" w14:textId="77777777" w:rsidR="00554AEE" w:rsidRPr="00B3569B" w:rsidRDefault="00554AEE" w:rsidP="00554AEE">
      <w:pPr>
        <w:spacing w:line="240" w:lineRule="auto"/>
        <w:ind w:left="2160" w:firstLine="720"/>
        <w:rPr>
          <w:rFonts w:asciiTheme="minorHAnsi" w:hAnsiTheme="minorHAnsi" w:cstheme="majorHAnsi"/>
          <w:b/>
          <w:color w:val="000000" w:themeColor="text1"/>
        </w:rPr>
      </w:pPr>
    </w:p>
    <w:p w14:paraId="267A51EC" w14:textId="77777777" w:rsidR="001428BB" w:rsidRPr="00B3569B" w:rsidRDefault="001428BB" w:rsidP="00554AEE">
      <w:pPr>
        <w:spacing w:line="240" w:lineRule="auto"/>
        <w:ind w:left="2160" w:firstLine="720"/>
        <w:rPr>
          <w:rFonts w:asciiTheme="minorHAnsi" w:hAnsiTheme="minorHAnsi" w:cstheme="majorHAnsi"/>
          <w:b/>
          <w:color w:val="000000" w:themeColor="text1"/>
        </w:rPr>
      </w:pPr>
    </w:p>
    <w:p w14:paraId="3EF0280C" w14:textId="65D32E89" w:rsidR="0005523A" w:rsidRPr="00B3569B" w:rsidRDefault="00000000" w:rsidP="00554AEE">
      <w:pPr>
        <w:spacing w:line="240" w:lineRule="auto"/>
        <w:ind w:left="2160" w:firstLine="720"/>
        <w:rPr>
          <w:rFonts w:asciiTheme="minorHAnsi" w:hAnsiTheme="minorHAnsi" w:cstheme="majorHAnsi"/>
          <w:b/>
          <w:color w:val="000000" w:themeColor="text1"/>
        </w:rPr>
      </w:pPr>
      <w:r w:rsidRPr="00B3569B">
        <w:rPr>
          <w:rFonts w:asciiTheme="minorHAnsi" w:hAnsiTheme="minorHAnsi" w:cstheme="majorHAnsi"/>
          <w:b/>
          <w:color w:val="000000" w:themeColor="text1"/>
        </w:rPr>
        <w:t xml:space="preserve">"Read and Understood" </w:t>
      </w:r>
    </w:p>
    <w:p w14:paraId="11F30344" w14:textId="77777777" w:rsidR="001428BB" w:rsidRPr="00B3569B" w:rsidRDefault="001428BB" w:rsidP="00554AEE">
      <w:pPr>
        <w:spacing w:line="240" w:lineRule="auto"/>
        <w:ind w:left="2160" w:firstLine="720"/>
        <w:rPr>
          <w:rFonts w:asciiTheme="minorHAnsi" w:hAnsiTheme="minorHAnsi" w:cstheme="majorHAnsi"/>
          <w:b/>
          <w:color w:val="000000" w:themeColor="text1"/>
        </w:rPr>
      </w:pPr>
    </w:p>
    <w:p w14:paraId="705F5064" w14:textId="577BDE71" w:rsidR="00554AEE" w:rsidRPr="00B3569B" w:rsidRDefault="00554AEE" w:rsidP="00554AEE">
      <w:pPr>
        <w:spacing w:line="240" w:lineRule="auto"/>
        <w:rPr>
          <w:rFonts w:asciiTheme="minorHAnsi" w:hAnsiTheme="minorHAnsi" w:cstheme="majorHAnsi"/>
          <w:bCs/>
          <w:color w:val="000000" w:themeColor="text1"/>
        </w:rPr>
      </w:pPr>
      <w:r w:rsidRPr="00B3569B">
        <w:rPr>
          <w:rFonts w:asciiTheme="minorHAnsi" w:hAnsiTheme="minorHAnsi" w:cstheme="majorHAnsi"/>
          <w:bCs/>
          <w:color w:val="000000" w:themeColor="text1"/>
        </w:rPr>
        <w:t>I have read and under stood the following procedure:</w:t>
      </w:r>
    </w:p>
    <w:p w14:paraId="34970F2B" w14:textId="77777777" w:rsidR="00554AEE" w:rsidRPr="00B3569B" w:rsidRDefault="00554AEE" w:rsidP="00554AEE">
      <w:pPr>
        <w:spacing w:line="240" w:lineRule="auto"/>
        <w:rPr>
          <w:rFonts w:asciiTheme="minorHAnsi" w:hAnsiTheme="minorHAnsi" w:cstheme="majorHAnsi"/>
          <w:bCs/>
          <w:color w:val="000000" w:themeColor="text1"/>
        </w:rPr>
      </w:pPr>
    </w:p>
    <w:p w14:paraId="6A46EC8F" w14:textId="0C36948A" w:rsidR="00554AEE" w:rsidRPr="00B3569B" w:rsidRDefault="00F101B6" w:rsidP="005024B4">
      <w:pPr>
        <w:spacing w:line="240" w:lineRule="auto"/>
        <w:rPr>
          <w:rFonts w:asciiTheme="minorHAnsi" w:hAnsiTheme="minorHAnsi" w:cstheme="majorHAnsi"/>
          <w:color w:val="000000" w:themeColor="text1"/>
        </w:rPr>
      </w:pPr>
      <w:r w:rsidRPr="00B3569B">
        <w:rPr>
          <w:rFonts w:asciiTheme="minorHAnsi" w:hAnsiTheme="minorHAnsi" w:cstheme="majorHAnsi"/>
          <w:noProof/>
          <w:color w:val="auto"/>
        </w:rPr>
        <mc:AlternateContent>
          <mc:Choice Requires="wps">
            <w:drawing>
              <wp:anchor distT="0" distB="0" distL="114300" distR="114300" simplePos="0" relativeHeight="251644416" behindDoc="0" locked="0" layoutInCell="1" allowOverlap="1" wp14:anchorId="241D148C" wp14:editId="007B99B0">
                <wp:simplePos x="0" y="0"/>
                <wp:positionH relativeFrom="column">
                  <wp:posOffset>967740</wp:posOffset>
                </wp:positionH>
                <wp:positionV relativeFrom="paragraph">
                  <wp:posOffset>167005</wp:posOffset>
                </wp:positionV>
                <wp:extent cx="2727960" cy="0"/>
                <wp:effectExtent l="0" t="0" r="0" b="0"/>
                <wp:wrapNone/>
                <wp:docPr id="1886996414" name="Straight Connector 1"/>
                <wp:cNvGraphicFramePr/>
                <a:graphic xmlns:a="http://schemas.openxmlformats.org/drawingml/2006/main">
                  <a:graphicData uri="http://schemas.microsoft.com/office/word/2010/wordprocessingShape">
                    <wps:wsp>
                      <wps:cNvCnPr/>
                      <wps:spPr>
                        <a:xfrm>
                          <a:off x="0" y="0"/>
                          <a:ext cx="27279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7C91D4" id="Straight Connector 1"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2pt,13.15pt" to="29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" strokecolor="black [3040]"/>
            </w:pict>
          </mc:Fallback>
        </mc:AlternateContent>
      </w:r>
      <w:r w:rsidRPr="00B3569B">
        <w:rPr>
          <w:rFonts w:asciiTheme="minorHAnsi" w:hAnsiTheme="minorHAnsi" w:cstheme="majorHAnsi"/>
          <w:color w:val="000000" w:themeColor="text1"/>
        </w:rPr>
        <w:t>SOP No.</w:t>
      </w:r>
      <w:r w:rsidRPr="00B3569B">
        <w:rPr>
          <w:rFonts w:asciiTheme="minorHAnsi" w:hAnsiTheme="minorHAnsi" w:cstheme="majorHAnsi"/>
          <w:color w:val="000000" w:themeColor="text1"/>
        </w:rPr>
        <w:tab/>
        <w:t xml:space="preserve">: </w:t>
      </w:r>
      <w:r w:rsidR="00A13822">
        <w:rPr>
          <w:rFonts w:asciiTheme="minorHAnsi" w:hAnsiTheme="minorHAnsi" w:cstheme="majorHAnsi"/>
          <w:color w:val="000000" w:themeColor="text1"/>
        </w:rPr>
        <w:t>SMSA-HW01</w:t>
      </w:r>
    </w:p>
    <w:p w14:paraId="710E174A" w14:textId="375B93C5" w:rsidR="00554AEE" w:rsidRPr="00B3569B" w:rsidRDefault="00F101B6" w:rsidP="005024B4">
      <w:pPr>
        <w:spacing w:line="240" w:lineRule="auto"/>
        <w:rPr>
          <w:rFonts w:asciiTheme="minorHAnsi" w:hAnsiTheme="minorHAnsi" w:cstheme="majorHAnsi"/>
          <w:color w:val="000000" w:themeColor="text1"/>
        </w:rPr>
      </w:pPr>
      <w:r w:rsidRPr="00B3569B">
        <w:rPr>
          <w:rFonts w:asciiTheme="minorHAnsi" w:hAnsiTheme="minorHAnsi" w:cstheme="majorHAnsi"/>
          <w:noProof/>
          <w:color w:val="auto"/>
        </w:rPr>
        <mc:AlternateContent>
          <mc:Choice Requires="wps">
            <w:drawing>
              <wp:anchor distT="0" distB="0" distL="114300" distR="114300" simplePos="0" relativeHeight="251645440" behindDoc="0" locked="0" layoutInCell="1" allowOverlap="1" wp14:anchorId="0F7D5614" wp14:editId="20C396F5">
                <wp:simplePos x="0" y="0"/>
                <wp:positionH relativeFrom="column">
                  <wp:posOffset>975360</wp:posOffset>
                </wp:positionH>
                <wp:positionV relativeFrom="paragraph">
                  <wp:posOffset>310515</wp:posOffset>
                </wp:positionV>
                <wp:extent cx="2827020" cy="7620"/>
                <wp:effectExtent l="0" t="0" r="30480" b="30480"/>
                <wp:wrapNone/>
                <wp:docPr id="2093025158" name="Straight Connector 1"/>
                <wp:cNvGraphicFramePr/>
                <a:graphic xmlns:a="http://schemas.openxmlformats.org/drawingml/2006/main">
                  <a:graphicData uri="http://schemas.microsoft.com/office/word/2010/wordprocessingShape">
                    <wps:wsp>
                      <wps:cNvCnPr/>
                      <wps:spPr>
                        <a:xfrm>
                          <a:off x="0" y="0"/>
                          <a:ext cx="2827020" cy="76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733F5" id="Straight Connector 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pt,24.45pt" to="299.4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" strokecolor="black [3040]"/>
            </w:pict>
          </mc:Fallback>
        </mc:AlternateContent>
      </w:r>
      <w:r w:rsidRPr="00B3569B">
        <w:rPr>
          <w:rFonts w:asciiTheme="minorHAnsi" w:hAnsiTheme="minorHAnsi" w:cstheme="majorHAnsi"/>
          <w:color w:val="000000" w:themeColor="text1"/>
        </w:rPr>
        <w:br/>
        <w:t>Revision No.</w:t>
      </w:r>
      <w:r w:rsidRPr="00B3569B">
        <w:rPr>
          <w:rFonts w:asciiTheme="minorHAnsi" w:hAnsiTheme="minorHAnsi" w:cstheme="majorHAnsi"/>
          <w:color w:val="000000" w:themeColor="text1"/>
        </w:rPr>
        <w:tab/>
        <w:t xml:space="preserve">: </w:t>
      </w:r>
      <w:r w:rsidR="00A13822">
        <w:rPr>
          <w:rFonts w:asciiTheme="minorHAnsi" w:hAnsiTheme="minorHAnsi" w:cstheme="majorHAnsi"/>
          <w:color w:val="000000" w:themeColor="text1"/>
        </w:rPr>
        <w:t>02</w:t>
      </w:r>
    </w:p>
    <w:p w14:paraId="1E3D2D00" w14:textId="105CEA41" w:rsidR="0005523A" w:rsidRPr="00B3569B" w:rsidRDefault="00F101B6" w:rsidP="005024B4">
      <w:pPr>
        <w:spacing w:line="240" w:lineRule="auto"/>
        <w:rPr>
          <w:rFonts w:asciiTheme="minorHAnsi" w:hAnsiTheme="minorHAnsi" w:cstheme="majorHAnsi"/>
          <w:color w:val="000000" w:themeColor="text1"/>
        </w:rPr>
      </w:pPr>
      <w:r w:rsidRPr="00B3569B">
        <w:rPr>
          <w:rFonts w:asciiTheme="minorHAnsi" w:hAnsiTheme="minorHAnsi" w:cstheme="majorHAnsi"/>
          <w:noProof/>
          <w:color w:val="auto"/>
        </w:rPr>
        <mc:AlternateContent>
          <mc:Choice Requires="wps">
            <w:drawing>
              <wp:anchor distT="0" distB="0" distL="114300" distR="114300" simplePos="0" relativeHeight="251647488" behindDoc="0" locked="0" layoutInCell="1" allowOverlap="1" wp14:anchorId="3CBF27DD" wp14:editId="5DC9B513">
                <wp:simplePos x="0" y="0"/>
                <wp:positionH relativeFrom="column">
                  <wp:posOffset>982980</wp:posOffset>
                </wp:positionH>
                <wp:positionV relativeFrom="paragraph">
                  <wp:posOffset>313055</wp:posOffset>
                </wp:positionV>
                <wp:extent cx="2712720" cy="7620"/>
                <wp:effectExtent l="0" t="0" r="30480" b="30480"/>
                <wp:wrapNone/>
                <wp:docPr id="1394150672" name="Straight Connector 1"/>
                <wp:cNvGraphicFramePr/>
                <a:graphic xmlns:a="http://schemas.openxmlformats.org/drawingml/2006/main">
                  <a:graphicData uri="http://schemas.microsoft.com/office/word/2010/wordprocessingShape">
                    <wps:wsp>
                      <wps:cNvCnPr/>
                      <wps:spPr>
                        <a:xfrm>
                          <a:off x="0" y="0"/>
                          <a:ext cx="2712720" cy="76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3D74B" id="Straight Connector 1"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pt,24.65pt" to="291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" strokecolor="black [3040]"/>
            </w:pict>
          </mc:Fallback>
        </mc:AlternateContent>
      </w:r>
      <w:r w:rsidRPr="00B3569B">
        <w:rPr>
          <w:rFonts w:asciiTheme="minorHAnsi" w:hAnsiTheme="minorHAnsi" w:cstheme="majorHAnsi"/>
          <w:color w:val="000000" w:themeColor="text1"/>
        </w:rPr>
        <w:br/>
        <w:t>SOP Title</w:t>
      </w:r>
      <w:r w:rsidRPr="00B3569B">
        <w:rPr>
          <w:rFonts w:asciiTheme="minorHAnsi" w:hAnsiTheme="minorHAnsi" w:cstheme="majorHAnsi"/>
          <w:color w:val="000000" w:themeColor="text1"/>
        </w:rPr>
        <w:tab/>
        <w:t xml:space="preserve">: </w:t>
      </w:r>
      <w:r w:rsidR="00A13822">
        <w:rPr>
          <w:rFonts w:asciiTheme="minorHAnsi" w:hAnsiTheme="minorHAnsi" w:cstheme="majorHAnsi"/>
          <w:color w:val="000000" w:themeColor="text1"/>
        </w:rPr>
        <w:t>INBOUND PROCESS</w:t>
      </w:r>
      <w:r w:rsidRPr="00B3569B">
        <w:rPr>
          <w:rFonts w:asciiTheme="minorHAnsi" w:hAnsiTheme="minorHAnsi" w:cstheme="majorHAnsi"/>
          <w:color w:val="000000" w:themeColor="text1"/>
        </w:rPr>
        <w:br/>
      </w:r>
    </w:p>
    <w:p w14:paraId="624499F6" w14:textId="3D158042" w:rsidR="001428BB" w:rsidRPr="00B3569B" w:rsidRDefault="001428BB" w:rsidP="005024B4">
      <w:pPr>
        <w:spacing w:line="240" w:lineRule="auto"/>
        <w:rPr>
          <w:rFonts w:asciiTheme="minorHAnsi" w:hAnsiTheme="minorHAnsi" w:cstheme="majorHAnsi"/>
          <w:color w:val="000000" w:themeColor="text1"/>
        </w:rPr>
      </w:pPr>
    </w:p>
    <w:p w14:paraId="7D655FCE" w14:textId="53DC95A7" w:rsidR="001428BB" w:rsidRPr="00B3569B" w:rsidRDefault="001428BB" w:rsidP="005024B4">
      <w:pPr>
        <w:spacing w:line="240" w:lineRule="auto"/>
        <w:rPr>
          <w:rFonts w:asciiTheme="minorHAnsi" w:hAnsiTheme="minorHAnsi" w:cstheme="majorHAnsi"/>
          <w:color w:val="000000" w:themeColor="text1"/>
        </w:rPr>
      </w:pPr>
    </w:p>
    <w:p w14:paraId="02C0E408" w14:textId="31D233C3" w:rsidR="001428BB" w:rsidRPr="00B3569B" w:rsidRDefault="001428BB" w:rsidP="005024B4">
      <w:pPr>
        <w:spacing w:line="240" w:lineRule="auto"/>
        <w:rPr>
          <w:rFonts w:asciiTheme="minorHAnsi" w:hAnsiTheme="minorHAnsi" w:cstheme="majorHAnsi"/>
          <w:color w:val="000000" w:themeColor="text1"/>
        </w:rPr>
      </w:pPr>
      <w:r w:rsidRPr="00B3569B">
        <w:rPr>
          <w:rFonts w:asciiTheme="minorHAnsi" w:hAnsiTheme="minorHAnsi" w:cstheme="majorHAnsi"/>
          <w:noProof/>
          <w:color w:val="auto"/>
        </w:rPr>
        <mc:AlternateContent>
          <mc:Choice Requires="wps">
            <w:drawing>
              <wp:anchor distT="0" distB="0" distL="114300" distR="114300" simplePos="0" relativeHeight="251652608" behindDoc="0" locked="0" layoutInCell="1" allowOverlap="1" wp14:anchorId="65885505" wp14:editId="73A89741">
                <wp:simplePos x="0" y="0"/>
                <wp:positionH relativeFrom="column">
                  <wp:posOffset>4625340</wp:posOffset>
                </wp:positionH>
                <wp:positionV relativeFrom="paragraph">
                  <wp:posOffset>161925</wp:posOffset>
                </wp:positionV>
                <wp:extent cx="1303020" cy="7620"/>
                <wp:effectExtent l="0" t="0" r="30480" b="30480"/>
                <wp:wrapNone/>
                <wp:docPr id="1889415399" name="Straight Connector 1"/>
                <wp:cNvGraphicFramePr/>
                <a:graphic xmlns:a="http://schemas.openxmlformats.org/drawingml/2006/main">
                  <a:graphicData uri="http://schemas.microsoft.com/office/word/2010/wordprocessingShape">
                    <wps:wsp>
                      <wps:cNvCnPr/>
                      <wps:spPr>
                        <a:xfrm>
                          <a:off x="0" y="0"/>
                          <a:ext cx="1303020" cy="76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AF790" id="Straight Connector 1"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2pt,12.75pt" to="466.8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" strokecolor="black [3040]"/>
            </w:pict>
          </mc:Fallback>
        </mc:AlternateContent>
      </w:r>
      <w:r w:rsidRPr="00B3569B">
        <w:rPr>
          <w:rFonts w:asciiTheme="minorHAnsi" w:hAnsiTheme="minorHAnsi" w:cstheme="majorHAnsi"/>
          <w:noProof/>
          <w:color w:val="auto"/>
        </w:rPr>
        <mc:AlternateContent>
          <mc:Choice Requires="wps">
            <w:drawing>
              <wp:anchor distT="0" distB="0" distL="114300" distR="114300" simplePos="0" relativeHeight="251648512" behindDoc="0" locked="0" layoutInCell="1" allowOverlap="1" wp14:anchorId="7186C5C4" wp14:editId="1E349294">
                <wp:simplePos x="0" y="0"/>
                <wp:positionH relativeFrom="column">
                  <wp:posOffset>487680</wp:posOffset>
                </wp:positionH>
                <wp:positionV relativeFrom="paragraph">
                  <wp:posOffset>184785</wp:posOffset>
                </wp:positionV>
                <wp:extent cx="2827020" cy="7620"/>
                <wp:effectExtent l="0" t="0" r="30480" b="30480"/>
                <wp:wrapNone/>
                <wp:docPr id="1061833837" name="Straight Connector 1"/>
                <wp:cNvGraphicFramePr/>
                <a:graphic xmlns:a="http://schemas.openxmlformats.org/drawingml/2006/main">
                  <a:graphicData uri="http://schemas.microsoft.com/office/word/2010/wordprocessingShape">
                    <wps:wsp>
                      <wps:cNvCnPr/>
                      <wps:spPr>
                        <a:xfrm>
                          <a:off x="0" y="0"/>
                          <a:ext cx="2827020" cy="76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8DC3AB" id="Straight Connector 1"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pt,14.55pt" to="26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" strokecolor="black [3040]"/>
            </w:pict>
          </mc:Fallback>
        </mc:AlternateContent>
      </w:r>
      <w:r w:rsidRPr="00B3569B">
        <w:rPr>
          <w:rFonts w:asciiTheme="minorHAnsi" w:hAnsiTheme="minorHAnsi" w:cstheme="majorHAnsi"/>
          <w:color w:val="000000" w:themeColor="text1"/>
        </w:rPr>
        <w:t>Name</w:t>
      </w:r>
      <w:r w:rsidRPr="00B3569B">
        <w:rPr>
          <w:rFonts w:asciiTheme="minorHAnsi" w:hAnsiTheme="minorHAnsi" w:cstheme="majorHAnsi"/>
          <w:color w:val="000000" w:themeColor="text1"/>
        </w:rPr>
        <w:tab/>
        <w:t xml:space="preserve">: </w:t>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t>Emp No</w:t>
      </w:r>
      <w:r w:rsidRPr="00B3569B">
        <w:rPr>
          <w:rFonts w:asciiTheme="minorHAnsi" w:hAnsiTheme="minorHAnsi" w:cstheme="majorHAnsi"/>
          <w:color w:val="000000" w:themeColor="text1"/>
        </w:rPr>
        <w:tab/>
        <w:t>:</w:t>
      </w:r>
    </w:p>
    <w:p w14:paraId="7A43B316" w14:textId="50ADACFD" w:rsidR="001428BB" w:rsidRPr="00B3569B" w:rsidRDefault="001428BB" w:rsidP="005024B4">
      <w:pPr>
        <w:spacing w:line="240" w:lineRule="auto"/>
        <w:rPr>
          <w:rFonts w:asciiTheme="minorHAnsi" w:hAnsiTheme="minorHAnsi" w:cstheme="majorHAnsi"/>
          <w:color w:val="000000" w:themeColor="text1"/>
        </w:rPr>
      </w:pPr>
    </w:p>
    <w:p w14:paraId="2BF42E45" w14:textId="6138C021" w:rsidR="0005523A" w:rsidRPr="00B3569B" w:rsidRDefault="001428BB" w:rsidP="001428BB">
      <w:pPr>
        <w:spacing w:line="240" w:lineRule="auto"/>
        <w:rPr>
          <w:rFonts w:asciiTheme="minorHAnsi" w:hAnsiTheme="minorHAnsi" w:cstheme="majorHAnsi"/>
          <w:color w:val="000000" w:themeColor="text1"/>
        </w:rPr>
      </w:pPr>
      <w:r w:rsidRPr="00B3569B">
        <w:rPr>
          <w:rFonts w:asciiTheme="minorHAnsi" w:hAnsiTheme="minorHAnsi" w:cstheme="majorHAnsi"/>
          <w:noProof/>
          <w:color w:val="auto"/>
        </w:rPr>
        <mc:AlternateContent>
          <mc:Choice Requires="wps">
            <w:drawing>
              <wp:anchor distT="0" distB="0" distL="114300" distR="114300" simplePos="0" relativeHeight="251650560" behindDoc="0" locked="0" layoutInCell="1" allowOverlap="1" wp14:anchorId="4907736C" wp14:editId="19695900">
                <wp:simplePos x="0" y="0"/>
                <wp:positionH relativeFrom="column">
                  <wp:posOffset>4632960</wp:posOffset>
                </wp:positionH>
                <wp:positionV relativeFrom="paragraph">
                  <wp:posOffset>167640</wp:posOffset>
                </wp:positionV>
                <wp:extent cx="1303020" cy="7620"/>
                <wp:effectExtent l="0" t="0" r="30480" b="30480"/>
                <wp:wrapNone/>
                <wp:docPr id="169333668" name="Straight Connector 1"/>
                <wp:cNvGraphicFramePr/>
                <a:graphic xmlns:a="http://schemas.openxmlformats.org/drawingml/2006/main">
                  <a:graphicData uri="http://schemas.microsoft.com/office/word/2010/wordprocessingShape">
                    <wps:wsp>
                      <wps:cNvCnPr/>
                      <wps:spPr>
                        <a:xfrm>
                          <a:off x="0" y="0"/>
                          <a:ext cx="1303020" cy="76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C3FD3" id="Straight Connector 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8pt,13.2pt" to="467.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" strokecolor="black [3040]"/>
            </w:pict>
          </mc:Fallback>
        </mc:AlternateContent>
      </w:r>
      <w:r w:rsidRPr="00B3569B">
        <w:rPr>
          <w:rFonts w:asciiTheme="minorHAnsi" w:hAnsiTheme="minorHAnsi" w:cstheme="majorHAnsi"/>
          <w:noProof/>
          <w:color w:val="auto"/>
        </w:rPr>
        <mc:AlternateContent>
          <mc:Choice Requires="wps">
            <w:drawing>
              <wp:anchor distT="0" distB="0" distL="114300" distR="114300" simplePos="0" relativeHeight="251649536" behindDoc="0" locked="0" layoutInCell="1" allowOverlap="1" wp14:anchorId="18EC4119" wp14:editId="61E7EC83">
                <wp:simplePos x="0" y="0"/>
                <wp:positionH relativeFrom="column">
                  <wp:posOffset>495300</wp:posOffset>
                </wp:positionH>
                <wp:positionV relativeFrom="paragraph">
                  <wp:posOffset>167640</wp:posOffset>
                </wp:positionV>
                <wp:extent cx="2827020" cy="7620"/>
                <wp:effectExtent l="0" t="0" r="30480" b="30480"/>
                <wp:wrapNone/>
                <wp:docPr id="60328150" name="Straight Connector 1"/>
                <wp:cNvGraphicFramePr/>
                <a:graphic xmlns:a="http://schemas.openxmlformats.org/drawingml/2006/main">
                  <a:graphicData uri="http://schemas.microsoft.com/office/word/2010/wordprocessingShape">
                    <wps:wsp>
                      <wps:cNvCnPr/>
                      <wps:spPr>
                        <a:xfrm>
                          <a:off x="0" y="0"/>
                          <a:ext cx="2827020" cy="76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79225" id="Straight Connector 1"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13.2pt" to="261.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" strokecolor="black [3040]"/>
            </w:pict>
          </mc:Fallback>
        </mc:AlternateContent>
      </w:r>
      <w:r w:rsidRPr="00B3569B">
        <w:rPr>
          <w:rFonts w:asciiTheme="minorHAnsi" w:hAnsiTheme="minorHAnsi" w:cstheme="majorHAnsi"/>
          <w:color w:val="000000" w:themeColor="text1"/>
        </w:rPr>
        <w:t>Sign</w:t>
      </w:r>
      <w:r w:rsidRPr="00B3569B">
        <w:rPr>
          <w:rFonts w:asciiTheme="minorHAnsi" w:hAnsiTheme="minorHAnsi" w:cstheme="majorHAnsi"/>
          <w:color w:val="000000" w:themeColor="text1"/>
        </w:rPr>
        <w:tab/>
        <w:t>:</w:t>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t>Date</w:t>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t xml:space="preserve">: </w:t>
      </w:r>
      <w:r w:rsidRPr="00B3569B">
        <w:rPr>
          <w:rFonts w:asciiTheme="minorHAnsi" w:hAnsiTheme="minorHAnsi" w:cstheme="majorHAnsi"/>
          <w:color w:val="000000" w:themeColor="text1"/>
        </w:rPr>
        <w:br/>
      </w:r>
    </w:p>
    <w:p w14:paraId="6EAF8A7F" w14:textId="77777777" w:rsidR="00274FA3" w:rsidRPr="00B3569B" w:rsidRDefault="00274FA3" w:rsidP="005024B4">
      <w:pPr>
        <w:spacing w:line="240" w:lineRule="auto"/>
        <w:rPr>
          <w:rFonts w:asciiTheme="minorHAnsi" w:hAnsiTheme="minorHAnsi" w:cstheme="majorHAnsi"/>
          <w:color w:val="000000" w:themeColor="text1"/>
        </w:rPr>
      </w:pPr>
    </w:p>
    <w:p w14:paraId="2C0CCFAA" w14:textId="77777777" w:rsidR="00274FA3" w:rsidRPr="00B3569B" w:rsidRDefault="00274FA3" w:rsidP="005024B4">
      <w:pPr>
        <w:spacing w:line="240" w:lineRule="auto"/>
        <w:rPr>
          <w:rFonts w:asciiTheme="minorHAnsi" w:hAnsiTheme="minorHAnsi" w:cstheme="majorHAnsi"/>
          <w:color w:val="000000" w:themeColor="text1"/>
        </w:rPr>
      </w:pPr>
    </w:p>
    <w:p w14:paraId="2160AE7E" w14:textId="77777777" w:rsidR="00274FA3" w:rsidRPr="00B3569B" w:rsidRDefault="00274FA3" w:rsidP="005024B4">
      <w:pPr>
        <w:spacing w:line="240" w:lineRule="auto"/>
        <w:rPr>
          <w:rFonts w:asciiTheme="minorHAnsi" w:hAnsiTheme="minorHAnsi" w:cstheme="majorHAnsi"/>
          <w:color w:val="000000" w:themeColor="text1"/>
        </w:rPr>
      </w:pPr>
    </w:p>
    <w:p w14:paraId="1078F77C" w14:textId="77777777" w:rsidR="00274FA3" w:rsidRPr="00B3569B" w:rsidRDefault="00274FA3" w:rsidP="005024B4">
      <w:pPr>
        <w:spacing w:line="240" w:lineRule="auto"/>
        <w:rPr>
          <w:rFonts w:asciiTheme="minorHAnsi" w:hAnsiTheme="minorHAnsi" w:cstheme="majorHAnsi"/>
          <w:color w:val="000000" w:themeColor="text1"/>
        </w:rPr>
      </w:pPr>
    </w:p>
    <w:p w14:paraId="2071BE21" w14:textId="77777777" w:rsidR="00274FA3" w:rsidRPr="00B3569B" w:rsidRDefault="00274FA3" w:rsidP="005024B4">
      <w:pPr>
        <w:spacing w:line="240" w:lineRule="auto"/>
        <w:rPr>
          <w:rFonts w:asciiTheme="minorHAnsi" w:hAnsiTheme="minorHAnsi" w:cstheme="majorHAnsi"/>
          <w:color w:val="000000" w:themeColor="text1"/>
        </w:rPr>
      </w:pPr>
    </w:p>
    <w:p w14:paraId="473D1C00" w14:textId="77777777" w:rsidR="00274FA3" w:rsidRPr="00B3569B" w:rsidRDefault="00274FA3" w:rsidP="005024B4">
      <w:pPr>
        <w:spacing w:line="240" w:lineRule="auto"/>
        <w:rPr>
          <w:rFonts w:asciiTheme="minorHAnsi" w:hAnsiTheme="minorHAnsi" w:cstheme="majorHAnsi"/>
          <w:color w:val="000000" w:themeColor="text1"/>
        </w:rPr>
      </w:pPr>
    </w:p>
    <w:p w14:paraId="63708919" w14:textId="77777777" w:rsidR="00856A85" w:rsidRPr="00B3569B" w:rsidRDefault="00856A85" w:rsidP="005024B4">
      <w:pPr>
        <w:spacing w:line="240" w:lineRule="auto"/>
        <w:rPr>
          <w:rFonts w:asciiTheme="minorHAnsi" w:hAnsiTheme="minorHAnsi" w:cstheme="majorHAnsi"/>
          <w:color w:val="000000" w:themeColor="text1"/>
        </w:rPr>
      </w:pPr>
    </w:p>
    <w:p w14:paraId="7CFFC3DB" w14:textId="77777777" w:rsidR="00274FA3" w:rsidRPr="00B3569B" w:rsidRDefault="00274FA3" w:rsidP="005024B4">
      <w:pPr>
        <w:spacing w:line="240" w:lineRule="auto"/>
        <w:rPr>
          <w:rFonts w:asciiTheme="minorHAnsi" w:hAnsiTheme="minorHAnsi" w:cstheme="majorHAnsi"/>
          <w:color w:val="000000" w:themeColor="text1"/>
        </w:rPr>
      </w:pPr>
    </w:p>
    <w:p w14:paraId="7F5D080B" w14:textId="77777777" w:rsidR="00274FA3" w:rsidRDefault="00274FA3" w:rsidP="00274FA3">
      <w:pPr>
        <w:spacing w:line="240" w:lineRule="auto"/>
        <w:ind w:left="2880" w:firstLine="720"/>
        <w:rPr>
          <w:rFonts w:asciiTheme="minorHAnsi" w:hAnsiTheme="minorHAnsi" w:cstheme="majorHAnsi"/>
          <w:b/>
          <w:color w:val="000000" w:themeColor="text1"/>
          <w:u w:val="single"/>
        </w:rPr>
      </w:pPr>
    </w:p>
    <w:p w14:paraId="4833824B" w14:textId="77777777" w:rsidR="00856A85" w:rsidRDefault="00856A85" w:rsidP="00274FA3">
      <w:pPr>
        <w:spacing w:line="240" w:lineRule="auto"/>
        <w:ind w:left="2880" w:firstLine="720"/>
        <w:rPr>
          <w:rFonts w:asciiTheme="minorHAnsi" w:hAnsiTheme="minorHAnsi" w:cstheme="majorHAnsi"/>
          <w:b/>
          <w:color w:val="000000" w:themeColor="text1"/>
          <w:u w:val="single"/>
        </w:rPr>
      </w:pPr>
    </w:p>
    <w:p w14:paraId="02B664AA" w14:textId="77777777" w:rsidR="0082148E" w:rsidRPr="00B3569B" w:rsidRDefault="0082148E" w:rsidP="00274FA3">
      <w:pPr>
        <w:spacing w:line="240" w:lineRule="auto"/>
        <w:ind w:left="2880" w:firstLine="720"/>
        <w:rPr>
          <w:rFonts w:asciiTheme="minorHAnsi" w:hAnsiTheme="minorHAnsi" w:cstheme="majorHAnsi"/>
          <w:b/>
          <w:color w:val="000000" w:themeColor="text1"/>
          <w:u w:val="single"/>
        </w:rPr>
      </w:pPr>
    </w:p>
    <w:p w14:paraId="1EE9BEB5" w14:textId="437C8695" w:rsidR="00274FA3" w:rsidRPr="00B3569B" w:rsidRDefault="00274FA3" w:rsidP="00274FA3">
      <w:pPr>
        <w:spacing w:line="240" w:lineRule="auto"/>
        <w:ind w:left="2880" w:firstLine="720"/>
        <w:rPr>
          <w:rFonts w:asciiTheme="minorHAnsi" w:hAnsiTheme="minorHAnsi" w:cstheme="majorHAnsi"/>
          <w:b/>
          <w:color w:val="000000" w:themeColor="text1"/>
          <w:u w:val="single"/>
        </w:rPr>
      </w:pPr>
      <w:r w:rsidRPr="00B3569B">
        <w:rPr>
          <w:rFonts w:asciiTheme="minorHAnsi" w:hAnsiTheme="minorHAnsi" w:cstheme="majorHAnsi"/>
          <w:b/>
          <w:color w:val="000000" w:themeColor="text1"/>
          <w:u w:val="single"/>
        </w:rPr>
        <w:t>Annexure-A</w:t>
      </w:r>
    </w:p>
    <w:p w14:paraId="3CA79212" w14:textId="3C6D6579" w:rsidR="00274FA3" w:rsidRPr="00B3569B" w:rsidRDefault="00274FA3" w:rsidP="00274FA3">
      <w:pPr>
        <w:spacing w:line="240" w:lineRule="auto"/>
        <w:ind w:left="1440"/>
        <w:rPr>
          <w:rFonts w:asciiTheme="minorHAnsi" w:hAnsiTheme="minorHAnsi" w:cstheme="majorHAnsi"/>
          <w:b/>
          <w:color w:val="000000" w:themeColor="text1"/>
        </w:rPr>
      </w:pPr>
      <w:r w:rsidRPr="00B3569B">
        <w:rPr>
          <w:rFonts w:asciiTheme="minorHAnsi" w:hAnsiTheme="minorHAnsi" w:cstheme="majorHAnsi"/>
          <w:b/>
          <w:color w:val="000000" w:themeColor="text1"/>
        </w:rPr>
        <w:t>(To be used in conjunction with SOP No. SMSA-HC18)</w:t>
      </w:r>
    </w:p>
    <w:p w14:paraId="13790F38" w14:textId="77777777" w:rsidR="00BC0494" w:rsidRPr="00B3569B" w:rsidRDefault="00BC0494" w:rsidP="00274FA3">
      <w:pPr>
        <w:spacing w:line="240" w:lineRule="auto"/>
        <w:ind w:left="1440"/>
        <w:rPr>
          <w:rFonts w:asciiTheme="minorHAnsi" w:hAnsiTheme="minorHAnsi" w:cstheme="majorHAnsi"/>
          <w:b/>
          <w:color w:val="000000" w:themeColor="text1"/>
        </w:rPr>
      </w:pPr>
    </w:p>
    <w:p w14:paraId="6D347969" w14:textId="1E07A306" w:rsidR="00BC0494" w:rsidRPr="00B3569B" w:rsidRDefault="00BC0494" w:rsidP="00BC0494">
      <w:pPr>
        <w:spacing w:line="240" w:lineRule="auto"/>
        <w:ind w:left="2880"/>
        <w:rPr>
          <w:rFonts w:asciiTheme="minorHAnsi" w:hAnsiTheme="minorHAnsi" w:cstheme="majorHAnsi"/>
          <w:b/>
          <w:color w:val="000000" w:themeColor="text1"/>
          <w:u w:val="single"/>
        </w:rPr>
      </w:pPr>
      <w:r w:rsidRPr="00B3569B">
        <w:rPr>
          <w:rFonts w:asciiTheme="minorHAnsi" w:hAnsiTheme="minorHAnsi" w:cstheme="majorHAnsi"/>
          <w:b/>
          <w:color w:val="000000" w:themeColor="text1"/>
        </w:rPr>
        <w:t xml:space="preserve">       </w:t>
      </w:r>
      <w:r w:rsidRPr="00B3569B">
        <w:rPr>
          <w:rFonts w:asciiTheme="minorHAnsi" w:hAnsiTheme="minorHAnsi" w:cstheme="majorHAnsi"/>
          <w:b/>
          <w:color w:val="000000" w:themeColor="text1"/>
          <w:u w:val="single"/>
        </w:rPr>
        <w:t>Training Document</w:t>
      </w:r>
    </w:p>
    <w:p w14:paraId="016969FC" w14:textId="77777777" w:rsidR="00274FA3" w:rsidRPr="00B3569B" w:rsidRDefault="00274FA3" w:rsidP="005024B4">
      <w:pPr>
        <w:spacing w:line="240" w:lineRule="auto"/>
        <w:rPr>
          <w:rFonts w:asciiTheme="minorHAnsi" w:hAnsiTheme="minorHAnsi" w:cstheme="majorHAnsi"/>
          <w:color w:val="000000" w:themeColor="text1"/>
        </w:rPr>
      </w:pPr>
    </w:p>
    <w:p w14:paraId="6A154AE4" w14:textId="5B35767B" w:rsidR="00BC0494" w:rsidRPr="00B3569B" w:rsidRDefault="00BC0494" w:rsidP="005024B4">
      <w:pPr>
        <w:spacing w:line="240" w:lineRule="auto"/>
        <w:rPr>
          <w:rFonts w:asciiTheme="minorHAnsi" w:hAnsiTheme="minorHAnsi" w:cstheme="majorHAnsi"/>
          <w:color w:val="000000" w:themeColor="text1"/>
          <w:u w:val="single"/>
        </w:rPr>
      </w:pPr>
      <w:r w:rsidRPr="00B3569B">
        <w:rPr>
          <w:rFonts w:asciiTheme="minorHAnsi" w:hAnsiTheme="minorHAnsi" w:cstheme="majorHAnsi"/>
          <w:b/>
          <w:bCs/>
          <w:color w:val="000000" w:themeColor="text1"/>
        </w:rPr>
        <w:t>SOP No.:</w:t>
      </w:r>
      <w:r w:rsidR="00B80116">
        <w:rPr>
          <w:rFonts w:asciiTheme="minorHAnsi" w:hAnsiTheme="minorHAnsi" w:cstheme="majorHAnsi"/>
          <w:b/>
          <w:bCs/>
          <w:color w:val="000000" w:themeColor="text1"/>
        </w:rPr>
        <w:t xml:space="preserve"> </w:t>
      </w:r>
      <w:r w:rsidR="00B80116">
        <w:rPr>
          <w:rFonts w:asciiTheme="minorHAnsi" w:hAnsiTheme="minorHAnsi" w:cstheme="majorHAnsi"/>
          <w:color w:val="000000" w:themeColor="text1"/>
          <w:u w:val="single"/>
        </w:rPr>
        <w:t>SMSA-HW01</w:t>
      </w:r>
      <w:r w:rsidRPr="00B3569B">
        <w:rPr>
          <w:rFonts w:asciiTheme="minorHAnsi" w:hAnsiTheme="minorHAnsi" w:cstheme="majorHAnsi"/>
          <w:color w:val="000000" w:themeColor="text1"/>
          <w:u w:val="single"/>
        </w:rPr>
        <w:t xml:space="preserve">                                                      </w:t>
      </w:r>
      <w:r w:rsidRPr="00B3569B">
        <w:rPr>
          <w:rFonts w:asciiTheme="minorHAnsi" w:hAnsiTheme="minorHAnsi" w:cstheme="majorHAnsi"/>
          <w:color w:val="000000" w:themeColor="text1"/>
        </w:rPr>
        <w:tab/>
      </w:r>
      <w:r w:rsidRPr="00B3569B">
        <w:rPr>
          <w:rFonts w:asciiTheme="minorHAnsi" w:hAnsiTheme="minorHAnsi" w:cstheme="majorHAnsi"/>
          <w:b/>
          <w:bCs/>
          <w:color w:val="000000" w:themeColor="text1"/>
        </w:rPr>
        <w:t>Revision No:</w:t>
      </w:r>
      <w:r w:rsidR="00B80116">
        <w:rPr>
          <w:rFonts w:asciiTheme="minorHAnsi" w:hAnsiTheme="minorHAnsi" w:cstheme="majorHAnsi"/>
          <w:color w:val="000000" w:themeColor="text1"/>
          <w:u w:val="single"/>
        </w:rPr>
        <w:t xml:space="preserve"> 02</w:t>
      </w:r>
      <w:r w:rsidRPr="00B3569B">
        <w:rPr>
          <w:rFonts w:asciiTheme="minorHAnsi" w:hAnsiTheme="minorHAnsi" w:cstheme="majorHAnsi"/>
          <w:color w:val="000000" w:themeColor="text1"/>
          <w:u w:val="single"/>
        </w:rPr>
        <w:tab/>
      </w:r>
      <w:r w:rsidRPr="00B3569B">
        <w:rPr>
          <w:rFonts w:asciiTheme="minorHAnsi" w:hAnsiTheme="minorHAnsi" w:cstheme="majorHAnsi"/>
          <w:color w:val="000000" w:themeColor="text1"/>
          <w:u w:val="single"/>
        </w:rPr>
        <w:tab/>
      </w:r>
    </w:p>
    <w:p w14:paraId="6A598DA9" w14:textId="146C7D18" w:rsidR="00BC0494" w:rsidRPr="00B3569B" w:rsidRDefault="00BC0494" w:rsidP="005024B4">
      <w:pPr>
        <w:spacing w:line="240" w:lineRule="auto"/>
        <w:rPr>
          <w:rFonts w:asciiTheme="minorHAnsi" w:hAnsiTheme="minorHAnsi" w:cstheme="majorHAnsi"/>
          <w:color w:val="000000" w:themeColor="text1"/>
        </w:rPr>
      </w:pPr>
      <w:r w:rsidRPr="00B3569B">
        <w:rPr>
          <w:rFonts w:asciiTheme="minorHAnsi" w:hAnsiTheme="minorHAnsi" w:cstheme="majorHAnsi"/>
          <w:noProof/>
          <w:color w:val="auto"/>
        </w:rPr>
        <mc:AlternateContent>
          <mc:Choice Requires="wps">
            <w:drawing>
              <wp:anchor distT="0" distB="0" distL="114300" distR="114300" simplePos="0" relativeHeight="251655680" behindDoc="0" locked="0" layoutInCell="1" allowOverlap="1" wp14:anchorId="708A5348" wp14:editId="42C396C2">
                <wp:simplePos x="0" y="0"/>
                <wp:positionH relativeFrom="column">
                  <wp:posOffset>693420</wp:posOffset>
                </wp:positionH>
                <wp:positionV relativeFrom="paragraph">
                  <wp:posOffset>143510</wp:posOffset>
                </wp:positionV>
                <wp:extent cx="4808220" cy="7620"/>
                <wp:effectExtent l="0" t="0" r="30480" b="30480"/>
                <wp:wrapNone/>
                <wp:docPr id="1652734357" name="Straight Connector 1"/>
                <wp:cNvGraphicFramePr/>
                <a:graphic xmlns:a="http://schemas.openxmlformats.org/drawingml/2006/main">
                  <a:graphicData uri="http://schemas.microsoft.com/office/word/2010/wordprocessingShape">
                    <wps:wsp>
                      <wps:cNvCnPr/>
                      <wps:spPr>
                        <a:xfrm flipV="1">
                          <a:off x="0" y="0"/>
                          <a:ext cx="4808220" cy="76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3FCA9E" id="Straight Connector 1"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6pt,11.3pt" to="433.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" strokecolor="black [3040]"/>
            </w:pict>
          </mc:Fallback>
        </mc:AlternateContent>
      </w:r>
      <w:r w:rsidRPr="00B3569B">
        <w:rPr>
          <w:rFonts w:asciiTheme="minorHAnsi" w:hAnsiTheme="minorHAnsi" w:cstheme="majorHAnsi"/>
          <w:b/>
          <w:bCs/>
          <w:color w:val="000000" w:themeColor="text1"/>
        </w:rPr>
        <w:t>SOP Title:</w:t>
      </w:r>
      <w:r w:rsidRPr="00B3569B">
        <w:rPr>
          <w:rFonts w:asciiTheme="minorHAnsi" w:hAnsiTheme="minorHAnsi" w:cstheme="majorHAnsi"/>
          <w:noProof/>
          <w:color w:val="auto"/>
        </w:rPr>
        <w:t xml:space="preserve"> </w:t>
      </w:r>
      <w:r w:rsidR="00B80116">
        <w:rPr>
          <w:rFonts w:asciiTheme="minorHAnsi" w:hAnsiTheme="minorHAnsi" w:cstheme="majorHAnsi"/>
          <w:noProof/>
          <w:color w:val="auto"/>
        </w:rPr>
        <w:t>INBOUND PROCESS</w:t>
      </w:r>
    </w:p>
    <w:p w14:paraId="7AC0B55D" w14:textId="2B7EF065" w:rsidR="00274FA3" w:rsidRPr="00B3569B" w:rsidRDefault="00495369" w:rsidP="005024B4">
      <w:pPr>
        <w:spacing w:line="240" w:lineRule="auto"/>
        <w:rPr>
          <w:rFonts w:asciiTheme="minorHAnsi" w:hAnsiTheme="minorHAnsi" w:cstheme="majorHAnsi"/>
          <w:color w:val="000000" w:themeColor="text1"/>
        </w:rPr>
      </w:pPr>
      <w:r w:rsidRPr="00B3569B">
        <w:rPr>
          <w:rFonts w:asciiTheme="minorHAnsi" w:hAnsiTheme="minorHAnsi" w:cstheme="majorHAnsi"/>
          <w:noProof/>
          <w:color w:val="auto"/>
        </w:rPr>
        <mc:AlternateContent>
          <mc:Choice Requires="wps">
            <w:drawing>
              <wp:anchor distT="0" distB="0" distL="114300" distR="114300" simplePos="0" relativeHeight="251654656" behindDoc="0" locked="0" layoutInCell="1" allowOverlap="1" wp14:anchorId="30242B41" wp14:editId="25BF9BAA">
                <wp:simplePos x="0" y="0"/>
                <wp:positionH relativeFrom="column">
                  <wp:posOffset>563880</wp:posOffset>
                </wp:positionH>
                <wp:positionV relativeFrom="paragraph">
                  <wp:posOffset>158115</wp:posOffset>
                </wp:positionV>
                <wp:extent cx="1897380" cy="0"/>
                <wp:effectExtent l="0" t="0" r="0" b="0"/>
                <wp:wrapNone/>
                <wp:docPr id="1620687882" name="Straight Connector 1"/>
                <wp:cNvGraphicFramePr/>
                <a:graphic xmlns:a="http://schemas.openxmlformats.org/drawingml/2006/main">
                  <a:graphicData uri="http://schemas.microsoft.com/office/word/2010/wordprocessingShape">
                    <wps:wsp>
                      <wps:cNvCnPr/>
                      <wps:spPr>
                        <a:xfrm>
                          <a:off x="0" y="0"/>
                          <a:ext cx="18973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7B7C1" id="Straight Connector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pt,12.45pt" to="193.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" strokecolor="black [3040]"/>
            </w:pict>
          </mc:Fallback>
        </mc:AlternateContent>
      </w:r>
      <w:r w:rsidRPr="00B3569B">
        <w:rPr>
          <w:rFonts w:asciiTheme="minorHAnsi" w:hAnsiTheme="minorHAnsi" w:cstheme="majorHAnsi"/>
          <w:noProof/>
          <w:color w:val="auto"/>
        </w:rPr>
        <mc:AlternateContent>
          <mc:Choice Requires="wps">
            <w:drawing>
              <wp:anchor distT="0" distB="0" distL="114300" distR="114300" simplePos="0" relativeHeight="251660800" behindDoc="0" locked="0" layoutInCell="1" allowOverlap="1" wp14:anchorId="7D664E54" wp14:editId="70457490">
                <wp:simplePos x="0" y="0"/>
                <wp:positionH relativeFrom="column">
                  <wp:posOffset>4274820</wp:posOffset>
                </wp:positionH>
                <wp:positionV relativeFrom="paragraph">
                  <wp:posOffset>158115</wp:posOffset>
                </wp:positionV>
                <wp:extent cx="853440" cy="0"/>
                <wp:effectExtent l="0" t="0" r="0" b="0"/>
                <wp:wrapNone/>
                <wp:docPr id="1179619333" name="Straight Connector 1"/>
                <wp:cNvGraphicFramePr/>
                <a:graphic xmlns:a="http://schemas.openxmlformats.org/drawingml/2006/main">
                  <a:graphicData uri="http://schemas.microsoft.com/office/word/2010/wordprocessingShape">
                    <wps:wsp>
                      <wps:cNvCnPr/>
                      <wps:spPr>
                        <a:xfrm flipV="1">
                          <a:off x="0" y="0"/>
                          <a:ext cx="8534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4BEE2" id="Straight Connector 1"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6pt,12.45pt" to="403.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" strokecolor="black [3040]"/>
            </w:pict>
          </mc:Fallback>
        </mc:AlternateContent>
      </w:r>
      <w:r w:rsidRPr="00B3569B">
        <w:rPr>
          <w:rFonts w:asciiTheme="minorHAnsi" w:hAnsiTheme="minorHAnsi" w:cstheme="majorHAnsi"/>
          <w:noProof/>
          <w:color w:val="auto"/>
        </w:rPr>
        <mc:AlternateContent>
          <mc:Choice Requires="wps">
            <w:drawing>
              <wp:anchor distT="0" distB="0" distL="114300" distR="114300" simplePos="0" relativeHeight="251656704" behindDoc="0" locked="0" layoutInCell="1" allowOverlap="1" wp14:anchorId="0D7F27AD" wp14:editId="647B6DAF">
                <wp:simplePos x="0" y="0"/>
                <wp:positionH relativeFrom="column">
                  <wp:posOffset>3025140</wp:posOffset>
                </wp:positionH>
                <wp:positionV relativeFrom="paragraph">
                  <wp:posOffset>158115</wp:posOffset>
                </wp:positionV>
                <wp:extent cx="845820" cy="7620"/>
                <wp:effectExtent l="0" t="0" r="30480" b="30480"/>
                <wp:wrapNone/>
                <wp:docPr id="584886923" name="Straight Connector 1"/>
                <wp:cNvGraphicFramePr/>
                <a:graphic xmlns:a="http://schemas.openxmlformats.org/drawingml/2006/main">
                  <a:graphicData uri="http://schemas.microsoft.com/office/word/2010/wordprocessingShape">
                    <wps:wsp>
                      <wps:cNvCnPr/>
                      <wps:spPr>
                        <a:xfrm flipV="1">
                          <a:off x="0" y="0"/>
                          <a:ext cx="845820" cy="76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4BE142" id="Straight Connector 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2pt,12.45pt" to="304.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" strokecolor="black [3040]"/>
            </w:pict>
          </mc:Fallback>
        </mc:AlternateContent>
      </w:r>
      <w:r w:rsidR="00BC0494" w:rsidRPr="00B3569B">
        <w:rPr>
          <w:rFonts w:asciiTheme="minorHAnsi" w:hAnsiTheme="minorHAnsi" w:cstheme="majorHAnsi"/>
          <w:color w:val="000000" w:themeColor="text1"/>
        </w:rPr>
        <w:t>Trainer:</w:t>
      </w:r>
      <w:r w:rsidR="00BC0494" w:rsidRPr="00B3569B">
        <w:rPr>
          <w:rFonts w:asciiTheme="minorHAnsi" w:hAnsiTheme="minorHAnsi" w:cstheme="majorHAnsi"/>
          <w:noProof/>
          <w:color w:val="auto"/>
        </w:rPr>
        <w:t xml:space="preserve"> </w:t>
      </w:r>
      <w:r w:rsidR="007F044B" w:rsidRPr="00B3569B">
        <w:rPr>
          <w:rFonts w:asciiTheme="minorHAnsi" w:hAnsiTheme="minorHAnsi" w:cstheme="majorHAnsi"/>
          <w:noProof/>
          <w:color w:val="auto"/>
        </w:rPr>
        <w:tab/>
      </w:r>
      <w:r w:rsidR="007F044B" w:rsidRPr="00B3569B">
        <w:rPr>
          <w:rFonts w:asciiTheme="minorHAnsi" w:hAnsiTheme="minorHAnsi" w:cstheme="majorHAnsi"/>
          <w:noProof/>
          <w:color w:val="auto"/>
        </w:rPr>
        <w:tab/>
      </w:r>
      <w:r w:rsidR="007F044B" w:rsidRPr="00B3569B">
        <w:rPr>
          <w:rFonts w:asciiTheme="minorHAnsi" w:hAnsiTheme="minorHAnsi" w:cstheme="majorHAnsi"/>
          <w:noProof/>
          <w:color w:val="auto"/>
        </w:rPr>
        <w:tab/>
      </w:r>
      <w:r w:rsidR="007F044B" w:rsidRPr="00B3569B">
        <w:rPr>
          <w:rFonts w:asciiTheme="minorHAnsi" w:hAnsiTheme="minorHAnsi" w:cstheme="majorHAnsi"/>
          <w:noProof/>
          <w:color w:val="auto"/>
        </w:rPr>
        <w:tab/>
      </w:r>
      <w:r w:rsidR="004F4A85" w:rsidRPr="00B3569B">
        <w:rPr>
          <w:rFonts w:asciiTheme="minorHAnsi" w:hAnsiTheme="minorHAnsi" w:cstheme="majorHAnsi"/>
          <w:noProof/>
          <w:color w:val="auto"/>
        </w:rPr>
        <w:t xml:space="preserve">        </w:t>
      </w:r>
      <w:r w:rsidR="007F044B" w:rsidRPr="00B3569B">
        <w:rPr>
          <w:rFonts w:asciiTheme="minorHAnsi" w:hAnsiTheme="minorHAnsi" w:cstheme="majorHAnsi"/>
          <w:noProof/>
          <w:color w:val="auto"/>
        </w:rPr>
        <w:t>Emp No:</w:t>
      </w:r>
      <w:r w:rsidR="004F4A85" w:rsidRPr="00B3569B">
        <w:rPr>
          <w:rFonts w:asciiTheme="minorHAnsi" w:hAnsiTheme="minorHAnsi" w:cstheme="majorHAnsi"/>
          <w:noProof/>
          <w:color w:val="auto"/>
        </w:rPr>
        <w:t xml:space="preserve"> </w:t>
      </w:r>
      <w:r w:rsidRPr="00B3569B">
        <w:rPr>
          <w:rFonts w:asciiTheme="minorHAnsi" w:hAnsiTheme="minorHAnsi" w:cstheme="majorHAnsi"/>
          <w:noProof/>
          <w:color w:val="auto"/>
        </w:rPr>
        <w:tab/>
      </w:r>
      <w:r w:rsidRPr="00B3569B">
        <w:rPr>
          <w:rFonts w:asciiTheme="minorHAnsi" w:hAnsiTheme="minorHAnsi" w:cstheme="majorHAnsi"/>
          <w:noProof/>
          <w:color w:val="auto"/>
        </w:rPr>
        <w:tab/>
        <w:t xml:space="preserve">          Sign: </w:t>
      </w:r>
    </w:p>
    <w:p w14:paraId="272237B0" w14:textId="6F74C868" w:rsidR="00274FA3" w:rsidRPr="00B3569B" w:rsidRDefault="00495369" w:rsidP="005024B4">
      <w:pPr>
        <w:spacing w:line="240" w:lineRule="auto"/>
        <w:rPr>
          <w:rFonts w:asciiTheme="minorHAnsi" w:hAnsiTheme="minorHAnsi" w:cstheme="majorHAnsi"/>
          <w:color w:val="000000" w:themeColor="text1"/>
        </w:rPr>
      </w:pPr>
      <w:r w:rsidRPr="00B3569B">
        <w:rPr>
          <w:rFonts w:asciiTheme="minorHAnsi" w:hAnsiTheme="minorHAnsi" w:cstheme="majorHAnsi"/>
          <w:noProof/>
          <w:color w:val="auto"/>
        </w:rPr>
        <mc:AlternateContent>
          <mc:Choice Requires="wps">
            <w:drawing>
              <wp:anchor distT="0" distB="0" distL="114300" distR="114300" simplePos="0" relativeHeight="251663872" behindDoc="0" locked="0" layoutInCell="1" allowOverlap="1" wp14:anchorId="7D58F5AF" wp14:editId="2088C7EE">
                <wp:simplePos x="0" y="0"/>
                <wp:positionH relativeFrom="column">
                  <wp:posOffset>350520</wp:posOffset>
                </wp:positionH>
                <wp:positionV relativeFrom="paragraph">
                  <wp:posOffset>164465</wp:posOffset>
                </wp:positionV>
                <wp:extent cx="1417320" cy="0"/>
                <wp:effectExtent l="0" t="0" r="0" b="0"/>
                <wp:wrapNone/>
                <wp:docPr id="1174730902" name="Straight Connector 1"/>
                <wp:cNvGraphicFramePr/>
                <a:graphic xmlns:a="http://schemas.openxmlformats.org/drawingml/2006/main">
                  <a:graphicData uri="http://schemas.microsoft.com/office/word/2010/wordprocessingShape">
                    <wps:wsp>
                      <wps:cNvCnPr/>
                      <wps:spPr>
                        <a:xfrm>
                          <a:off x="0" y="0"/>
                          <a:ext cx="141732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E3C68" id="Straight Connector 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2.95pt" to="139.2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" strokecolor="black [3040]"/>
            </w:pict>
          </mc:Fallback>
        </mc:AlternateContent>
      </w:r>
      <w:r w:rsidRPr="00B3569B">
        <w:rPr>
          <w:rFonts w:asciiTheme="minorHAnsi" w:hAnsiTheme="minorHAnsi" w:cstheme="majorHAnsi"/>
          <w:noProof/>
          <w:color w:val="auto"/>
        </w:rPr>
        <mc:AlternateContent>
          <mc:Choice Requires="wps">
            <w:drawing>
              <wp:anchor distT="0" distB="0" distL="114300" distR="114300" simplePos="0" relativeHeight="251662848" behindDoc="0" locked="0" layoutInCell="1" allowOverlap="1" wp14:anchorId="0D2040FF" wp14:editId="5FA6E414">
                <wp:simplePos x="0" y="0"/>
                <wp:positionH relativeFrom="column">
                  <wp:posOffset>2148840</wp:posOffset>
                </wp:positionH>
                <wp:positionV relativeFrom="paragraph">
                  <wp:posOffset>149225</wp:posOffset>
                </wp:positionV>
                <wp:extent cx="853440" cy="0"/>
                <wp:effectExtent l="0" t="0" r="0" b="0"/>
                <wp:wrapNone/>
                <wp:docPr id="655548151" name="Straight Connector 1"/>
                <wp:cNvGraphicFramePr/>
                <a:graphic xmlns:a="http://schemas.openxmlformats.org/drawingml/2006/main">
                  <a:graphicData uri="http://schemas.microsoft.com/office/word/2010/wordprocessingShape">
                    <wps:wsp>
                      <wps:cNvCnPr/>
                      <wps:spPr>
                        <a:xfrm flipV="1">
                          <a:off x="0" y="0"/>
                          <a:ext cx="8534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D81DC" id="Straight Connector 1"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2pt,11.75pt" to="236.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" strokecolor="black [3040]"/>
            </w:pict>
          </mc:Fallback>
        </mc:AlternateContent>
      </w:r>
      <w:r w:rsidRPr="00B3569B">
        <w:rPr>
          <w:rFonts w:asciiTheme="minorHAnsi" w:hAnsiTheme="minorHAnsi" w:cstheme="majorHAnsi"/>
          <w:noProof/>
          <w:color w:val="auto"/>
        </w:rPr>
        <mc:AlternateContent>
          <mc:Choice Requires="wps">
            <w:drawing>
              <wp:anchor distT="0" distB="0" distL="114300" distR="114300" simplePos="0" relativeHeight="251661824" behindDoc="0" locked="0" layoutInCell="1" allowOverlap="1" wp14:anchorId="065389EB" wp14:editId="0E61F955">
                <wp:simplePos x="0" y="0"/>
                <wp:positionH relativeFrom="column">
                  <wp:posOffset>4404360</wp:posOffset>
                </wp:positionH>
                <wp:positionV relativeFrom="paragraph">
                  <wp:posOffset>156845</wp:posOffset>
                </wp:positionV>
                <wp:extent cx="853440" cy="0"/>
                <wp:effectExtent l="0" t="0" r="0" b="0"/>
                <wp:wrapNone/>
                <wp:docPr id="2062690806" name="Straight Connector 1"/>
                <wp:cNvGraphicFramePr/>
                <a:graphic xmlns:a="http://schemas.openxmlformats.org/drawingml/2006/main">
                  <a:graphicData uri="http://schemas.microsoft.com/office/word/2010/wordprocessingShape">
                    <wps:wsp>
                      <wps:cNvCnPr/>
                      <wps:spPr>
                        <a:xfrm flipV="1">
                          <a:off x="0" y="0"/>
                          <a:ext cx="8534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281737" id="Straight Connector 1"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8pt,12.35pt" to="41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" strokecolor="black [3040]"/>
            </w:pict>
          </mc:Fallback>
        </mc:AlternateContent>
      </w:r>
      <w:r w:rsidRPr="00B3569B">
        <w:rPr>
          <w:rFonts w:asciiTheme="minorHAnsi" w:hAnsiTheme="minorHAnsi" w:cstheme="majorHAnsi"/>
          <w:color w:val="000000" w:themeColor="text1"/>
        </w:rPr>
        <w:t>Place:</w:t>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t>Date:</w:t>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r>
      <w:r w:rsidRPr="00B3569B">
        <w:rPr>
          <w:rFonts w:asciiTheme="minorHAnsi" w:hAnsiTheme="minorHAnsi" w:cstheme="majorHAnsi"/>
          <w:color w:val="000000" w:themeColor="text1"/>
        </w:rPr>
        <w:tab/>
        <w:t>Duration (in hours):</w:t>
      </w:r>
    </w:p>
    <w:p w14:paraId="4EF2E4BD" w14:textId="77777777" w:rsidR="00FE16B9" w:rsidRPr="00B3569B" w:rsidRDefault="00FE16B9" w:rsidP="005024B4">
      <w:pPr>
        <w:spacing w:line="240" w:lineRule="auto"/>
        <w:rPr>
          <w:rFonts w:asciiTheme="minorHAnsi" w:hAnsiTheme="minorHAnsi" w:cstheme="majorHAnsi"/>
          <w:color w:val="000000" w:themeColor="text1"/>
        </w:rPr>
      </w:pPr>
    </w:p>
    <w:p w14:paraId="03522165" w14:textId="45AE8804" w:rsidR="00FE16B9" w:rsidRPr="00B3569B" w:rsidRDefault="00F31643" w:rsidP="005024B4">
      <w:pPr>
        <w:spacing w:line="240" w:lineRule="auto"/>
        <w:rPr>
          <w:rFonts w:asciiTheme="minorHAnsi" w:hAnsiTheme="minorHAnsi" w:cstheme="majorHAnsi"/>
          <w:color w:val="000000" w:themeColor="text1"/>
        </w:rPr>
      </w:pPr>
      <w:r w:rsidRPr="00B3569B">
        <w:rPr>
          <w:rFonts w:asciiTheme="minorHAnsi" w:hAnsiTheme="minorHAnsi" w:cstheme="majorHAnsi"/>
          <w:color w:val="000000" w:themeColor="text1"/>
        </w:rPr>
        <w:t xml:space="preserve">The above subject information was preserved to me as part of SMSA training program. I have read and / or understand the material and </w:t>
      </w:r>
      <w:r w:rsidR="00E54659" w:rsidRPr="00B3569B">
        <w:rPr>
          <w:rFonts w:asciiTheme="minorHAnsi" w:hAnsiTheme="minorHAnsi" w:cstheme="majorHAnsi"/>
          <w:color w:val="000000" w:themeColor="text1"/>
        </w:rPr>
        <w:t>have had the opportunity to discuss this material with trainer.</w:t>
      </w:r>
    </w:p>
    <w:tbl>
      <w:tblPr>
        <w:tblStyle w:val="TableGrid"/>
        <w:tblW w:w="0" w:type="auto"/>
        <w:tblLook w:val="0000" w:firstRow="0" w:lastRow="0" w:firstColumn="0" w:lastColumn="0" w:noHBand="0" w:noVBand="0"/>
      </w:tblPr>
      <w:tblGrid>
        <w:gridCol w:w="9350"/>
      </w:tblGrid>
      <w:tr w:rsidR="00FE16B9" w:rsidRPr="00B3569B" w14:paraId="354BF7DC" w14:textId="77777777" w:rsidTr="00FE16B9">
        <w:trPr>
          <w:trHeight w:val="504"/>
        </w:trPr>
        <w:tc>
          <w:tcPr>
            <w:tcW w:w="9576" w:type="dxa"/>
          </w:tcPr>
          <w:p w14:paraId="36069341" w14:textId="19BC297C" w:rsidR="00FE16B9" w:rsidRPr="00B3569B" w:rsidRDefault="00FE16B9" w:rsidP="00FE16B9">
            <w:pPr>
              <w:spacing w:after="200"/>
              <w:ind w:left="108"/>
              <w:jc w:val="center"/>
              <w:rPr>
                <w:rFonts w:asciiTheme="minorHAnsi" w:hAnsiTheme="minorHAnsi" w:cstheme="majorHAnsi"/>
                <w:b/>
                <w:bCs/>
                <w:color w:val="000000" w:themeColor="text1"/>
              </w:rPr>
            </w:pPr>
            <w:r w:rsidRPr="00B3569B">
              <w:rPr>
                <w:rFonts w:asciiTheme="minorHAnsi" w:hAnsiTheme="minorHAnsi" w:cstheme="majorHAnsi"/>
                <w:b/>
                <w:bCs/>
                <w:color w:val="000000" w:themeColor="text1"/>
              </w:rPr>
              <w:t>Trainees</w:t>
            </w:r>
          </w:p>
        </w:tc>
      </w:tr>
    </w:tbl>
    <w:tbl>
      <w:tblPr>
        <w:tblStyle w:val="TableGrid"/>
        <w:tblW w:w="0" w:type="auto"/>
        <w:tblLayout w:type="fixed"/>
        <w:tblLook w:val="04A0" w:firstRow="1" w:lastRow="0" w:firstColumn="1" w:lastColumn="0" w:noHBand="0" w:noVBand="1"/>
      </w:tblPr>
      <w:tblGrid>
        <w:gridCol w:w="2394"/>
        <w:gridCol w:w="2394"/>
        <w:gridCol w:w="2394"/>
        <w:gridCol w:w="2394"/>
      </w:tblGrid>
      <w:tr w:rsidR="004048B3" w:rsidRPr="00B3569B" w14:paraId="38024FB6" w14:textId="77777777" w:rsidTr="00FE16B9">
        <w:trPr>
          <w:trHeight w:val="480"/>
        </w:trPr>
        <w:tc>
          <w:tcPr>
            <w:tcW w:w="2394" w:type="dxa"/>
          </w:tcPr>
          <w:p w14:paraId="7CBAF759" w14:textId="77777777" w:rsidR="0005523A" w:rsidRPr="00B3569B" w:rsidRDefault="00000000" w:rsidP="00FE16B9">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Emp. No.</w:t>
            </w:r>
          </w:p>
        </w:tc>
        <w:tc>
          <w:tcPr>
            <w:tcW w:w="2394" w:type="dxa"/>
          </w:tcPr>
          <w:p w14:paraId="2BB0156F" w14:textId="77777777" w:rsidR="0005523A" w:rsidRPr="00B3569B" w:rsidRDefault="00000000" w:rsidP="00FE16B9">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Name</w:t>
            </w:r>
          </w:p>
        </w:tc>
        <w:tc>
          <w:tcPr>
            <w:tcW w:w="2394" w:type="dxa"/>
          </w:tcPr>
          <w:p w14:paraId="1D32FFCB" w14:textId="77777777" w:rsidR="0005523A" w:rsidRPr="00B3569B" w:rsidRDefault="00000000" w:rsidP="00FE16B9">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Signature</w:t>
            </w:r>
          </w:p>
        </w:tc>
        <w:tc>
          <w:tcPr>
            <w:tcW w:w="2394" w:type="dxa"/>
          </w:tcPr>
          <w:p w14:paraId="488BD8A0" w14:textId="77777777" w:rsidR="0005523A" w:rsidRPr="00B3569B" w:rsidRDefault="00000000" w:rsidP="00FE16B9">
            <w:pPr>
              <w:jc w:val="center"/>
              <w:rPr>
                <w:rFonts w:asciiTheme="minorHAnsi" w:hAnsiTheme="minorHAnsi" w:cstheme="majorHAnsi"/>
                <w:color w:val="000000" w:themeColor="text1"/>
              </w:rPr>
            </w:pPr>
            <w:r w:rsidRPr="00B3569B">
              <w:rPr>
                <w:rFonts w:asciiTheme="minorHAnsi" w:hAnsiTheme="minorHAnsi" w:cstheme="majorHAnsi"/>
                <w:b/>
                <w:color w:val="000000" w:themeColor="text1"/>
              </w:rPr>
              <w:t>Date</w:t>
            </w:r>
          </w:p>
        </w:tc>
      </w:tr>
      <w:tr w:rsidR="004048B3" w:rsidRPr="00B3569B" w14:paraId="6420BDFE" w14:textId="77777777" w:rsidTr="00FE16B9">
        <w:trPr>
          <w:trHeight w:val="680"/>
        </w:trPr>
        <w:tc>
          <w:tcPr>
            <w:tcW w:w="2394" w:type="dxa"/>
          </w:tcPr>
          <w:p w14:paraId="4BB8CDF0" w14:textId="03DD03D9" w:rsidR="0005523A" w:rsidRPr="00B3569B" w:rsidRDefault="0005523A" w:rsidP="00FE16B9">
            <w:pPr>
              <w:jc w:val="center"/>
              <w:rPr>
                <w:rFonts w:asciiTheme="minorHAnsi" w:hAnsiTheme="minorHAnsi" w:cstheme="majorHAnsi"/>
                <w:color w:val="000000" w:themeColor="text1"/>
              </w:rPr>
            </w:pPr>
          </w:p>
        </w:tc>
        <w:tc>
          <w:tcPr>
            <w:tcW w:w="2394" w:type="dxa"/>
          </w:tcPr>
          <w:p w14:paraId="0BC13B58" w14:textId="2A93D19B" w:rsidR="0005523A" w:rsidRPr="00B3569B" w:rsidRDefault="0005523A" w:rsidP="00FE16B9">
            <w:pPr>
              <w:jc w:val="center"/>
              <w:rPr>
                <w:rFonts w:asciiTheme="minorHAnsi" w:hAnsiTheme="minorHAnsi" w:cstheme="majorHAnsi"/>
                <w:color w:val="000000" w:themeColor="text1"/>
              </w:rPr>
            </w:pPr>
          </w:p>
        </w:tc>
        <w:tc>
          <w:tcPr>
            <w:tcW w:w="2394" w:type="dxa"/>
          </w:tcPr>
          <w:p w14:paraId="0F0E5991" w14:textId="76EAD900" w:rsidR="0005523A" w:rsidRPr="00B3569B" w:rsidRDefault="0005523A" w:rsidP="00FE16B9">
            <w:pPr>
              <w:jc w:val="center"/>
              <w:rPr>
                <w:rFonts w:asciiTheme="minorHAnsi" w:hAnsiTheme="minorHAnsi" w:cstheme="majorHAnsi"/>
                <w:color w:val="000000" w:themeColor="text1"/>
              </w:rPr>
            </w:pPr>
          </w:p>
        </w:tc>
        <w:tc>
          <w:tcPr>
            <w:tcW w:w="2394" w:type="dxa"/>
          </w:tcPr>
          <w:p w14:paraId="348EC4CD" w14:textId="53A4DE23" w:rsidR="0005523A" w:rsidRPr="00B3569B" w:rsidRDefault="0005523A" w:rsidP="00FE16B9">
            <w:pPr>
              <w:jc w:val="center"/>
              <w:rPr>
                <w:rFonts w:asciiTheme="minorHAnsi" w:hAnsiTheme="minorHAnsi" w:cstheme="majorHAnsi"/>
                <w:color w:val="000000" w:themeColor="text1"/>
              </w:rPr>
            </w:pPr>
          </w:p>
        </w:tc>
      </w:tr>
      <w:tr w:rsidR="004048B3" w:rsidRPr="00B3569B" w14:paraId="575F4A73" w14:textId="77777777" w:rsidTr="00FE16B9">
        <w:trPr>
          <w:trHeight w:val="680"/>
        </w:trPr>
        <w:tc>
          <w:tcPr>
            <w:tcW w:w="2394" w:type="dxa"/>
          </w:tcPr>
          <w:p w14:paraId="5725AB17" w14:textId="6996D201" w:rsidR="0005523A" w:rsidRPr="00B3569B" w:rsidRDefault="0005523A" w:rsidP="00FE16B9">
            <w:pPr>
              <w:jc w:val="center"/>
              <w:rPr>
                <w:rFonts w:asciiTheme="minorHAnsi" w:hAnsiTheme="minorHAnsi" w:cstheme="majorHAnsi"/>
                <w:color w:val="000000" w:themeColor="text1"/>
              </w:rPr>
            </w:pPr>
          </w:p>
        </w:tc>
        <w:tc>
          <w:tcPr>
            <w:tcW w:w="2394" w:type="dxa"/>
          </w:tcPr>
          <w:p w14:paraId="5B2167D2" w14:textId="437138A4" w:rsidR="0005523A" w:rsidRPr="00B3569B" w:rsidRDefault="0005523A" w:rsidP="00FE16B9">
            <w:pPr>
              <w:jc w:val="center"/>
              <w:rPr>
                <w:rFonts w:asciiTheme="minorHAnsi" w:hAnsiTheme="minorHAnsi" w:cstheme="majorHAnsi"/>
                <w:color w:val="000000" w:themeColor="text1"/>
              </w:rPr>
            </w:pPr>
          </w:p>
        </w:tc>
        <w:tc>
          <w:tcPr>
            <w:tcW w:w="2394" w:type="dxa"/>
          </w:tcPr>
          <w:p w14:paraId="2B98D4A8" w14:textId="237465C7" w:rsidR="0005523A" w:rsidRPr="00B3569B" w:rsidRDefault="0005523A" w:rsidP="00FE16B9">
            <w:pPr>
              <w:jc w:val="center"/>
              <w:rPr>
                <w:rFonts w:asciiTheme="minorHAnsi" w:hAnsiTheme="minorHAnsi" w:cstheme="majorHAnsi"/>
                <w:color w:val="000000" w:themeColor="text1"/>
              </w:rPr>
            </w:pPr>
          </w:p>
        </w:tc>
        <w:tc>
          <w:tcPr>
            <w:tcW w:w="2394" w:type="dxa"/>
          </w:tcPr>
          <w:p w14:paraId="2123040E" w14:textId="50E95BD2" w:rsidR="0005523A" w:rsidRPr="00B3569B" w:rsidRDefault="0005523A" w:rsidP="00FE16B9">
            <w:pPr>
              <w:jc w:val="center"/>
              <w:rPr>
                <w:rFonts w:asciiTheme="minorHAnsi" w:hAnsiTheme="minorHAnsi" w:cstheme="majorHAnsi"/>
                <w:color w:val="000000" w:themeColor="text1"/>
              </w:rPr>
            </w:pPr>
          </w:p>
        </w:tc>
      </w:tr>
      <w:tr w:rsidR="004048B3" w:rsidRPr="00B3569B" w14:paraId="68D563DB" w14:textId="77777777" w:rsidTr="00FE16B9">
        <w:trPr>
          <w:trHeight w:val="680"/>
        </w:trPr>
        <w:tc>
          <w:tcPr>
            <w:tcW w:w="2394" w:type="dxa"/>
          </w:tcPr>
          <w:p w14:paraId="7DB814E9" w14:textId="4246DE0B" w:rsidR="0005523A" w:rsidRPr="00B3569B" w:rsidRDefault="0005523A" w:rsidP="00FE16B9">
            <w:pPr>
              <w:jc w:val="center"/>
              <w:rPr>
                <w:rFonts w:asciiTheme="minorHAnsi" w:hAnsiTheme="minorHAnsi" w:cstheme="majorHAnsi"/>
                <w:color w:val="000000" w:themeColor="text1"/>
              </w:rPr>
            </w:pPr>
          </w:p>
        </w:tc>
        <w:tc>
          <w:tcPr>
            <w:tcW w:w="2394" w:type="dxa"/>
          </w:tcPr>
          <w:p w14:paraId="1A072782" w14:textId="15A050C2" w:rsidR="0005523A" w:rsidRPr="00B3569B" w:rsidRDefault="0005523A" w:rsidP="00FE16B9">
            <w:pPr>
              <w:jc w:val="center"/>
              <w:rPr>
                <w:rFonts w:asciiTheme="minorHAnsi" w:hAnsiTheme="minorHAnsi" w:cstheme="majorHAnsi"/>
                <w:color w:val="000000" w:themeColor="text1"/>
              </w:rPr>
            </w:pPr>
          </w:p>
        </w:tc>
        <w:tc>
          <w:tcPr>
            <w:tcW w:w="2394" w:type="dxa"/>
          </w:tcPr>
          <w:p w14:paraId="1F835941" w14:textId="4D000A84" w:rsidR="0005523A" w:rsidRPr="00B3569B" w:rsidRDefault="0005523A" w:rsidP="00FE16B9">
            <w:pPr>
              <w:jc w:val="center"/>
              <w:rPr>
                <w:rFonts w:asciiTheme="minorHAnsi" w:hAnsiTheme="minorHAnsi" w:cstheme="majorHAnsi"/>
                <w:color w:val="000000" w:themeColor="text1"/>
              </w:rPr>
            </w:pPr>
          </w:p>
        </w:tc>
        <w:tc>
          <w:tcPr>
            <w:tcW w:w="2394" w:type="dxa"/>
          </w:tcPr>
          <w:p w14:paraId="0D03E0D8" w14:textId="5A0355D1" w:rsidR="0005523A" w:rsidRPr="00B3569B" w:rsidRDefault="0005523A" w:rsidP="00FE16B9">
            <w:pPr>
              <w:jc w:val="center"/>
              <w:rPr>
                <w:rFonts w:asciiTheme="minorHAnsi" w:hAnsiTheme="minorHAnsi" w:cstheme="majorHAnsi"/>
                <w:color w:val="000000" w:themeColor="text1"/>
              </w:rPr>
            </w:pPr>
          </w:p>
        </w:tc>
      </w:tr>
      <w:tr w:rsidR="004048B3" w:rsidRPr="00B3569B" w14:paraId="640707B5" w14:textId="77777777" w:rsidTr="00FE16B9">
        <w:trPr>
          <w:trHeight w:val="680"/>
        </w:trPr>
        <w:tc>
          <w:tcPr>
            <w:tcW w:w="2394" w:type="dxa"/>
          </w:tcPr>
          <w:p w14:paraId="5D64BAE6" w14:textId="209902C1" w:rsidR="0005523A" w:rsidRPr="00B3569B" w:rsidRDefault="0005523A" w:rsidP="00FE16B9">
            <w:pPr>
              <w:jc w:val="center"/>
              <w:rPr>
                <w:rFonts w:asciiTheme="minorHAnsi" w:hAnsiTheme="minorHAnsi" w:cstheme="majorHAnsi"/>
                <w:color w:val="000000" w:themeColor="text1"/>
              </w:rPr>
            </w:pPr>
          </w:p>
        </w:tc>
        <w:tc>
          <w:tcPr>
            <w:tcW w:w="2394" w:type="dxa"/>
          </w:tcPr>
          <w:p w14:paraId="7C62EA6F" w14:textId="2503DF44" w:rsidR="0005523A" w:rsidRPr="00B3569B" w:rsidRDefault="0005523A" w:rsidP="00FE16B9">
            <w:pPr>
              <w:jc w:val="center"/>
              <w:rPr>
                <w:rFonts w:asciiTheme="minorHAnsi" w:hAnsiTheme="minorHAnsi" w:cstheme="majorHAnsi"/>
                <w:color w:val="000000" w:themeColor="text1"/>
              </w:rPr>
            </w:pPr>
          </w:p>
        </w:tc>
        <w:tc>
          <w:tcPr>
            <w:tcW w:w="2394" w:type="dxa"/>
          </w:tcPr>
          <w:p w14:paraId="79C89F34" w14:textId="162859A5" w:rsidR="0005523A" w:rsidRPr="00B3569B" w:rsidRDefault="0005523A" w:rsidP="00FE16B9">
            <w:pPr>
              <w:jc w:val="center"/>
              <w:rPr>
                <w:rFonts w:asciiTheme="minorHAnsi" w:hAnsiTheme="minorHAnsi" w:cstheme="majorHAnsi"/>
                <w:color w:val="000000" w:themeColor="text1"/>
              </w:rPr>
            </w:pPr>
          </w:p>
        </w:tc>
        <w:tc>
          <w:tcPr>
            <w:tcW w:w="2394" w:type="dxa"/>
          </w:tcPr>
          <w:p w14:paraId="209089E6" w14:textId="33C13559" w:rsidR="0005523A" w:rsidRPr="00B3569B" w:rsidRDefault="0005523A" w:rsidP="00FE16B9">
            <w:pPr>
              <w:jc w:val="center"/>
              <w:rPr>
                <w:rFonts w:asciiTheme="minorHAnsi" w:hAnsiTheme="minorHAnsi" w:cstheme="majorHAnsi"/>
                <w:color w:val="000000" w:themeColor="text1"/>
              </w:rPr>
            </w:pPr>
          </w:p>
        </w:tc>
      </w:tr>
      <w:tr w:rsidR="004048B3" w:rsidRPr="00B3569B" w14:paraId="09FF0CBE" w14:textId="77777777" w:rsidTr="00FE16B9">
        <w:trPr>
          <w:trHeight w:val="680"/>
        </w:trPr>
        <w:tc>
          <w:tcPr>
            <w:tcW w:w="2394" w:type="dxa"/>
          </w:tcPr>
          <w:p w14:paraId="7CBF8BB5" w14:textId="1622250C" w:rsidR="0005523A" w:rsidRPr="00B3569B" w:rsidRDefault="0005523A" w:rsidP="00FE16B9">
            <w:pPr>
              <w:jc w:val="center"/>
              <w:rPr>
                <w:rFonts w:asciiTheme="minorHAnsi" w:hAnsiTheme="minorHAnsi" w:cstheme="majorHAnsi"/>
                <w:color w:val="000000" w:themeColor="text1"/>
              </w:rPr>
            </w:pPr>
          </w:p>
        </w:tc>
        <w:tc>
          <w:tcPr>
            <w:tcW w:w="2394" w:type="dxa"/>
          </w:tcPr>
          <w:p w14:paraId="5B5FA09A" w14:textId="5E62FA1D" w:rsidR="0005523A" w:rsidRPr="00B3569B" w:rsidRDefault="0005523A" w:rsidP="00FE16B9">
            <w:pPr>
              <w:jc w:val="center"/>
              <w:rPr>
                <w:rFonts w:asciiTheme="minorHAnsi" w:hAnsiTheme="minorHAnsi" w:cstheme="majorHAnsi"/>
                <w:color w:val="000000" w:themeColor="text1"/>
              </w:rPr>
            </w:pPr>
          </w:p>
        </w:tc>
        <w:tc>
          <w:tcPr>
            <w:tcW w:w="2394" w:type="dxa"/>
          </w:tcPr>
          <w:p w14:paraId="7EA12BE7" w14:textId="37193DC2" w:rsidR="0005523A" w:rsidRPr="00B3569B" w:rsidRDefault="0005523A" w:rsidP="00FE16B9">
            <w:pPr>
              <w:jc w:val="center"/>
              <w:rPr>
                <w:rFonts w:asciiTheme="minorHAnsi" w:hAnsiTheme="minorHAnsi" w:cstheme="majorHAnsi"/>
                <w:color w:val="000000" w:themeColor="text1"/>
              </w:rPr>
            </w:pPr>
          </w:p>
        </w:tc>
        <w:tc>
          <w:tcPr>
            <w:tcW w:w="2394" w:type="dxa"/>
          </w:tcPr>
          <w:p w14:paraId="081E35B5" w14:textId="290B71CB" w:rsidR="0005523A" w:rsidRPr="00B3569B" w:rsidRDefault="0005523A" w:rsidP="00FE16B9">
            <w:pPr>
              <w:jc w:val="center"/>
              <w:rPr>
                <w:rFonts w:asciiTheme="minorHAnsi" w:hAnsiTheme="minorHAnsi" w:cstheme="majorHAnsi"/>
                <w:color w:val="000000" w:themeColor="text1"/>
              </w:rPr>
            </w:pPr>
          </w:p>
        </w:tc>
      </w:tr>
      <w:tr w:rsidR="00FE16B9" w:rsidRPr="00B3569B" w14:paraId="2B8B690D" w14:textId="77777777" w:rsidTr="00FE16B9">
        <w:trPr>
          <w:trHeight w:val="680"/>
        </w:trPr>
        <w:tc>
          <w:tcPr>
            <w:tcW w:w="2394" w:type="dxa"/>
          </w:tcPr>
          <w:p w14:paraId="54ABC747" w14:textId="77777777" w:rsidR="00FE16B9" w:rsidRPr="00B3569B" w:rsidRDefault="00FE16B9" w:rsidP="00FE16B9">
            <w:pPr>
              <w:jc w:val="center"/>
              <w:rPr>
                <w:rFonts w:asciiTheme="minorHAnsi" w:hAnsiTheme="minorHAnsi" w:cstheme="majorHAnsi"/>
                <w:color w:val="000000" w:themeColor="text1"/>
              </w:rPr>
            </w:pPr>
          </w:p>
        </w:tc>
        <w:tc>
          <w:tcPr>
            <w:tcW w:w="2394" w:type="dxa"/>
          </w:tcPr>
          <w:p w14:paraId="5D08DB36" w14:textId="77777777" w:rsidR="00FE16B9" w:rsidRPr="00B3569B" w:rsidRDefault="00FE16B9" w:rsidP="00FE16B9">
            <w:pPr>
              <w:jc w:val="center"/>
              <w:rPr>
                <w:rFonts w:asciiTheme="minorHAnsi" w:hAnsiTheme="minorHAnsi" w:cstheme="majorHAnsi"/>
                <w:color w:val="000000" w:themeColor="text1"/>
              </w:rPr>
            </w:pPr>
          </w:p>
        </w:tc>
        <w:tc>
          <w:tcPr>
            <w:tcW w:w="2394" w:type="dxa"/>
          </w:tcPr>
          <w:p w14:paraId="37CEA074" w14:textId="77777777" w:rsidR="00FE16B9" w:rsidRPr="00B3569B" w:rsidRDefault="00FE16B9" w:rsidP="00FE16B9">
            <w:pPr>
              <w:jc w:val="center"/>
              <w:rPr>
                <w:rFonts w:asciiTheme="minorHAnsi" w:hAnsiTheme="minorHAnsi" w:cstheme="majorHAnsi"/>
                <w:color w:val="000000" w:themeColor="text1"/>
              </w:rPr>
            </w:pPr>
          </w:p>
        </w:tc>
        <w:tc>
          <w:tcPr>
            <w:tcW w:w="2394" w:type="dxa"/>
          </w:tcPr>
          <w:p w14:paraId="0CEE42F5" w14:textId="77777777" w:rsidR="00FE16B9" w:rsidRPr="00B3569B" w:rsidRDefault="00FE16B9" w:rsidP="00FE16B9">
            <w:pPr>
              <w:jc w:val="center"/>
              <w:rPr>
                <w:rFonts w:asciiTheme="minorHAnsi" w:hAnsiTheme="minorHAnsi" w:cstheme="majorHAnsi"/>
                <w:color w:val="000000" w:themeColor="text1"/>
              </w:rPr>
            </w:pPr>
          </w:p>
        </w:tc>
      </w:tr>
      <w:tr w:rsidR="00FE16B9" w:rsidRPr="00B3569B" w14:paraId="46C2A9E3" w14:textId="77777777" w:rsidTr="00FE16B9">
        <w:trPr>
          <w:trHeight w:val="680"/>
        </w:trPr>
        <w:tc>
          <w:tcPr>
            <w:tcW w:w="2394" w:type="dxa"/>
          </w:tcPr>
          <w:p w14:paraId="013C5B4E" w14:textId="77777777" w:rsidR="00FE16B9" w:rsidRPr="00B3569B" w:rsidRDefault="00FE16B9" w:rsidP="00FE16B9">
            <w:pPr>
              <w:jc w:val="center"/>
              <w:rPr>
                <w:rFonts w:asciiTheme="minorHAnsi" w:hAnsiTheme="minorHAnsi" w:cstheme="majorHAnsi"/>
                <w:color w:val="000000" w:themeColor="text1"/>
              </w:rPr>
            </w:pPr>
          </w:p>
        </w:tc>
        <w:tc>
          <w:tcPr>
            <w:tcW w:w="2394" w:type="dxa"/>
          </w:tcPr>
          <w:p w14:paraId="03877F67" w14:textId="77777777" w:rsidR="00FE16B9" w:rsidRPr="00B3569B" w:rsidRDefault="00FE16B9" w:rsidP="00FE16B9">
            <w:pPr>
              <w:jc w:val="center"/>
              <w:rPr>
                <w:rFonts w:asciiTheme="minorHAnsi" w:hAnsiTheme="minorHAnsi" w:cstheme="majorHAnsi"/>
                <w:color w:val="000000" w:themeColor="text1"/>
              </w:rPr>
            </w:pPr>
          </w:p>
        </w:tc>
        <w:tc>
          <w:tcPr>
            <w:tcW w:w="2394" w:type="dxa"/>
          </w:tcPr>
          <w:p w14:paraId="002F5183" w14:textId="77777777" w:rsidR="00FE16B9" w:rsidRPr="00B3569B" w:rsidRDefault="00FE16B9" w:rsidP="00FE16B9">
            <w:pPr>
              <w:jc w:val="center"/>
              <w:rPr>
                <w:rFonts w:asciiTheme="minorHAnsi" w:hAnsiTheme="minorHAnsi" w:cstheme="majorHAnsi"/>
                <w:color w:val="000000" w:themeColor="text1"/>
              </w:rPr>
            </w:pPr>
          </w:p>
        </w:tc>
        <w:tc>
          <w:tcPr>
            <w:tcW w:w="2394" w:type="dxa"/>
          </w:tcPr>
          <w:p w14:paraId="3256CB51" w14:textId="77777777" w:rsidR="00FE16B9" w:rsidRPr="00B3569B" w:rsidRDefault="00FE16B9" w:rsidP="00FE16B9">
            <w:pPr>
              <w:jc w:val="center"/>
              <w:rPr>
                <w:rFonts w:asciiTheme="minorHAnsi" w:hAnsiTheme="minorHAnsi" w:cstheme="majorHAnsi"/>
                <w:color w:val="000000" w:themeColor="text1"/>
              </w:rPr>
            </w:pPr>
          </w:p>
        </w:tc>
      </w:tr>
      <w:tr w:rsidR="00FE16B9" w:rsidRPr="00B3569B" w14:paraId="18F9AA3B" w14:textId="77777777" w:rsidTr="00FE16B9">
        <w:trPr>
          <w:trHeight w:val="680"/>
        </w:trPr>
        <w:tc>
          <w:tcPr>
            <w:tcW w:w="2394" w:type="dxa"/>
          </w:tcPr>
          <w:p w14:paraId="2F8B86B0" w14:textId="77777777" w:rsidR="00FE16B9" w:rsidRPr="00B3569B" w:rsidRDefault="00FE16B9" w:rsidP="00FE16B9">
            <w:pPr>
              <w:jc w:val="center"/>
              <w:rPr>
                <w:rFonts w:asciiTheme="minorHAnsi" w:hAnsiTheme="minorHAnsi" w:cstheme="majorHAnsi"/>
                <w:color w:val="000000" w:themeColor="text1"/>
              </w:rPr>
            </w:pPr>
          </w:p>
        </w:tc>
        <w:tc>
          <w:tcPr>
            <w:tcW w:w="2394" w:type="dxa"/>
          </w:tcPr>
          <w:p w14:paraId="16BAD5F2" w14:textId="77777777" w:rsidR="00FE16B9" w:rsidRPr="00B3569B" w:rsidRDefault="00FE16B9" w:rsidP="00FE16B9">
            <w:pPr>
              <w:jc w:val="center"/>
              <w:rPr>
                <w:rFonts w:asciiTheme="minorHAnsi" w:hAnsiTheme="minorHAnsi" w:cstheme="majorHAnsi"/>
                <w:color w:val="000000" w:themeColor="text1"/>
              </w:rPr>
            </w:pPr>
          </w:p>
        </w:tc>
        <w:tc>
          <w:tcPr>
            <w:tcW w:w="2394" w:type="dxa"/>
          </w:tcPr>
          <w:p w14:paraId="18AE6DBF" w14:textId="77777777" w:rsidR="00FE16B9" w:rsidRPr="00B3569B" w:rsidRDefault="00FE16B9" w:rsidP="00FE16B9">
            <w:pPr>
              <w:jc w:val="center"/>
              <w:rPr>
                <w:rFonts w:asciiTheme="minorHAnsi" w:hAnsiTheme="minorHAnsi" w:cstheme="majorHAnsi"/>
                <w:color w:val="000000" w:themeColor="text1"/>
              </w:rPr>
            </w:pPr>
          </w:p>
        </w:tc>
        <w:tc>
          <w:tcPr>
            <w:tcW w:w="2394" w:type="dxa"/>
          </w:tcPr>
          <w:p w14:paraId="76B50124" w14:textId="77777777" w:rsidR="00FE16B9" w:rsidRPr="00B3569B" w:rsidRDefault="00FE16B9" w:rsidP="00FE16B9">
            <w:pPr>
              <w:jc w:val="center"/>
              <w:rPr>
                <w:rFonts w:asciiTheme="minorHAnsi" w:hAnsiTheme="minorHAnsi" w:cstheme="majorHAnsi"/>
                <w:color w:val="000000" w:themeColor="text1"/>
              </w:rPr>
            </w:pPr>
          </w:p>
        </w:tc>
      </w:tr>
      <w:tr w:rsidR="004048B3" w:rsidRPr="00B3569B" w14:paraId="6484E10E" w14:textId="77777777" w:rsidTr="00FE16B9">
        <w:trPr>
          <w:trHeight w:val="680"/>
        </w:trPr>
        <w:tc>
          <w:tcPr>
            <w:tcW w:w="2394" w:type="dxa"/>
          </w:tcPr>
          <w:p w14:paraId="18987A0A" w14:textId="67CB4DF4" w:rsidR="0005523A" w:rsidRPr="00B3569B" w:rsidRDefault="0005523A" w:rsidP="00FE16B9">
            <w:pPr>
              <w:jc w:val="center"/>
              <w:rPr>
                <w:rFonts w:asciiTheme="minorHAnsi" w:hAnsiTheme="minorHAnsi" w:cstheme="majorHAnsi"/>
                <w:color w:val="000000" w:themeColor="text1"/>
              </w:rPr>
            </w:pPr>
          </w:p>
        </w:tc>
        <w:tc>
          <w:tcPr>
            <w:tcW w:w="2394" w:type="dxa"/>
          </w:tcPr>
          <w:p w14:paraId="2C8EA122" w14:textId="115AE9E2" w:rsidR="0005523A" w:rsidRPr="00B3569B" w:rsidRDefault="0005523A" w:rsidP="00FE16B9">
            <w:pPr>
              <w:jc w:val="center"/>
              <w:rPr>
                <w:rFonts w:asciiTheme="minorHAnsi" w:hAnsiTheme="minorHAnsi" w:cstheme="majorHAnsi"/>
                <w:color w:val="000000" w:themeColor="text1"/>
              </w:rPr>
            </w:pPr>
          </w:p>
        </w:tc>
        <w:tc>
          <w:tcPr>
            <w:tcW w:w="2394" w:type="dxa"/>
          </w:tcPr>
          <w:p w14:paraId="76C86479" w14:textId="47513494" w:rsidR="0005523A" w:rsidRPr="00B3569B" w:rsidRDefault="0005523A" w:rsidP="00FE16B9">
            <w:pPr>
              <w:jc w:val="center"/>
              <w:rPr>
                <w:rFonts w:asciiTheme="minorHAnsi" w:hAnsiTheme="minorHAnsi" w:cstheme="majorHAnsi"/>
                <w:color w:val="000000" w:themeColor="text1"/>
              </w:rPr>
            </w:pPr>
          </w:p>
        </w:tc>
        <w:tc>
          <w:tcPr>
            <w:tcW w:w="2394" w:type="dxa"/>
          </w:tcPr>
          <w:p w14:paraId="00C36EF8" w14:textId="36F3F029" w:rsidR="0005523A" w:rsidRPr="00B3569B" w:rsidRDefault="0005523A" w:rsidP="00FE16B9">
            <w:pPr>
              <w:jc w:val="center"/>
              <w:rPr>
                <w:rFonts w:asciiTheme="minorHAnsi" w:hAnsiTheme="minorHAnsi" w:cstheme="majorHAnsi"/>
                <w:color w:val="000000" w:themeColor="text1"/>
              </w:rPr>
            </w:pPr>
          </w:p>
        </w:tc>
      </w:tr>
    </w:tbl>
    <w:p w14:paraId="2C4424C3" w14:textId="77777777" w:rsidR="006300F7" w:rsidRPr="00B3569B" w:rsidRDefault="006300F7" w:rsidP="00FE16B9">
      <w:pPr>
        <w:spacing w:line="240" w:lineRule="auto"/>
        <w:rPr>
          <w:rFonts w:asciiTheme="minorHAnsi" w:hAnsiTheme="minorHAnsi" w:cstheme="majorHAnsi"/>
          <w:color w:val="000000" w:themeColor="text1"/>
        </w:rPr>
      </w:pPr>
    </w:p>
    <w:sectPr w:rsidR="006300F7" w:rsidRPr="00B3569B" w:rsidSect="00974AA9">
      <w:pgSz w:w="12240" w:h="15840"/>
      <w:pgMar w:top="42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Kartika">
    <w:charset w:val="00"/>
    <w:family w:val="roman"/>
    <w:pitch w:val="variable"/>
    <w:sig w:usb0="008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5549065">
    <w:abstractNumId w:val="8"/>
  </w:num>
  <w:num w:numId="2" w16cid:durableId="1644042075">
    <w:abstractNumId w:val="6"/>
  </w:num>
  <w:num w:numId="3" w16cid:durableId="915282537">
    <w:abstractNumId w:val="5"/>
  </w:num>
  <w:num w:numId="4" w16cid:durableId="71507700">
    <w:abstractNumId w:val="4"/>
  </w:num>
  <w:num w:numId="5" w16cid:durableId="1529904485">
    <w:abstractNumId w:val="7"/>
  </w:num>
  <w:num w:numId="6" w16cid:durableId="763762290">
    <w:abstractNumId w:val="3"/>
  </w:num>
  <w:num w:numId="7" w16cid:durableId="188614824">
    <w:abstractNumId w:val="2"/>
  </w:num>
  <w:num w:numId="8" w16cid:durableId="1555848631">
    <w:abstractNumId w:val="1"/>
  </w:num>
  <w:num w:numId="9" w16cid:durableId="2109111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F86"/>
    <w:rsid w:val="000178C5"/>
    <w:rsid w:val="00031B29"/>
    <w:rsid w:val="00034616"/>
    <w:rsid w:val="00053804"/>
    <w:rsid w:val="0005523A"/>
    <w:rsid w:val="0006063C"/>
    <w:rsid w:val="000A5BF8"/>
    <w:rsid w:val="000D154E"/>
    <w:rsid w:val="001113B6"/>
    <w:rsid w:val="00127681"/>
    <w:rsid w:val="001428BB"/>
    <w:rsid w:val="0015074B"/>
    <w:rsid w:val="001E1A23"/>
    <w:rsid w:val="001F6E81"/>
    <w:rsid w:val="002316BA"/>
    <w:rsid w:val="00234B1B"/>
    <w:rsid w:val="00255E80"/>
    <w:rsid w:val="00274FA3"/>
    <w:rsid w:val="0029639D"/>
    <w:rsid w:val="002E43F6"/>
    <w:rsid w:val="0030123C"/>
    <w:rsid w:val="003057C2"/>
    <w:rsid w:val="00313B54"/>
    <w:rsid w:val="0031483A"/>
    <w:rsid w:val="00326F90"/>
    <w:rsid w:val="0036608B"/>
    <w:rsid w:val="003778E8"/>
    <w:rsid w:val="00383D12"/>
    <w:rsid w:val="00393A74"/>
    <w:rsid w:val="003E2D3B"/>
    <w:rsid w:val="00401080"/>
    <w:rsid w:val="004048B3"/>
    <w:rsid w:val="00446E84"/>
    <w:rsid w:val="004627EA"/>
    <w:rsid w:val="00474B5E"/>
    <w:rsid w:val="00495369"/>
    <w:rsid w:val="004D5974"/>
    <w:rsid w:val="004F2142"/>
    <w:rsid w:val="004F4A85"/>
    <w:rsid w:val="005024B4"/>
    <w:rsid w:val="00507BE7"/>
    <w:rsid w:val="00554AEE"/>
    <w:rsid w:val="00567C87"/>
    <w:rsid w:val="00567CD6"/>
    <w:rsid w:val="0057738C"/>
    <w:rsid w:val="005822D0"/>
    <w:rsid w:val="005B205E"/>
    <w:rsid w:val="0061286F"/>
    <w:rsid w:val="006300F7"/>
    <w:rsid w:val="006441B7"/>
    <w:rsid w:val="00681A18"/>
    <w:rsid w:val="00691B8B"/>
    <w:rsid w:val="006A014C"/>
    <w:rsid w:val="006A1707"/>
    <w:rsid w:val="006B720D"/>
    <w:rsid w:val="006D5972"/>
    <w:rsid w:val="0072611E"/>
    <w:rsid w:val="00742F7E"/>
    <w:rsid w:val="00755578"/>
    <w:rsid w:val="007D39AF"/>
    <w:rsid w:val="007F044B"/>
    <w:rsid w:val="0082148E"/>
    <w:rsid w:val="00856A85"/>
    <w:rsid w:val="008863C3"/>
    <w:rsid w:val="00895048"/>
    <w:rsid w:val="008B49B2"/>
    <w:rsid w:val="008C11C2"/>
    <w:rsid w:val="008C5CB7"/>
    <w:rsid w:val="0090054D"/>
    <w:rsid w:val="0095021A"/>
    <w:rsid w:val="009543E1"/>
    <w:rsid w:val="00956B82"/>
    <w:rsid w:val="00974AA9"/>
    <w:rsid w:val="009B2D58"/>
    <w:rsid w:val="009C0A53"/>
    <w:rsid w:val="00A13822"/>
    <w:rsid w:val="00A2093D"/>
    <w:rsid w:val="00A517D6"/>
    <w:rsid w:val="00A83D56"/>
    <w:rsid w:val="00AA1D8D"/>
    <w:rsid w:val="00AC6D3F"/>
    <w:rsid w:val="00AD4A78"/>
    <w:rsid w:val="00AF4F3C"/>
    <w:rsid w:val="00B23BE9"/>
    <w:rsid w:val="00B3569B"/>
    <w:rsid w:val="00B47730"/>
    <w:rsid w:val="00B80116"/>
    <w:rsid w:val="00B87AA7"/>
    <w:rsid w:val="00BC0494"/>
    <w:rsid w:val="00C131B2"/>
    <w:rsid w:val="00C822ED"/>
    <w:rsid w:val="00C8681B"/>
    <w:rsid w:val="00C95D35"/>
    <w:rsid w:val="00CB0664"/>
    <w:rsid w:val="00CC4B38"/>
    <w:rsid w:val="00CD7D63"/>
    <w:rsid w:val="00CE2448"/>
    <w:rsid w:val="00CF5A44"/>
    <w:rsid w:val="00D13C0D"/>
    <w:rsid w:val="00D15DA1"/>
    <w:rsid w:val="00D2282A"/>
    <w:rsid w:val="00D71AD7"/>
    <w:rsid w:val="00D8310A"/>
    <w:rsid w:val="00DA1011"/>
    <w:rsid w:val="00DB084B"/>
    <w:rsid w:val="00DD0E50"/>
    <w:rsid w:val="00DD3B96"/>
    <w:rsid w:val="00DE7F0D"/>
    <w:rsid w:val="00DF033F"/>
    <w:rsid w:val="00DF3CCA"/>
    <w:rsid w:val="00E111AD"/>
    <w:rsid w:val="00E120DD"/>
    <w:rsid w:val="00E50D20"/>
    <w:rsid w:val="00E54659"/>
    <w:rsid w:val="00E75B88"/>
    <w:rsid w:val="00E80AFA"/>
    <w:rsid w:val="00E9336E"/>
    <w:rsid w:val="00F101B6"/>
    <w:rsid w:val="00F23067"/>
    <w:rsid w:val="00F31643"/>
    <w:rsid w:val="00F31D51"/>
    <w:rsid w:val="00F436C7"/>
    <w:rsid w:val="00F707EC"/>
    <w:rsid w:val="00F71E76"/>
    <w:rsid w:val="00FC693F"/>
    <w:rsid w:val="00FE16B9"/>
  </w:rsids>
  <m:mathPr>
    <m:mathFont m:val="Cambria Math"/>
    <m:brkBin m:val="before"/>
    <m:brkBinSub m:val="--"/>
    <m:smallFrac m:val="0"/>
    <m:dispDef/>
    <m:lMargin m:val="0"/>
    <m:rMargin m:val="0"/>
    <m:defJc m:val="centerGroup"/>
    <m:wrapIndent m:val="1440"/>
    <m:intLim m:val="subSup"/>
    <m:naryLim m:val="undOvr"/>
  </m:mathPr>
  <w:themeFontLang w:val="en-US"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4193E4"/>
  <w14:defaultImageDpi w14:val="300"/>
  <w15:docId w15:val="{F39F54A7-09B2-41DC-91C8-3601AE65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cid:image001.png@01DD13B6.89749F00" TargetMode="External"/><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13</Pages>
  <Words>1901</Words>
  <Characters>10839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Aneesh Sebastian</cp:lastModifiedBy>
  <cp:revision>3</cp:revision>
  <dcterms:created xsi:type="dcterms:W3CDTF">2026-07-15T08:58:00Z</dcterms:created>
  <dcterms:modified xsi:type="dcterms:W3CDTF">2026-07-15T11:25:00Z</dcterms:modified>
  <cp:category/>
</cp:coreProperties>
</file>